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17F" w:rsidRPr="00A448DF" w:rsidRDefault="00DE417F">
      <w:pPr>
        <w:autoSpaceDE w:val="0"/>
        <w:autoSpaceDN w:val="0"/>
        <w:spacing w:after="78" w:line="220" w:lineRule="exact"/>
        <w:rPr>
          <w:rFonts w:ascii="Times New Roman" w:hAnsi="Times New Roman" w:cs="Times New Roman"/>
        </w:rPr>
      </w:pPr>
    </w:p>
    <w:p w:rsidR="00FE147B" w:rsidRPr="00A448DF" w:rsidRDefault="00FE147B" w:rsidP="001D1DAC">
      <w:pPr>
        <w:autoSpaceDE w:val="0"/>
        <w:autoSpaceDN w:val="0"/>
        <w:spacing w:after="0" w:line="230" w:lineRule="auto"/>
        <w:ind w:left="149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E417F" w:rsidRPr="00A448DF" w:rsidRDefault="00CC2758" w:rsidP="001D1DAC">
      <w:pPr>
        <w:autoSpaceDE w:val="0"/>
        <w:autoSpaceDN w:val="0"/>
        <w:spacing w:after="0" w:line="230" w:lineRule="auto"/>
        <w:ind w:left="149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1D1DAC" w:rsidRPr="00A448DF" w:rsidRDefault="00CC2758" w:rsidP="00FE147B">
      <w:pPr>
        <w:autoSpaceDE w:val="0"/>
        <w:autoSpaceDN w:val="0"/>
        <w:spacing w:before="670" w:after="0" w:line="23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Министерство образования </w:t>
      </w:r>
      <w:r w:rsidR="001553E4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Оренбургской области</w:t>
      </w:r>
    </w:p>
    <w:p w:rsidR="00DE417F" w:rsidRPr="00A448DF" w:rsidRDefault="001553E4" w:rsidP="001D1DAC">
      <w:pPr>
        <w:tabs>
          <w:tab w:val="left" w:pos="3396"/>
        </w:tabs>
        <w:autoSpaceDE w:val="0"/>
        <w:autoSpaceDN w:val="0"/>
        <w:spacing w:before="670" w:after="0" w:line="0" w:lineRule="atLeast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Кваркенский район</w:t>
      </w:r>
    </w:p>
    <w:p w:rsidR="00FE147B" w:rsidRPr="00A448DF" w:rsidRDefault="00FE147B" w:rsidP="001D1DAC">
      <w:pPr>
        <w:tabs>
          <w:tab w:val="left" w:pos="3396"/>
        </w:tabs>
        <w:autoSpaceDE w:val="0"/>
        <w:autoSpaceDN w:val="0"/>
        <w:spacing w:before="670" w:after="0"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A448DF" w:rsidRDefault="000C634A" w:rsidP="001D1DAC">
      <w:pPr>
        <w:autoSpaceDE w:val="0"/>
        <w:autoSpaceDN w:val="0"/>
        <w:spacing w:before="672" w:after="1376" w:line="0" w:lineRule="atLeast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A7CC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МАОУ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</w:t>
      </w:r>
      <w:r w:rsidR="001553E4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Бриентская СОШ»</w:t>
      </w:r>
    </w:p>
    <w:p w:rsidR="00FE147B" w:rsidRPr="00A448DF" w:rsidRDefault="00FE147B" w:rsidP="001D1DAC">
      <w:pPr>
        <w:autoSpaceDE w:val="0"/>
        <w:autoSpaceDN w:val="0"/>
        <w:spacing w:before="672" w:after="1376" w:line="0" w:lineRule="atLeast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1D1DAC" w:rsidRPr="00A448DF" w:rsidRDefault="001D1DAC" w:rsidP="001D1DAC">
      <w:pPr>
        <w:autoSpaceDE w:val="0"/>
        <w:autoSpaceDN w:val="0"/>
        <w:spacing w:before="672" w:after="1376"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3380"/>
        <w:gridCol w:w="3160"/>
      </w:tblGrid>
      <w:tr w:rsidR="00DE417F" w:rsidRPr="00A448DF">
        <w:trPr>
          <w:trHeight w:hRule="exact" w:val="276"/>
        </w:trPr>
        <w:tc>
          <w:tcPr>
            <w:tcW w:w="2802" w:type="dxa"/>
            <w:tcMar>
              <w:left w:w="0" w:type="dxa"/>
              <w:right w:w="0" w:type="dxa"/>
            </w:tcMar>
          </w:tcPr>
          <w:p w:rsidR="00DE417F" w:rsidRPr="00FA7CCD" w:rsidRDefault="00DE417F" w:rsidP="001D1DAC">
            <w:pPr>
              <w:autoSpaceDE w:val="0"/>
              <w:autoSpaceDN w:val="0"/>
              <w:spacing w:before="50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DE417F" w:rsidRPr="00FA7CCD" w:rsidRDefault="00B77CA1" w:rsidP="001D1DAC">
            <w:pPr>
              <w:autoSpaceDE w:val="0"/>
              <w:autoSpaceDN w:val="0"/>
              <w:spacing w:before="50" w:after="0" w:line="230" w:lineRule="auto"/>
              <w:ind w:left="71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 xml:space="preserve">     </w:t>
            </w:r>
          </w:p>
        </w:tc>
        <w:tc>
          <w:tcPr>
            <w:tcW w:w="3160" w:type="dxa"/>
            <w:tcMar>
              <w:left w:w="0" w:type="dxa"/>
              <w:right w:w="0" w:type="dxa"/>
            </w:tcMar>
          </w:tcPr>
          <w:p w:rsidR="00DE417F" w:rsidRPr="00A448DF" w:rsidRDefault="00B77CA1" w:rsidP="001D1DAC">
            <w:pPr>
              <w:autoSpaceDE w:val="0"/>
              <w:autoSpaceDN w:val="0"/>
              <w:spacing w:before="50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 xml:space="preserve">                       </w:t>
            </w:r>
            <w:r w:rsidR="00CC2758"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УТВЕРЖДЕНО</w:t>
            </w:r>
          </w:p>
        </w:tc>
      </w:tr>
      <w:tr w:rsidR="00DE417F" w:rsidRPr="00A448DF">
        <w:trPr>
          <w:trHeight w:hRule="exact" w:val="274"/>
        </w:trPr>
        <w:tc>
          <w:tcPr>
            <w:tcW w:w="2802" w:type="dxa"/>
            <w:tcMar>
              <w:left w:w="0" w:type="dxa"/>
              <w:right w:w="0" w:type="dxa"/>
            </w:tcMar>
          </w:tcPr>
          <w:p w:rsidR="00DE417F" w:rsidRPr="00A448DF" w:rsidRDefault="001553E4" w:rsidP="001D1DAC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DE417F" w:rsidRPr="00A448DF" w:rsidRDefault="001553E4" w:rsidP="001D1DAC">
            <w:pPr>
              <w:autoSpaceDE w:val="0"/>
              <w:autoSpaceDN w:val="0"/>
              <w:spacing w:after="0" w:line="230" w:lineRule="auto"/>
              <w:ind w:left="7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 xml:space="preserve">     </w:t>
            </w:r>
          </w:p>
        </w:tc>
        <w:tc>
          <w:tcPr>
            <w:tcW w:w="3160" w:type="dxa"/>
            <w:tcMar>
              <w:left w:w="0" w:type="dxa"/>
              <w:right w:w="0" w:type="dxa"/>
            </w:tcMar>
          </w:tcPr>
          <w:p w:rsidR="00DE417F" w:rsidRPr="00A448DF" w:rsidRDefault="00B77CA1" w:rsidP="001D1DAC">
            <w:pPr>
              <w:autoSpaceDE w:val="0"/>
              <w:autoSpaceDN w:val="0"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 xml:space="preserve">                     </w:t>
            </w:r>
            <w:r w:rsidR="00CC2758"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Директор</w:t>
            </w:r>
          </w:p>
        </w:tc>
      </w:tr>
    </w:tbl>
    <w:p w:rsidR="00DE417F" w:rsidRPr="00A448DF" w:rsidRDefault="00DE417F" w:rsidP="001D1DAC">
      <w:pPr>
        <w:autoSpaceDE w:val="0"/>
        <w:autoSpaceDN w:val="0"/>
        <w:spacing w:after="0" w:line="60" w:lineRule="exac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2"/>
        <w:gridCol w:w="3400"/>
        <w:gridCol w:w="3140"/>
      </w:tblGrid>
      <w:tr w:rsidR="00DE417F" w:rsidRPr="00A448DF">
        <w:trPr>
          <w:trHeight w:hRule="exact" w:val="466"/>
        </w:trPr>
        <w:tc>
          <w:tcPr>
            <w:tcW w:w="3242" w:type="dxa"/>
            <w:vMerge w:val="restart"/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autoSpaceDE w:val="0"/>
              <w:autoSpaceDN w:val="0"/>
              <w:spacing w:before="264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autoSpaceDE w:val="0"/>
              <w:autoSpaceDN w:val="0"/>
              <w:spacing w:before="60" w:after="0" w:line="230" w:lineRule="auto"/>
              <w:ind w:left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tcMar>
              <w:left w:w="0" w:type="dxa"/>
              <w:right w:w="0" w:type="dxa"/>
            </w:tcMar>
          </w:tcPr>
          <w:p w:rsidR="00DE417F" w:rsidRPr="00D802A1" w:rsidRDefault="00200695" w:rsidP="00D802A1">
            <w:pPr>
              <w:autoSpaceDE w:val="0"/>
              <w:autoSpaceDN w:val="0"/>
              <w:spacing w:before="60" w:after="0" w:line="230" w:lineRule="auto"/>
              <w:ind w:left="39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________</w:t>
            </w:r>
            <w:r w:rsidR="00D802A1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*******</w:t>
            </w:r>
          </w:p>
        </w:tc>
      </w:tr>
      <w:tr w:rsidR="00DE417F" w:rsidRPr="00A448DF">
        <w:trPr>
          <w:trHeight w:hRule="exact" w:val="116"/>
        </w:trPr>
        <w:tc>
          <w:tcPr>
            <w:tcW w:w="3429" w:type="dxa"/>
            <w:vMerge/>
          </w:tcPr>
          <w:p w:rsidR="00DE417F" w:rsidRPr="00A448DF" w:rsidRDefault="00DE417F" w:rsidP="001D1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vMerge w:val="restart"/>
            <w:tcMar>
              <w:left w:w="0" w:type="dxa"/>
              <w:right w:w="0" w:type="dxa"/>
            </w:tcMar>
          </w:tcPr>
          <w:p w:rsidR="00DE417F" w:rsidRPr="00A448DF" w:rsidRDefault="00DE0A14" w:rsidP="00DE0A14">
            <w:pPr>
              <w:autoSpaceDE w:val="0"/>
              <w:autoSpaceDN w:val="0"/>
              <w:spacing w:before="2" w:after="0"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 xml:space="preserve">                   </w:t>
            </w:r>
          </w:p>
        </w:tc>
        <w:tc>
          <w:tcPr>
            <w:tcW w:w="3140" w:type="dxa"/>
            <w:vMerge w:val="restart"/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2" w:after="0" w:line="230" w:lineRule="auto"/>
              <w:ind w:left="39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Приказ №</w:t>
            </w:r>
            <w:r w:rsidR="00200695"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106</w:t>
            </w:r>
          </w:p>
        </w:tc>
      </w:tr>
      <w:tr w:rsidR="00DE417F" w:rsidRPr="00A448DF">
        <w:trPr>
          <w:trHeight w:hRule="exact" w:val="304"/>
        </w:trPr>
        <w:tc>
          <w:tcPr>
            <w:tcW w:w="3242" w:type="dxa"/>
            <w:tcMar>
              <w:left w:w="0" w:type="dxa"/>
              <w:right w:w="0" w:type="dxa"/>
            </w:tcMar>
          </w:tcPr>
          <w:p w:rsidR="00DE417F" w:rsidRPr="00A448DF" w:rsidRDefault="001553E4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___</w:t>
            </w:r>
          </w:p>
        </w:tc>
        <w:tc>
          <w:tcPr>
            <w:tcW w:w="3429" w:type="dxa"/>
            <w:vMerge/>
          </w:tcPr>
          <w:p w:rsidR="00DE417F" w:rsidRPr="00A448DF" w:rsidRDefault="00DE417F" w:rsidP="001D1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9" w:type="dxa"/>
            <w:vMerge/>
          </w:tcPr>
          <w:p w:rsidR="00DE417F" w:rsidRPr="00A448DF" w:rsidRDefault="00DE417F" w:rsidP="001D1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17F" w:rsidRPr="00A448DF">
        <w:trPr>
          <w:trHeight w:hRule="exact" w:val="480"/>
        </w:trPr>
        <w:tc>
          <w:tcPr>
            <w:tcW w:w="3242" w:type="dxa"/>
            <w:tcMar>
              <w:left w:w="0" w:type="dxa"/>
              <w:right w:w="0" w:type="dxa"/>
            </w:tcMar>
          </w:tcPr>
          <w:p w:rsidR="00DE417F" w:rsidRPr="00A448DF" w:rsidRDefault="00DE417F" w:rsidP="001553E4">
            <w:pPr>
              <w:autoSpaceDE w:val="0"/>
              <w:autoSpaceDN w:val="0"/>
              <w:spacing w:before="194" w:after="0"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autoSpaceDE w:val="0"/>
              <w:autoSpaceDN w:val="0"/>
              <w:spacing w:after="0" w:line="230" w:lineRule="auto"/>
              <w:ind w:left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tcMar>
              <w:left w:w="0" w:type="dxa"/>
              <w:right w:w="0" w:type="dxa"/>
            </w:tcMar>
          </w:tcPr>
          <w:p w:rsidR="00DE417F" w:rsidRPr="00A448DF" w:rsidRDefault="00CC2758" w:rsidP="00200695">
            <w:pPr>
              <w:autoSpaceDE w:val="0"/>
              <w:autoSpaceDN w:val="0"/>
              <w:spacing w:after="0" w:line="230" w:lineRule="auto"/>
              <w:ind w:left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от "</w:t>
            </w:r>
            <w:r w:rsidR="00200695"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22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" 0</w:t>
            </w:r>
            <w:r w:rsidR="00200695"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  <w:lang w:val="ru-RU"/>
              </w:rPr>
              <w:t>8.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102"/>
                <w:sz w:val="24"/>
                <w:szCs w:val="24"/>
              </w:rPr>
              <w:t>2022 г.</w:t>
            </w:r>
          </w:p>
        </w:tc>
      </w:tr>
    </w:tbl>
    <w:p w:rsidR="00DE417F" w:rsidRPr="00A448DF" w:rsidRDefault="00DE417F" w:rsidP="00B77CA1">
      <w:pPr>
        <w:autoSpaceDE w:val="0"/>
        <w:autoSpaceDN w:val="0"/>
        <w:spacing w:before="122" w:after="0" w:line="23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904A8C" w:rsidRDefault="00CC2758" w:rsidP="001D1DAC">
      <w:pPr>
        <w:autoSpaceDE w:val="0"/>
        <w:autoSpaceDN w:val="0"/>
        <w:spacing w:before="1038" w:after="0" w:line="262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04A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РАБОЧАЯ ПРОГРАММА </w:t>
      </w:r>
      <w:r w:rsidRPr="00904A8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04A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(</w:t>
      </w:r>
      <w:r w:rsidR="00D80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</w:t>
      </w:r>
      <w:bookmarkStart w:id="0" w:name="_GoBack"/>
      <w:bookmarkEnd w:id="0"/>
      <w:r w:rsidRPr="00904A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)</w:t>
      </w:r>
    </w:p>
    <w:p w:rsidR="00DE417F" w:rsidRPr="00904A8C" w:rsidRDefault="00CC2758" w:rsidP="001D1DAC">
      <w:pPr>
        <w:autoSpaceDE w:val="0"/>
        <w:autoSpaceDN w:val="0"/>
        <w:spacing w:before="166" w:after="0" w:line="262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04A8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учебного предмета</w:t>
      </w:r>
      <w:r w:rsidRPr="00904A8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04A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«Изобразительное искусство»</w:t>
      </w:r>
    </w:p>
    <w:p w:rsidR="00DE417F" w:rsidRPr="00904A8C" w:rsidRDefault="00CC2758" w:rsidP="001D1DAC">
      <w:pPr>
        <w:autoSpaceDE w:val="0"/>
        <w:autoSpaceDN w:val="0"/>
        <w:spacing w:before="670" w:after="0" w:line="262" w:lineRule="auto"/>
        <w:jc w:val="center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904A8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для 5 - 7 класса основного общего образования </w:t>
      </w:r>
      <w:r w:rsidRPr="00904A8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04A8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2022-2023  учебный год</w:t>
      </w:r>
    </w:p>
    <w:p w:rsidR="00DE417F" w:rsidRPr="00A448DF" w:rsidRDefault="00CC2758" w:rsidP="001553E4">
      <w:pPr>
        <w:autoSpaceDE w:val="0"/>
        <w:autoSpaceDN w:val="0"/>
        <w:spacing w:before="2112" w:after="0" w:line="0" w:lineRule="atLeast"/>
        <w:ind w:left="5786"/>
        <w:rPr>
          <w:rFonts w:ascii="Times New Roman" w:hAnsi="Times New Roman" w:cs="Times New Roman"/>
          <w:sz w:val="24"/>
          <w:szCs w:val="24"/>
          <w:lang w:val="ru-RU"/>
        </w:rPr>
      </w:pPr>
      <w:r w:rsidRPr="00904A8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Составитель:</w:t>
      </w:r>
      <w:r w:rsidR="001553E4" w:rsidRPr="00904A8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Митрофанова</w:t>
      </w:r>
      <w:r w:rsidR="001553E4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Татьяна</w:t>
      </w:r>
      <w:r w:rsidR="000C634A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553E4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Владимировна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553E4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учитель </w:t>
      </w:r>
    </w:p>
    <w:p w:rsidR="00DE417F" w:rsidRPr="00A448DF" w:rsidRDefault="00DE417F" w:rsidP="001D1DAC">
      <w:pPr>
        <w:spacing w:line="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1DAC" w:rsidRPr="00A448DF" w:rsidRDefault="001D1DAC" w:rsidP="001D1DAC">
      <w:pPr>
        <w:spacing w:line="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1DAC" w:rsidRPr="00A448DF" w:rsidRDefault="001D1DAC" w:rsidP="001D1DAC">
      <w:pPr>
        <w:spacing w:line="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1DAC" w:rsidRPr="00A448DF" w:rsidRDefault="001D1DAC" w:rsidP="001D1DAC">
      <w:pPr>
        <w:spacing w:line="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1DAC" w:rsidRPr="00A448DF" w:rsidRDefault="001D1DAC" w:rsidP="001D1DAC">
      <w:pPr>
        <w:spacing w:line="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1DAC" w:rsidRPr="00A448DF" w:rsidRDefault="001D1DAC" w:rsidP="001D1DAC">
      <w:pPr>
        <w:spacing w:line="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D1DAC" w:rsidRPr="00A448DF" w:rsidRDefault="000C634A" w:rsidP="001D1DAC">
      <w:pPr>
        <w:spacing w:line="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1D1DAC" w:rsidRPr="00A448DF" w:rsidSect="001D1DAC">
          <w:pgSz w:w="11900" w:h="16840"/>
          <w:pgMar w:top="298" w:right="876" w:bottom="851" w:left="738" w:header="720" w:footer="720" w:gutter="0"/>
          <w:cols w:space="720" w:equalWidth="0">
            <w:col w:w="10286" w:space="0"/>
          </w:cols>
          <w:docGrid w:linePitch="360"/>
        </w:sect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>Бриент</w:t>
      </w:r>
      <w:r w:rsidR="00CC2758"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 2022</w:t>
      </w:r>
    </w:p>
    <w:p w:rsidR="00166463" w:rsidRPr="00A448DF" w:rsidRDefault="00166463" w:rsidP="00166463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 К МОДУЛЮ «ДЕКОРАТИВНО-ПРИКЛАДНОЕ И НАРОДНОЕ ИСКУССТВО»</w:t>
      </w:r>
    </w:p>
    <w:p w:rsidR="00B73886" w:rsidRPr="00A448DF" w:rsidRDefault="00B73886" w:rsidP="00166463">
      <w:pPr>
        <w:autoSpaceDE w:val="0"/>
        <w:autoSpaceDN w:val="0"/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66463" w:rsidRPr="00A448DF" w:rsidRDefault="00166463" w:rsidP="00166463">
      <w:pPr>
        <w:tabs>
          <w:tab w:val="left" w:pos="180"/>
        </w:tabs>
        <w:autoSpaceDE w:val="0"/>
        <w:autoSpaceDN w:val="0"/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МОДУЛЯ «ДЕКОРАТИВНО-ПРИКЛАДНОЕ И НАРОДНОЕ ИСКУССТВО»</w:t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Основная цель — развитие визуально-пространственного мышления учащихся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Искусство рассматривается как особая духовная сфера, концентрирующая в себе колоссальный эстетический, художественный и нравственный мировой опыт.</w:t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как школьная дисциплина имеет интегративный характер, так как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</w:t>
      </w:r>
    </w:p>
    <w:p w:rsidR="00166463" w:rsidRPr="00A448DF" w:rsidRDefault="00166463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Основные формы учебной деятельности — практическая художественно-творческая деятельность, зрительское восприятие произведений искусства и эстетическое наблюдение окружающего мира.</w:t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Важнейшими задачами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своего Отечества,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Программа направлена на достижение основного результата образования —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Рабочая программа ориентирована на психолого-возрастные особенности развития детей 11—15 лет, при этом содержание занятий может быть адаптировано с учётом индивидуальных качеств обучающихся как для детей, проявляющих выдающиеся способности, так и для детей-инвалидов и детей с ОВЗ.</w:t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Для оценки качества образования кроме личностных и метапредметных образовательных результатов выделены и описаны предметные результаты обучения. Их достижение определяется чётко поставленными учебными задачами по каждой теме, и они являются общеобразовательными требованиями.</w:t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урочное время деятельность обучающихся организуется как в индивидуальной, так и в групповой форме. Каждому учащемуся необходим личный творческий опыт, но также необходимо сотворчество в команде – совместная коллективная художественная деятельность, которая предусмотрена тематическим планом и может иметь разные формы организации.</w:t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Учебный материал каждого модуля разделён на тематические блоки, которые могут быть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основанием для организации проектной деятельности, которая включает в себя как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исследовательскую, так и художественно-творческую деятельность, а также презентацию результата.</w:t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Однако необходимо различать и сочетать в учебном процессе историко-культурологическую, искусствоведческую исследовательскую работу учащихся и собственно художественную проектную деятельность, продуктом которой является созданное на основе композиционного поиска учебное художественное произведение (индивидуальное или коллективное, на плоскости или в объёме, макете).</w:t>
      </w:r>
    </w:p>
    <w:p w:rsidR="00166463" w:rsidRPr="00A448DF" w:rsidRDefault="00166463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Большое значение имеет связь с внеурочной деятельностью, активная социокультурная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деятельность, в процессе которой обучающиеся участвуют в оформлении общешкольных событий и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праздников, в организации выставок детского художественного творчества, в конкурсах, а также смотрят памятники архитектуры, посещают художественные музеи.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66463" w:rsidRPr="00A448DF" w:rsidRDefault="00166463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ЦЕЛЬ ИЗУЧЕНИЯ МОДУЛЯ «ДЕКОРАТИВНО-ПРИКЛАДНОЕ И НАРОДНОЕ ИСКУССТВО»</w:t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Целью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изучения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166463" w:rsidRPr="00A448DF" w:rsidRDefault="00166463" w:rsidP="00BD1CC1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166463" w:rsidRPr="00A448DF">
          <w:pgSz w:w="11900" w:h="16840"/>
          <w:pgMar w:top="298" w:right="650" w:bottom="398" w:left="666" w:header="720" w:footer="720" w:gutter="0"/>
          <w:cols w:space="720" w:equalWidth="0">
            <w:col w:w="10584" w:space="0"/>
          </w:cols>
          <w:docGrid w:linePitch="360"/>
        </w:sect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Модуль объединяет в единую образовательную структуру художественно-творческую деятельность, восприятие произведений искусства и художественно-эстетическое освоение окружающей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действительности. Художественное развитие обучающихся осуществляется в процессе личного художественного творчества, в практической работе с разнообразными художественными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материалами.</w:t>
      </w:r>
    </w:p>
    <w:p w:rsidR="00166463" w:rsidRPr="00A448DF" w:rsidRDefault="00166463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Задачами 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модуля «Декоративно-прикладное и народное искусство» являются: </w:t>
      </w:r>
    </w:p>
    <w:p w:rsidR="00166463" w:rsidRPr="00A448DF" w:rsidRDefault="00166463" w:rsidP="00384DA7">
      <w:pPr>
        <w:pStyle w:val="ae"/>
        <w:numPr>
          <w:ilvl w:val="0"/>
          <w:numId w:val="7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166463" w:rsidRPr="00A448DF" w:rsidRDefault="00166463" w:rsidP="00384DA7">
      <w:pPr>
        <w:pStyle w:val="ae"/>
        <w:numPr>
          <w:ilvl w:val="0"/>
          <w:numId w:val="7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формирование у обучающихся представлений об отечественной и мировой художественной культуре во всём многообразии её видов; </w:t>
      </w:r>
    </w:p>
    <w:p w:rsidR="00166463" w:rsidRPr="00A448DF" w:rsidRDefault="00166463" w:rsidP="00384DA7">
      <w:pPr>
        <w:pStyle w:val="ae"/>
        <w:numPr>
          <w:ilvl w:val="0"/>
          <w:numId w:val="7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формирование у обучающихся навыков эстетического видения и преобразования мира; </w:t>
      </w:r>
    </w:p>
    <w:p w:rsidR="00166463" w:rsidRPr="00A448DF" w:rsidRDefault="00166463" w:rsidP="00384DA7">
      <w:pPr>
        <w:pStyle w:val="ae"/>
        <w:numPr>
          <w:ilvl w:val="0"/>
          <w:numId w:val="7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(театре и кино) (вариативно);</w:t>
      </w:r>
    </w:p>
    <w:p w:rsidR="00166463" w:rsidRPr="00A448DF" w:rsidRDefault="00166463" w:rsidP="00384DA7">
      <w:pPr>
        <w:pStyle w:val="ae"/>
        <w:numPr>
          <w:ilvl w:val="0"/>
          <w:numId w:val="7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формирование пространственного мышления и аналитических визуальных способностей;</w:t>
      </w:r>
    </w:p>
    <w:p w:rsidR="00166463" w:rsidRPr="00A448DF" w:rsidRDefault="00166463" w:rsidP="00384DA7">
      <w:pPr>
        <w:pStyle w:val="ae"/>
        <w:numPr>
          <w:ilvl w:val="0"/>
          <w:numId w:val="7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166463" w:rsidRPr="00A448DF" w:rsidRDefault="00166463" w:rsidP="00384DA7">
      <w:pPr>
        <w:pStyle w:val="ae"/>
        <w:numPr>
          <w:ilvl w:val="0"/>
          <w:numId w:val="7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развитие наблюдательности, ассоциативного мышления и творческого воображения; </w:t>
      </w:r>
    </w:p>
    <w:p w:rsidR="00166463" w:rsidRPr="00A448DF" w:rsidRDefault="00166463" w:rsidP="00384DA7">
      <w:pPr>
        <w:pStyle w:val="ae"/>
        <w:numPr>
          <w:ilvl w:val="0"/>
          <w:numId w:val="7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воспитание уважения и любви к цивилизационному наследию России через освоение отечественной художественной культуры;</w:t>
      </w:r>
    </w:p>
    <w:p w:rsidR="00166463" w:rsidRPr="00A448DF" w:rsidRDefault="00166463" w:rsidP="00384DA7">
      <w:pPr>
        <w:pStyle w:val="ae"/>
        <w:numPr>
          <w:ilvl w:val="0"/>
          <w:numId w:val="7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B73886" w:rsidRPr="00A448DF" w:rsidRDefault="00B73886" w:rsidP="00BD1CC1">
      <w:pPr>
        <w:pStyle w:val="ae"/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МЕСТО МОДУЛЯ «ДЕКОРАТИВНО-ПРИКЛАДНОЕ И НАРОДНОЕ ИСКУССТВО» В УЧЕБНОМ ПЛАНЕ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Модуль «Декоративно-прикладное и народное искусство» изучается 1 час в неделю, общий объем составляет 34 часа.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166463" w:rsidRPr="00A448DF" w:rsidRDefault="00166463" w:rsidP="00BD1CC1">
      <w:pPr>
        <w:autoSpaceDE w:val="0"/>
        <w:autoSpaceDN w:val="0"/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СОДЕРЖАНИЕ МОДУЛЯ «ДЕКОРАТИВНО-ПРИКЛАДНОЕ И НАРОДНОЕ ИСКУССТВО»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Общие сведения о декоративно-прикладном искусстве 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и его виды.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и предметная среда жизни людей.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Древние корни народного искусства 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Истоки образного языка декоративно-прикладного искусства.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Традиционные образы народного (крестьянского) прикладного искусства.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Связь народного искусства с природой, бытом, трудом, верованиями и эпосом.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Образно-символический язык народного прикладного искусства.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Знаки-символы традиционного крестьянского прикладного искусства.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рисунков на темы древних узоров деревянной резьбы, росписи по дереву, вышивки.</w:t>
      </w:r>
    </w:p>
    <w:p w:rsidR="00166463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Освоение навыков декоративного обобщения в процессе практической творческой работы.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Убранство русской избы 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Конструкция избы, единство красоты и пользы — функционального и символического — в её постройке и украшении.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рисунков — эскизов орнаментального декора крестьянского дома.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Устройство внутреннего пространства крестьянского дома. Декоративные элементы жилой среды.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Народный праздничный костюм 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Образный строй народного праздничного костюма — женского и мужского.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Традиционная конструкция русского женского костюма — северорусский (сарафан) и южнорусский (понёва) варианты.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Разнообразие форм и украшений народного праздничного костюма для различных регионов страны.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рисунков традиционных праздничных костюмов, выражение в форме, цветовом решении, орнаментике кос​тюма черт национального своеобразия.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Народные праздники и праздничные обряды как синтез всех видов народного творчества.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Народные художественные промыслы 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 и др.).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Создание эскиза игрушки по мотивам избранного промысла.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Роспись по дереву. Хохлома. Краткие сведения по истории хохломского промысла. Травный узор, «травка» —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— традиционные мотивы орнаментальных композиций.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Сюжетные мотивы, основные приёмы и композиционные особенности городецкой росписи.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Искусство лаковой живописи: Палех, Федоскино, Холуй, Мстёра —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Мир сказок и легенд, примет и оберегов в творчестве мастеров художественных промыслов.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Народные художественные ремёсла и промыслы — материальные и духовные ценности, неотъемлемая часть культурного наследия России.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Декоративно-прикладное искусство в культуре разных эпох и народов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Роль декоративно-прикладного искусства в культуре древних цивилизаций.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Отражение в декоре мировоззрения эпохи, организации общества, традиций быта и ремесла, уклада жизни людей. 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Украшение жизненного пространства: построений, интерьеров, предметов быта — в культуре разных эпох.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Декоративно-прикладное искусство в жизни современного человека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Многообразие материалов и техник современного декоративно-прикладного искусства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(художественная керамика, стекло, металл, гобелен, роспись по ткани, моделирование одежды).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Символический знак в современной жизни: эмблема, логотип, указующий или декоративный знак.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Государственная символика и традиции геральдики.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Декоративные украшения предметов нашего быта и одежды.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Значение украшений в проявлении образа человека, его характера, самопонимания, установок и намерений.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Декор на улицах и декор помещений.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Декор праздничный и повседневный.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Праздничное оформление школы.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 ОСВОЕНИЯ МОДУЛЯ «ДЕКОРАТИВНО-ПРИКЛАДНОЕ И НАРОДНОЕ ИСКУССТВО» НА УРОВНЕ ОСНОВНОГО ОБЩЕГО ОБРАЗОВАНИЯ</w:t>
      </w:r>
    </w:p>
    <w:p w:rsidR="00B77CA1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рабочей программы основного общего образования по модулю достигаются в единстве учебной и воспитательной деятельности.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центре программы по модулю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Программа призвана обеспечить достижение учащимися личностных результатов, указанных во ФГОС: формирование у обучающихся основ российской идентичности; ценностные установки и социально значимые качества личности; духовно-нравственное развитие обучающихся и отношение школьников к культуре; мотивацию к познанию и обучению, готовность к саморазвитию и активному участию в социально значимой ​деятельности.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1. </w:t>
      </w:r>
      <w:r w:rsidR="00F86ABB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Патриотическое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Осуществляется через освоение школьниками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​духовной жизни, выраженной в произведениях искусства, ​посвящённых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Урок искусства воспитывает патриотизм не в декларативной форме, а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86ABB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2. Гражданское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активное приобщение обучающихся к ценностям мировой и отечественной культуры. При этом реализуются задачи социализации и гражданского воспитания школьника. Формируется чувство личной причастности к жизни общества.</w:t>
      </w:r>
    </w:p>
    <w:p w:rsidR="00B73886" w:rsidRPr="00A448DF" w:rsidRDefault="00B73886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Искусство рассматривается как особый язык, развивающий коммуникативные умения. В рамках предмета «Изобразительное искусство» происходит изучение художественной культуры и мировой истории искусства, углубляются интернациональные чувства обучающихся.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</w:t>
      </w:r>
    </w:p>
    <w:p w:rsidR="00B73886" w:rsidRPr="00A448DF" w:rsidRDefault="00B73886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3. </w:t>
      </w:r>
      <w:r w:rsidR="00F86ABB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Духовно-нравственное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школьного предмета. Учебные задания направлены на развитие внутреннего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мира учащегося и воспитание его эмоционально-образной, чувственной сферы. Развитие творческого потенциала способствует росту самосознания обучающегося, осознанию себя</w:t>
      </w:r>
      <w:r w:rsidR="00F86ABB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как личности и члена общества.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Ценностно-ориентационная и коммуникативная деятельность на занятиях по изобразительному искусству способствует освоению базовых ценностей — формированию отношения к миру, жизни, человеку, семье, труду, культуре как духовному богатству общества и важному условию ощущения человеком</w:t>
      </w:r>
    </w:p>
    <w:p w:rsidR="00F86ABB" w:rsidRPr="00A448DF" w:rsidRDefault="00F86ABB" w:rsidP="00BD1CC1">
      <w:pPr>
        <w:autoSpaceDE w:val="0"/>
        <w:autoSpaceDN w:val="0"/>
        <w:spacing w:after="0" w:line="23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полноты проживаемой жизни.</w:t>
      </w:r>
    </w:p>
    <w:p w:rsidR="00F86ABB" w:rsidRPr="00A448DF" w:rsidRDefault="00F86ABB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4. Эстетическое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Эстетическое (от греч.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</w:rPr>
        <w:t>aisthetikos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— чувствующий, чувственный) —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школьников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F86ABB" w:rsidRPr="00A448DF" w:rsidRDefault="00F86ABB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5. Ценно</w:t>
      </w:r>
      <w:r w:rsidR="00392781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сти познавательной деятельности.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— умений активно, т. е.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F86ABB" w:rsidRPr="00A448DF" w:rsidRDefault="00F86ABB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6. Экологическое в</w:t>
      </w:r>
      <w:r w:rsidR="00392781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F86ABB" w:rsidRPr="00A448DF" w:rsidRDefault="00F86ABB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="00392781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7. Трудовое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— обязательные требования к определённым заданиям программы.</w:t>
      </w:r>
    </w:p>
    <w:p w:rsidR="00F86ABB" w:rsidRPr="00A448DF" w:rsidRDefault="00F86ABB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8. Воспитывающ</w:t>
      </w:r>
      <w:r w:rsidR="00392781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ая предметно-эстетическая среда.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школы. При этом школьники должны быть активными участниками (а не только потребителями) её создания и оформления пространства в соответствии с задачами 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школы, оказывает активное воспитательное воздействие и влияет на формирование позитивных ценностных ориентаций и восприятие жизни школьниками.</w:t>
      </w:r>
    </w:p>
    <w:p w:rsidR="00392781" w:rsidRPr="00A448DF" w:rsidRDefault="00392781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47D42" w:rsidRPr="00A448DF" w:rsidRDefault="00F86ABB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86ABB" w:rsidRPr="00A448DF" w:rsidRDefault="00F86ABB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основной образовательной программы, формируемые при изучении модуля:</w:t>
      </w:r>
    </w:p>
    <w:p w:rsidR="00EF36A6" w:rsidRPr="00A448DF" w:rsidRDefault="00392781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1. Овладение универсальными познавательными действиями </w:t>
      </w:r>
    </w:p>
    <w:p w:rsidR="00B77CA1" w:rsidRPr="00A448DF" w:rsidRDefault="00392781" w:rsidP="00BD1CC1">
      <w:pPr>
        <w:pStyle w:val="ae"/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Формирование пространственных представлений и сенсорных способностей: </w:t>
      </w:r>
    </w:p>
    <w:p w:rsidR="00EF36A6" w:rsidRPr="00A448DF" w:rsidRDefault="00392781" w:rsidP="00384DA7">
      <w:pPr>
        <w:pStyle w:val="ae"/>
        <w:numPr>
          <w:ilvl w:val="0"/>
          <w:numId w:val="8"/>
        </w:numPr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сравнивать предметные и пространственные объекты по заданным основаниям; </w:t>
      </w:r>
    </w:p>
    <w:p w:rsidR="00EF36A6" w:rsidRPr="00A448DF" w:rsidRDefault="00392781" w:rsidP="00384DA7">
      <w:pPr>
        <w:pStyle w:val="ae"/>
        <w:numPr>
          <w:ilvl w:val="0"/>
          <w:numId w:val="8"/>
        </w:numPr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форму предмета, конструкции; </w:t>
      </w:r>
      <w:r w:rsidR="00EF36A6"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EF36A6" w:rsidRPr="00A448DF" w:rsidRDefault="00392781" w:rsidP="00384DA7">
      <w:pPr>
        <w:pStyle w:val="ae"/>
        <w:numPr>
          <w:ilvl w:val="0"/>
          <w:numId w:val="8"/>
        </w:numPr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выявлять положение предметной формы в пространстве; </w:t>
      </w:r>
      <w:r w:rsidR="00EF36A6"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EF36A6" w:rsidRPr="00A448DF" w:rsidRDefault="00392781" w:rsidP="00384DA7">
      <w:pPr>
        <w:pStyle w:val="ae"/>
        <w:numPr>
          <w:ilvl w:val="0"/>
          <w:numId w:val="8"/>
        </w:numPr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обобщать форму составной конструкции; </w:t>
      </w:r>
      <w:r w:rsidR="00EF36A6"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EF36A6" w:rsidRPr="00A448DF" w:rsidRDefault="00392781" w:rsidP="00384DA7">
      <w:pPr>
        <w:pStyle w:val="ae"/>
        <w:numPr>
          <w:ilvl w:val="0"/>
          <w:numId w:val="8"/>
        </w:numPr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структуру предмета, конструкции, пространства, зрительного образа; </w:t>
      </w:r>
      <w:r w:rsidR="00EF36A6"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EF36A6" w:rsidRPr="00A448DF" w:rsidRDefault="00392781" w:rsidP="00384DA7">
      <w:pPr>
        <w:pStyle w:val="ae"/>
        <w:numPr>
          <w:ilvl w:val="0"/>
          <w:numId w:val="8"/>
        </w:numPr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структурировать предметно-пространственные явления; </w:t>
      </w:r>
      <w:r w:rsidR="00EF36A6"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EF36A6" w:rsidRPr="00A448DF" w:rsidRDefault="00392781" w:rsidP="00384DA7">
      <w:pPr>
        <w:pStyle w:val="ae"/>
        <w:numPr>
          <w:ilvl w:val="0"/>
          <w:numId w:val="8"/>
        </w:numPr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сопоставлять пропорциональное соотношение частей внутри </w:t>
      </w:r>
      <w:r w:rsidR="00EF36A6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целого и предметов между собой; </w:t>
      </w:r>
    </w:p>
    <w:p w:rsidR="00392781" w:rsidRPr="00A448DF" w:rsidRDefault="00392781" w:rsidP="00384DA7">
      <w:pPr>
        <w:pStyle w:val="ae"/>
        <w:numPr>
          <w:ilvl w:val="0"/>
          <w:numId w:val="8"/>
        </w:numPr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EF36A6" w:rsidRPr="00A448DF" w:rsidRDefault="00392781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Базовые логические и исследовательские действия: </w:t>
      </w:r>
    </w:p>
    <w:p w:rsidR="00EF36A6" w:rsidRPr="00A448DF" w:rsidRDefault="00392781" w:rsidP="00384DA7">
      <w:pPr>
        <w:pStyle w:val="ae"/>
        <w:numPr>
          <w:ilvl w:val="0"/>
          <w:numId w:val="9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выявлять и характеризовать существенные признаки явлений художественной культуры; </w:t>
      </w:r>
    </w:p>
    <w:p w:rsidR="00EF36A6" w:rsidRPr="00A448DF" w:rsidRDefault="00392781" w:rsidP="00384DA7">
      <w:pPr>
        <w:pStyle w:val="ae"/>
        <w:numPr>
          <w:ilvl w:val="0"/>
          <w:numId w:val="9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сопоставлять, анализировать, сравнивать и оценивать с позиций эстетических категорий явления искусства и действительности; </w:t>
      </w:r>
    </w:p>
    <w:p w:rsidR="00EF36A6" w:rsidRPr="00A448DF" w:rsidRDefault="00392781" w:rsidP="00384DA7">
      <w:pPr>
        <w:pStyle w:val="ae"/>
        <w:numPr>
          <w:ilvl w:val="0"/>
          <w:numId w:val="9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классифицировать произведения искусства по видам и, соответственно, по назначению в жизни людей; </w:t>
      </w:r>
    </w:p>
    <w:p w:rsidR="00EF36A6" w:rsidRPr="00A448DF" w:rsidRDefault="00392781" w:rsidP="00384DA7">
      <w:pPr>
        <w:pStyle w:val="ae"/>
        <w:numPr>
          <w:ilvl w:val="0"/>
          <w:numId w:val="9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ставить и использовать вопросы как исследовательский инструмент познания; </w:t>
      </w:r>
    </w:p>
    <w:p w:rsidR="00EF36A6" w:rsidRPr="00A448DF" w:rsidRDefault="00392781" w:rsidP="00384DA7">
      <w:pPr>
        <w:pStyle w:val="ae"/>
        <w:numPr>
          <w:ilvl w:val="0"/>
          <w:numId w:val="9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вести исследовательскую работу по сбору информационного материала по установленной или выбранной теме; </w:t>
      </w:r>
    </w:p>
    <w:p w:rsidR="00392781" w:rsidRPr="00A448DF" w:rsidRDefault="00392781" w:rsidP="00384DA7">
      <w:pPr>
        <w:pStyle w:val="ae"/>
        <w:numPr>
          <w:ilvl w:val="0"/>
          <w:numId w:val="9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9C62F5" w:rsidRPr="00A448DF" w:rsidRDefault="00392781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Работа с информацией: </w:t>
      </w:r>
    </w:p>
    <w:p w:rsidR="009C62F5" w:rsidRPr="00A448DF" w:rsidRDefault="00392781" w:rsidP="00384DA7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 </w:t>
      </w:r>
    </w:p>
    <w:p w:rsidR="009C62F5" w:rsidRPr="00A448DF" w:rsidRDefault="00392781" w:rsidP="00384DA7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использовать электронные образовательные ресурсы; </w:t>
      </w:r>
    </w:p>
    <w:p w:rsidR="009C62F5" w:rsidRPr="00A448DF" w:rsidRDefault="00392781" w:rsidP="00384DA7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работать с электронными учебными пособиями и учебниками; </w:t>
      </w:r>
    </w:p>
    <w:p w:rsidR="009C62F5" w:rsidRPr="00A448DF" w:rsidRDefault="00392781" w:rsidP="00384DA7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 </w:t>
      </w:r>
    </w:p>
    <w:p w:rsidR="00392781" w:rsidRPr="00A448DF" w:rsidRDefault="00392781" w:rsidP="00384DA7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644DB3" w:rsidRPr="00A448DF" w:rsidRDefault="00392781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2. Овладение универсальными коммуникативными действиями </w:t>
      </w:r>
    </w:p>
    <w:p w:rsidR="00644DB3" w:rsidRPr="00A448DF" w:rsidRDefault="00392781" w:rsidP="00384DA7">
      <w:pPr>
        <w:pStyle w:val="ae"/>
        <w:numPr>
          <w:ilvl w:val="0"/>
          <w:numId w:val="11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Понимать искусство в качестве особого языка общения — межличностного (автор — зритель), между поколениями, между народами; </w:t>
      </w:r>
    </w:p>
    <w:p w:rsidR="00644DB3" w:rsidRPr="00A448DF" w:rsidRDefault="00392781" w:rsidP="00384DA7">
      <w:pPr>
        <w:pStyle w:val="ae"/>
        <w:numPr>
          <w:ilvl w:val="0"/>
          <w:numId w:val="11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 </w:t>
      </w:r>
    </w:p>
    <w:p w:rsidR="00644DB3" w:rsidRPr="00A448DF" w:rsidRDefault="00392781" w:rsidP="00384DA7">
      <w:pPr>
        <w:pStyle w:val="ae"/>
        <w:numPr>
          <w:ilvl w:val="0"/>
          <w:numId w:val="11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явления; находить общее решение и разрешать конфликты на основе общих позиций и учёта интересов; </w:t>
      </w:r>
    </w:p>
    <w:p w:rsidR="00644DB3" w:rsidRPr="00A448DF" w:rsidRDefault="00392781" w:rsidP="00384DA7">
      <w:pPr>
        <w:pStyle w:val="ae"/>
        <w:numPr>
          <w:ilvl w:val="0"/>
          <w:numId w:val="11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публично представлять и объяснять результаты своего ​творческого, художественного или исследовательского опыта; </w:t>
      </w:r>
    </w:p>
    <w:p w:rsidR="00392781" w:rsidRPr="00A448DF" w:rsidRDefault="00392781" w:rsidP="00384DA7">
      <w:pPr>
        <w:pStyle w:val="ae"/>
        <w:numPr>
          <w:ilvl w:val="0"/>
          <w:numId w:val="11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F86ABB" w:rsidRPr="00A448DF" w:rsidRDefault="00392781" w:rsidP="00BD1CC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3. Овладение универсальными регулятивными действиями</w:t>
      </w:r>
    </w:p>
    <w:p w:rsidR="00747D42" w:rsidRPr="00A448DF" w:rsidRDefault="00747D42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Самоорганизация: </w:t>
      </w:r>
    </w:p>
    <w:p w:rsidR="00747D42" w:rsidRPr="00A448DF" w:rsidRDefault="00747D42" w:rsidP="00384DA7">
      <w:pPr>
        <w:pStyle w:val="ae"/>
        <w:numPr>
          <w:ilvl w:val="0"/>
          <w:numId w:val="12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 </w:t>
      </w:r>
    </w:p>
    <w:p w:rsidR="00747D42" w:rsidRPr="00A448DF" w:rsidRDefault="00747D42" w:rsidP="00384DA7">
      <w:pPr>
        <w:pStyle w:val="ae"/>
        <w:numPr>
          <w:ilvl w:val="0"/>
          <w:numId w:val="12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 </w:t>
      </w:r>
    </w:p>
    <w:p w:rsidR="00747D42" w:rsidRPr="00A448DF" w:rsidRDefault="00747D42" w:rsidP="00384DA7">
      <w:pPr>
        <w:pStyle w:val="ae"/>
        <w:numPr>
          <w:ilvl w:val="0"/>
          <w:numId w:val="12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747D42" w:rsidRPr="00A448DF" w:rsidRDefault="00747D42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Самоконтроль: </w:t>
      </w:r>
    </w:p>
    <w:p w:rsidR="00747D42" w:rsidRPr="00A448DF" w:rsidRDefault="00747D42" w:rsidP="00384DA7">
      <w:pPr>
        <w:pStyle w:val="ae"/>
        <w:numPr>
          <w:ilvl w:val="0"/>
          <w:numId w:val="13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соотносить свои действия с планируемыми результатами, осуществлять контроль своей деятельности в процессе достижения результата; </w:t>
      </w:r>
    </w:p>
    <w:p w:rsidR="00747D42" w:rsidRPr="00A448DF" w:rsidRDefault="00747D42" w:rsidP="00384DA7">
      <w:pPr>
        <w:pStyle w:val="ae"/>
        <w:numPr>
          <w:ilvl w:val="0"/>
          <w:numId w:val="13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747D42" w:rsidRPr="00A448DF" w:rsidRDefault="00747D42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Эмоциональный интеллект: </w:t>
      </w:r>
    </w:p>
    <w:p w:rsidR="00747D42" w:rsidRPr="00A448DF" w:rsidRDefault="00747D42" w:rsidP="00384DA7">
      <w:pPr>
        <w:pStyle w:val="ae"/>
        <w:numPr>
          <w:ilvl w:val="0"/>
          <w:numId w:val="14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развивать способность управлять собственными эмоциями, стремиться к пониманию эмоций других; </w:t>
      </w:r>
    </w:p>
    <w:p w:rsidR="00747D42" w:rsidRPr="00A448DF" w:rsidRDefault="00747D42" w:rsidP="00384DA7">
      <w:pPr>
        <w:pStyle w:val="ae"/>
        <w:numPr>
          <w:ilvl w:val="0"/>
          <w:numId w:val="14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рефлексировать эмоции как основание для художественного восприятия искусства и собственной художественной деятельности; </w:t>
      </w:r>
    </w:p>
    <w:p w:rsidR="00747D42" w:rsidRPr="00A448DF" w:rsidRDefault="00747D42" w:rsidP="00384DA7">
      <w:pPr>
        <w:pStyle w:val="ae"/>
        <w:numPr>
          <w:ilvl w:val="0"/>
          <w:numId w:val="14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развивать свои эмпатические способности, способность сопереживать, понимать намерения и переживания свои и других; </w:t>
      </w:r>
    </w:p>
    <w:p w:rsidR="00747D42" w:rsidRPr="00A448DF" w:rsidRDefault="00747D42" w:rsidP="00384DA7">
      <w:pPr>
        <w:pStyle w:val="ae"/>
        <w:numPr>
          <w:ilvl w:val="0"/>
          <w:numId w:val="14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признавать своё и чужое право на ошибку; </w:t>
      </w:r>
    </w:p>
    <w:p w:rsidR="00747D42" w:rsidRPr="00A448DF" w:rsidRDefault="00747D42" w:rsidP="00384DA7">
      <w:pPr>
        <w:pStyle w:val="ae"/>
        <w:numPr>
          <w:ilvl w:val="0"/>
          <w:numId w:val="14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747D42" w:rsidRPr="00A448DF" w:rsidRDefault="00747D42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47D42" w:rsidRPr="00A448DF" w:rsidRDefault="00747D42" w:rsidP="00BD1CC1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 промыслов; понимать связь декоративно-прикладного искусства с бытовыми потребностями людей, необходимость присутствия в предметном мире и жилой среде;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характеризовать коммуникативные, познавательные и культовые функции декоративно-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прикладного искусства;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распознавать произведения декоративно-прикладного искусства по материалу (дерево, металл, керамика, текстиль, стекло, камень, кость, др.); уметь характеризовать неразрывную связь декора и материала;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др.;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специфику образного языка декоративного искусства — его знаковую природу,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орнаментальность, стилизацию изображения;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различать разные виды орнамента по сюжетной основе: геометрический, растительный,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зооморфный, антропоморфный;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владеть практическими навыками самостоятельного творческого создания орнаментов ленточных,</w:t>
      </w: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сетчатых, центрических;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овладеть практическими навыками стилизованного — орнаментального лаконичного изображения деталей природы, стилизованного обобщённого изображения представите​лей животного мира, сказочных и мифологических персо​нажей с опорой на традиционные образы мирового искусства;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объяснять символическое значение традиционных знаков народного крестьянского искусства (солярные знаки, древо жизни, конь, птица, мать-земля);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деталей; объяснять крестьянский дом как отражение уклада крестьянской жизни и памятник архитектуры;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практический опыт изображения характерных традиционных предметов крестьянского быта;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освоить конструкцию народного праздничного костюма, его образный строй и символическое значение его декора; знать о разнообразии форм и украшений народного праздничного костюма различных регионов страны; уметь изобразить или смоделировать традиционный народный костюм;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осознавать произведения народного искусства как бесценное культурное наследие, хранящее в своих материальных формах глубинные духовные ценности;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знать и уметь изображать или конструировать устройство традиционных жилищ разных народов, например юрты, сакли, хаты-мазанки;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семантическое значение деталей конструкции и декора, их связь с природой, трудом и бытом;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представление и распознавать примеры декоративног</w:t>
      </w:r>
      <w:r w:rsidR="00B77CA1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 оформления жизнедеятельности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быта, костюма разных исторических эпох и народов (например, Древний Египет, Древний Китай, античные Греция и Рим, Европейское Средневековье);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значение народных промыслов и традиций художественного ремесла в современной жизни;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происхождении народных художественных промыслов; о соотношении ремесла и искусства;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называть характерные черты орнаментов и изделий ряда отечественных народных художественных промыслов;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древние образы народного искусства в произведениях современных народных промыслов;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перечислять материалы, используемые в народных художественных промыслах: дерево, глина, металл, стекло, др.;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различать изделия народных художественных промыслов по материалу изготовления и технике декора;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связь между материалом, формой и техникой декора в произведениях народных промыслов; </w:t>
      </w:r>
    </w:p>
    <w:p w:rsidR="00747D42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приёмах и последовательности работы при создании изделий некоторых художественных промыслов; </w:t>
      </w:r>
    </w:p>
    <w:p w:rsidR="001262E5" w:rsidRPr="00A448DF" w:rsidRDefault="00747D42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1262E5" w:rsidRPr="00A448DF" w:rsidRDefault="001262E5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1262E5" w:rsidRPr="00A448DF" w:rsidRDefault="001262E5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понимать и объяснять значение государственной символики, иметь представление о значении и содержании геральдики; </w:t>
      </w:r>
    </w:p>
    <w:p w:rsidR="001262E5" w:rsidRPr="00A448DF" w:rsidRDefault="001262E5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 </w:t>
      </w:r>
    </w:p>
    <w:p w:rsidR="001262E5" w:rsidRPr="00A448DF" w:rsidRDefault="001262E5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широком разнообразии современного декоративно-прикладного искусства; различать по материалам, технике исполнения художественное стекло, керамику, ковку, литьё, гобелен и т. д.; </w:t>
      </w:r>
    </w:p>
    <w:p w:rsidR="00DE417F" w:rsidRPr="00A448DF" w:rsidRDefault="001262E5" w:rsidP="00384DA7">
      <w:pPr>
        <w:pStyle w:val="ae"/>
        <w:numPr>
          <w:ilvl w:val="0"/>
          <w:numId w:val="15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 w:rsidSect="00B77CA1">
          <w:pgSz w:w="11900" w:h="16840"/>
          <w:pgMar w:top="298" w:right="756" w:bottom="426" w:left="666" w:header="720" w:footer="720" w:gutter="0"/>
          <w:cols w:space="720" w:equalWidth="0">
            <w:col w:w="10478" w:space="0"/>
          </w:cols>
          <w:docGrid w:linePitch="360"/>
        </w:sect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овладевать навыками коллективной практической </w:t>
      </w:r>
      <w:r w:rsidR="00B77CA1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творческой работы по оформлению.</w:t>
      </w:r>
    </w:p>
    <w:p w:rsidR="00DE417F" w:rsidRPr="00A448DF" w:rsidRDefault="00DE417F" w:rsidP="001D1DAC">
      <w:pPr>
        <w:autoSpaceDE w:val="0"/>
        <w:autoSpaceDN w:val="0"/>
        <w:spacing w:after="64" w:line="22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8619C0" w:rsidRDefault="008619C0" w:rsidP="008619C0">
      <w:pPr>
        <w:autoSpaceDE w:val="0"/>
        <w:autoSpaceDN w:val="0"/>
        <w:spacing w:after="258" w:line="233" w:lineRule="auto"/>
        <w:rPr>
          <w:rFonts w:ascii="Times New Roman" w:eastAsia="Times New Roman" w:hAnsi="Times New Roman" w:cs="Times New Roman"/>
          <w:b/>
          <w:color w:val="000000"/>
          <w:w w:val="10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w w:val="101"/>
          <w:sz w:val="24"/>
          <w:szCs w:val="24"/>
          <w:lang w:val="ru-RU"/>
        </w:rPr>
        <w:t xml:space="preserve">                                              </w:t>
      </w:r>
      <w:r w:rsidR="00CC2758" w:rsidRPr="00A448DF">
        <w:rPr>
          <w:rFonts w:ascii="Times New Roman" w:eastAsia="Times New Roman" w:hAnsi="Times New Roman" w:cs="Times New Roman"/>
          <w:b/>
          <w:color w:val="000000"/>
          <w:w w:val="101"/>
          <w:sz w:val="24"/>
          <w:szCs w:val="24"/>
          <w:lang w:val="ru-RU"/>
        </w:rPr>
        <w:t xml:space="preserve">ТЕМАТИЧЕСКОЕ ПЛАНИРОВАНИЕ МОДУЛЯ </w:t>
      </w:r>
    </w:p>
    <w:p w:rsidR="00DE417F" w:rsidRPr="008619C0" w:rsidRDefault="008619C0" w:rsidP="008619C0">
      <w:pPr>
        <w:autoSpaceDE w:val="0"/>
        <w:autoSpaceDN w:val="0"/>
        <w:spacing w:after="258" w:line="233" w:lineRule="auto"/>
        <w:rPr>
          <w:rFonts w:ascii="Times New Roman" w:eastAsia="Times New Roman" w:hAnsi="Times New Roman" w:cs="Times New Roman"/>
          <w:b/>
          <w:color w:val="000000"/>
          <w:w w:val="10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w w:val="101"/>
          <w:sz w:val="24"/>
          <w:szCs w:val="24"/>
          <w:lang w:val="ru-RU"/>
        </w:rPr>
        <w:t xml:space="preserve">                          </w:t>
      </w:r>
      <w:r w:rsidR="00CC2758" w:rsidRPr="00A448DF">
        <w:rPr>
          <w:rFonts w:ascii="Times New Roman" w:eastAsia="Times New Roman" w:hAnsi="Times New Roman" w:cs="Times New Roman"/>
          <w:b/>
          <w:color w:val="000000"/>
          <w:w w:val="101"/>
          <w:sz w:val="24"/>
          <w:szCs w:val="24"/>
          <w:lang w:val="ru-RU"/>
        </w:rPr>
        <w:t>«ДЕКОРАТИВНО-ПРИКЛАДНОЕ И НАРОДНОЕ ИСКУССТВО»</w:t>
      </w:r>
    </w:p>
    <w:tbl>
      <w:tblPr>
        <w:tblpPr w:leftFromText="180" w:rightFromText="180" w:vertAnchor="text" w:tblpY="1"/>
        <w:tblOverlap w:val="never"/>
        <w:tblW w:w="9845" w:type="dxa"/>
        <w:tblLayout w:type="fixed"/>
        <w:tblLook w:val="04A0" w:firstRow="1" w:lastRow="0" w:firstColumn="1" w:lastColumn="0" w:noHBand="0" w:noVBand="1"/>
      </w:tblPr>
      <w:tblGrid>
        <w:gridCol w:w="529"/>
        <w:gridCol w:w="1376"/>
        <w:gridCol w:w="423"/>
        <w:gridCol w:w="423"/>
        <w:gridCol w:w="425"/>
        <w:gridCol w:w="529"/>
        <w:gridCol w:w="1906"/>
        <w:gridCol w:w="2635"/>
        <w:gridCol w:w="1593"/>
        <w:gridCol w:w="6"/>
      </w:tblGrid>
      <w:tr w:rsidR="008619C0" w:rsidRPr="009E482D" w:rsidTr="008619C0">
        <w:trPr>
          <w:gridAfter w:val="1"/>
          <w:wAfter w:w="6" w:type="dxa"/>
          <w:trHeight w:hRule="exact" w:val="611"/>
        </w:trPr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№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45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Дата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изучения</w:t>
            </w:r>
          </w:p>
        </w:tc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Виды деятельности</w:t>
            </w:r>
          </w:p>
        </w:tc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47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Виды,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формы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контро</w:t>
            </w:r>
            <w:r w:rsidR="00DE0A14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ля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5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Электронные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(цифровые)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образователь</w:t>
            </w:r>
            <w:r w:rsidR="00850C2B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ные ресурсы</w:t>
            </w:r>
          </w:p>
        </w:tc>
      </w:tr>
      <w:tr w:rsidR="008619C0" w:rsidRPr="00A448DF" w:rsidTr="008619C0">
        <w:trPr>
          <w:gridAfter w:val="1"/>
          <w:wAfter w:w="6" w:type="dxa"/>
          <w:cantSplit/>
          <w:trHeight w:hRule="exact" w:val="1128"/>
        </w:trPr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textDirection w:val="btLr"/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-19" w:right="113"/>
              <w:jc w:val="center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  <w:lang w:val="ru-RU"/>
              </w:rPr>
              <w:t>всего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textDirection w:val="btLr"/>
          </w:tcPr>
          <w:p w:rsidR="00DE417F" w:rsidRPr="00A448DF" w:rsidRDefault="00850C2B" w:rsidP="00885F8E">
            <w:pPr>
              <w:autoSpaceDE w:val="0"/>
              <w:autoSpaceDN w:val="0"/>
              <w:spacing w:before="78" w:after="0" w:line="245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  <w:lang w:val="ru-RU"/>
              </w:rPr>
              <w:t>к</w:t>
            </w:r>
            <w:r w:rsidR="00CC2758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  <w:lang w:val="ru-RU"/>
              </w:rPr>
              <w:t>онтрольные работы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textDirection w:val="btLr"/>
          </w:tcPr>
          <w:p w:rsidR="00DE417F" w:rsidRPr="00A448DF" w:rsidRDefault="00850C2B" w:rsidP="00885F8E">
            <w:pPr>
              <w:autoSpaceDE w:val="0"/>
              <w:autoSpaceDN w:val="0"/>
              <w:spacing w:before="78" w:after="0" w:line="245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  <w:lang w:val="ru-RU"/>
              </w:rPr>
              <w:t>п</w:t>
            </w:r>
            <w:r w:rsidR="00CC2758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  <w:lang w:val="ru-RU"/>
              </w:rPr>
              <w:t>рактические работы</w:t>
            </w:r>
          </w:p>
        </w:tc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417F" w:rsidRPr="009E482D" w:rsidTr="008619C0">
        <w:trPr>
          <w:trHeight w:hRule="exact" w:val="424"/>
        </w:trPr>
        <w:tc>
          <w:tcPr>
            <w:tcW w:w="98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1. Общие сведения о декоративно-прикладном искусстве</w:t>
            </w:r>
            <w:r w:rsidR="00246639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 1час</w:t>
            </w:r>
          </w:p>
        </w:tc>
      </w:tr>
      <w:tr w:rsidR="008619C0" w:rsidRPr="00A448DF" w:rsidTr="008619C0">
        <w:trPr>
          <w:gridAfter w:val="1"/>
          <w:wAfter w:w="6" w:type="dxa"/>
          <w:trHeight w:hRule="exact" w:val="2485"/>
        </w:trPr>
        <w:tc>
          <w:tcPr>
            <w:tcW w:w="52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1.1.</w:t>
            </w:r>
          </w:p>
        </w:tc>
        <w:tc>
          <w:tcPr>
            <w:tcW w:w="13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Декоративно-прикладное искусство и его виды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423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423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52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Наблюдать и характеризовать присутствие предметов декора в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предметном мире и жилой сред</w:t>
            </w:r>
            <w:r w:rsidR="00850C2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Сравнивать виды декоративно-прикладного искусства по материалу изготовлен</w:t>
            </w:r>
            <w:r w:rsidR="00850C2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ия и практическому назначению.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Анализировать связь декоративно-прикладного искусства с</w:t>
            </w:r>
            <w:r w:rsidR="00850C2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бытовыми потребностями людей.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Самостоятельно формулировать определение декоративно-прик</w:t>
            </w:r>
            <w:r w:rsidR="00850C2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ладного искусства.</w:t>
            </w:r>
          </w:p>
        </w:tc>
        <w:tc>
          <w:tcPr>
            <w:tcW w:w="263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F678DE" w:rsidP="00885F8E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DE417F" w:rsidRPr="009E482D" w:rsidTr="008619C0">
        <w:trPr>
          <w:trHeight w:hRule="exact" w:val="408"/>
        </w:trPr>
        <w:tc>
          <w:tcPr>
            <w:tcW w:w="98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2. Древние корни народного искусства</w:t>
            </w:r>
            <w:r w:rsidR="00246639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 8 час</w:t>
            </w:r>
          </w:p>
        </w:tc>
      </w:tr>
      <w:tr w:rsidR="008619C0" w:rsidRPr="00A448DF" w:rsidTr="008619C0">
        <w:trPr>
          <w:gridAfter w:val="1"/>
          <w:wAfter w:w="6" w:type="dxa"/>
          <w:trHeight w:hRule="exact" w:val="1612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Древние образы в народном искусстве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Уметь объяснять глубинные смыслы основных знаков-символов традиционного народного (кресть</w:t>
            </w:r>
            <w:r w:rsidR="00850C2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янского) прикладного искусства.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ческая работа.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8619C0" w:rsidRPr="00A448DF" w:rsidTr="008619C0">
        <w:trPr>
          <w:gridAfter w:val="1"/>
          <w:wAfter w:w="6" w:type="dxa"/>
          <w:trHeight w:hRule="exact" w:val="183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2.2.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Убранство русской избы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Изображать строение и декор избы в их констр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уктивном и смысловом единстве.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Сравнивать и характеризовать разнообразие в построении и образе 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избы в разных регионах страны.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Находить общее и различное в образном строе трад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иционного жилища разных народов.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9E482D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8619C0" w:rsidRPr="00A448DF" w:rsidTr="008619C0">
        <w:trPr>
          <w:gridAfter w:val="1"/>
          <w:wAfter w:w="6" w:type="dxa"/>
          <w:trHeight w:hRule="exact" w:val="126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2.3.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Внутренний мир русской избы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Называть и понимать назначение конструктивных и декоративных элементов устройства ж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илой среды крестьянского дома.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Выполнить рисунок интерьера т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радиционного крестьянского дома.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8619C0" w:rsidRPr="00A448DF" w:rsidTr="008619C0">
        <w:trPr>
          <w:gridAfter w:val="1"/>
          <w:wAfter w:w="6" w:type="dxa"/>
          <w:trHeight w:hRule="exact" w:val="1277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2.4.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Конструкция и декор предметов народного быта и труда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Изобразить в рисунке форму и декор предметов крестьянского быта (ковши, прялки, посуда, пр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едметы трудовой деятельности).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художественно-эстетические качества народного быта (красоту и мудрость в пост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роении формы бытовых предметов).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9E482D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8619C0" w:rsidRPr="00A448DF" w:rsidTr="008619C0">
        <w:trPr>
          <w:gridAfter w:val="1"/>
          <w:wAfter w:w="6" w:type="dxa"/>
          <w:trHeight w:hRule="exact" w:val="2395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2.5.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Народный праздничный костюм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и анализировать образный строй народного праздничного костюма, д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авать ему эстетическую оценку.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Соотносить особенности декора женского праздничного костюма с мировосприятием и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мировоззрением наших предков.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Соотносить общее и особенное в образах народной праздничной 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одежды разных регионов России.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Выполнить аналитическую зарисовку или эскиз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праздничного народного костюма.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9E482D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8619C0" w:rsidRPr="00A448DF" w:rsidTr="008619C0">
        <w:trPr>
          <w:gridAfter w:val="1"/>
          <w:wAfter w:w="6" w:type="dxa"/>
          <w:trHeight w:hRule="exact" w:val="183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Искусство народной вышивки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885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условность языка орнамент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а, его символическое значение. 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связь образов и мотивов крестьянской вышивки с природой и магичес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кими древними представлениями.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Определять тип 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орнамента в наблюдаемом узоре.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создания орнаментального построения вышивк</w:t>
            </w:r>
            <w:r w:rsidR="00D0235B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 с опорой на народную традицию.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0235B" w:rsidP="009E482D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Практическая работа.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885F8E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8619C0" w:rsidRPr="00A448DF" w:rsidTr="008619C0">
        <w:trPr>
          <w:gridAfter w:val="1"/>
          <w:wAfter w:w="6" w:type="dxa"/>
          <w:trHeight w:hRule="exact" w:val="1542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2.7.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Народные праздничные обряды (обобщение темы).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праздничные обряды как синтез всех видов народного творчества.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Изобразить сюжетную композицию с изображением праздника или участвовать в создании коллективного панно на тему традиций народных праздников.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F678DE" w:rsidP="009E482D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D0235B" w:rsidRPr="009E482D" w:rsidTr="008619C0">
        <w:trPr>
          <w:trHeight w:hRule="exact" w:val="420"/>
        </w:trPr>
        <w:tc>
          <w:tcPr>
            <w:tcW w:w="98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246639" w:rsidRDefault="00D0235B" w:rsidP="00885F8E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246639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3. Народные художественные промыслы</w:t>
            </w:r>
            <w:r w:rsidR="00246639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 12 час</w:t>
            </w:r>
          </w:p>
        </w:tc>
      </w:tr>
      <w:tr w:rsidR="008619C0" w:rsidRPr="00A448DF" w:rsidTr="008619C0">
        <w:trPr>
          <w:gridAfter w:val="1"/>
          <w:wAfter w:w="6" w:type="dxa"/>
          <w:trHeight w:hRule="exact" w:val="1835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3.1.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Происхождение художественных промыслов и их роль в современной жизни народов России.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Наблюдать и анализировать изделия различных народных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художественных промыслов с позиций материала их изготовления. Характеризовать связь изделий мастеров промыслов с традиционными ремёслами.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роль народных художественных промыслов в современной жизни.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F678DE" w:rsidP="009E482D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8619C0" w:rsidRPr="00A448DF" w:rsidTr="008619C0">
        <w:trPr>
          <w:gridAfter w:val="1"/>
          <w:wAfter w:w="6" w:type="dxa"/>
          <w:trHeight w:hRule="exact" w:val="183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3.2.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Традиционные древние образы в современных игрушках народных промыслов.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Рассуждать о происхождении древних традиционных образов.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сохранённых в игрушках современных народных промыслов.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Различать и характеризовать особенности игрушек нескольких широко известных промыслов: дымковской, филимоновской, каргопольской и др.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Создавать эскизы игрушки по мотивам избранного промысла.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9E482D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235B" w:rsidRPr="00A448DF" w:rsidRDefault="00D0235B" w:rsidP="00885F8E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</w:tbl>
    <w:p w:rsidR="00DE417F" w:rsidRPr="00A448DF" w:rsidRDefault="00885F8E" w:rsidP="001D1DAC">
      <w:pPr>
        <w:autoSpaceDE w:val="0"/>
        <w:autoSpaceDN w:val="0"/>
        <w:spacing w:after="0" w:line="14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</w:rPr>
        <w:sectPr w:rsidR="00DE417F" w:rsidRPr="00A448DF" w:rsidSect="008619C0">
          <w:pgSz w:w="11900" w:h="16840"/>
          <w:pgMar w:top="666" w:right="282" w:bottom="640" w:left="298" w:header="720" w:footer="720" w:gutter="0"/>
          <w:cols w:space="720" w:equalWidth="0">
            <w:col w:w="15892" w:space="0"/>
          </w:cols>
          <w:docGrid w:linePitch="360"/>
        </w:sectPr>
      </w:pPr>
    </w:p>
    <w:p w:rsidR="00DE417F" w:rsidRPr="00A448DF" w:rsidRDefault="00DE417F" w:rsidP="001D1DAC">
      <w:pPr>
        <w:autoSpaceDE w:val="0"/>
        <w:autoSpaceDN w:val="0"/>
        <w:spacing w:after="66" w:line="22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9296" w:type="dxa"/>
        <w:tblInd w:w="572" w:type="dxa"/>
        <w:tblLayout w:type="fixed"/>
        <w:tblLook w:val="04A0" w:firstRow="1" w:lastRow="0" w:firstColumn="1" w:lastColumn="0" w:noHBand="0" w:noVBand="1"/>
      </w:tblPr>
      <w:tblGrid>
        <w:gridCol w:w="629"/>
        <w:gridCol w:w="1064"/>
        <w:gridCol w:w="359"/>
        <w:gridCol w:w="359"/>
        <w:gridCol w:w="359"/>
        <w:gridCol w:w="449"/>
        <w:gridCol w:w="2206"/>
        <w:gridCol w:w="1358"/>
        <w:gridCol w:w="2500"/>
        <w:gridCol w:w="13"/>
      </w:tblGrid>
      <w:tr w:rsidR="00246639" w:rsidRPr="00A448DF" w:rsidTr="00246639">
        <w:trPr>
          <w:gridAfter w:val="1"/>
          <w:wAfter w:w="13" w:type="dxa"/>
          <w:trHeight w:hRule="exact" w:val="1817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3.3.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Праздничная хохлома. ​Роспись по дереву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F10B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F10B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F10B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46639" w:rsidRDefault="00246639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639" w:rsidRDefault="00246639" w:rsidP="002466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17F" w:rsidRPr="00246639" w:rsidRDefault="00DE417F" w:rsidP="002466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Рассматривать и характеризовать особенности орнаментов и формы прои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зведений хохломского промысла.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назначение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изделий хохломского промысла.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в освоени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 нескольких приёмов хохломской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орнаментальной роспис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 («травка», «кудрина» и др.).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Создавать эск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изы изделия по мотивам промысла.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246639" w:rsidRPr="00A448DF" w:rsidTr="00246639">
        <w:trPr>
          <w:gridAfter w:val="1"/>
          <w:wAfter w:w="13" w:type="dxa"/>
          <w:trHeight w:hRule="exact" w:val="2498"/>
        </w:trPr>
        <w:tc>
          <w:tcPr>
            <w:tcW w:w="62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4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3.4.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4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Искусство Гжели. Керамика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5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F10B3">
            <w:pPr>
              <w:autoSpaceDE w:val="0"/>
              <w:autoSpaceDN w:val="0"/>
              <w:spacing w:before="74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F10B3">
            <w:pPr>
              <w:autoSpaceDE w:val="0"/>
              <w:autoSpaceDN w:val="0"/>
              <w:spacing w:before="74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5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F10B3">
            <w:pPr>
              <w:autoSpaceDE w:val="0"/>
              <w:autoSpaceDN w:val="0"/>
              <w:spacing w:before="74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4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4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Рассматривать и характеризовать особенности орнамент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 и формы произведений гжели.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и показывать на примерах единство скульптурно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й формы и кобальтового декора.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использо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вания приёмов кистевого мазка.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Создавать эскиз изделия 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 мотивам промысла.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Изображение и конструирование посудной формы и 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её роспись в гжельской традиции.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4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50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4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246639" w:rsidRPr="00A448DF" w:rsidTr="00246639">
        <w:trPr>
          <w:gridAfter w:val="1"/>
          <w:wAfter w:w="13" w:type="dxa"/>
          <w:trHeight w:hRule="exact" w:val="1529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3.5.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Городецкая роспись по дереву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F10B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F10B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F10B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Наблюдать и эстетически характеризовать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красочную городецкую роспись.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Иметь опыт декоративно-символического изображения 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персонажей городецкой росписи.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Выполнить эс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киз изделия по мотивам промысла.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DF10B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246639" w:rsidRPr="00A448DF" w:rsidTr="00246639">
        <w:trPr>
          <w:gridAfter w:val="1"/>
          <w:wAfter w:w="13" w:type="dxa"/>
          <w:trHeight w:hRule="exact" w:val="180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3.6.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Жостово. Роспись по металлу</w:t>
            </w:r>
            <w:r w:rsidR="00453265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453265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453265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453265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Наблюдать разнообразие форм подносов и компо</w:t>
            </w:r>
            <w:r w:rsidR="00453265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зиционного решения их росписи.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традиционных для Жостова приёмов кистевых мазков</w:t>
            </w:r>
            <w:r w:rsidR="00453265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в живописи цветочных букетов.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Иметь представление о приёмах освещенности и объёмности в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жостовской</w:t>
            </w:r>
            <w:r w:rsidR="00453265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росписи.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453265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453265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453265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246639" w:rsidRPr="00A448DF" w:rsidTr="00246639">
        <w:trPr>
          <w:gridAfter w:val="1"/>
          <w:wAfter w:w="13" w:type="dxa"/>
          <w:trHeight w:hRule="exact" w:val="209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265" w:rsidRPr="00A448DF" w:rsidRDefault="00453265" w:rsidP="007D7FB2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3.7.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265" w:rsidRPr="00A448DF" w:rsidRDefault="00453265" w:rsidP="007D7FB2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Искусство лаковой живописи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265" w:rsidRPr="00A448DF" w:rsidRDefault="00453265" w:rsidP="00453265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265" w:rsidRPr="00A448DF" w:rsidRDefault="00453265" w:rsidP="00453265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265" w:rsidRPr="00A448DF" w:rsidRDefault="00453265" w:rsidP="00453265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265" w:rsidRPr="00A448DF" w:rsidRDefault="00453265" w:rsidP="007D7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265" w:rsidRPr="00A448DF" w:rsidRDefault="00453265" w:rsidP="00453265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Наблюдать, разглядывать, любоваться, обсуждать произведения лаковой миниатюры.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Знать об истории происхождения промыслов лаковой миниатюры. Объяснять роль искусства лаковой миниатюры в сохранении и развитии традиций отечественной культуры.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создания композиции на сказочный сюжет, опираясь на впечатления от лаковых миниатюр.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265" w:rsidRPr="00A448DF" w:rsidRDefault="00453265" w:rsidP="007D7FB2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Практи-ческая работа.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265" w:rsidRPr="00A448DF" w:rsidRDefault="00453265" w:rsidP="007D7FB2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453265" w:rsidRPr="009E482D" w:rsidTr="00246639">
        <w:trPr>
          <w:trHeight w:hRule="exact" w:val="437"/>
        </w:trPr>
        <w:tc>
          <w:tcPr>
            <w:tcW w:w="92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265" w:rsidRPr="00A448DF" w:rsidRDefault="00453265" w:rsidP="007D7FB2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4. Декоративно-прикладное искусство в культуре разных эпох и народов</w:t>
            </w:r>
            <w:r w:rsidR="00246639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 7 час</w:t>
            </w:r>
          </w:p>
        </w:tc>
      </w:tr>
    </w:tbl>
    <w:p w:rsidR="00DE417F" w:rsidRPr="00A448DF" w:rsidRDefault="00DE417F" w:rsidP="001D1DAC">
      <w:pPr>
        <w:autoSpaceDE w:val="0"/>
        <w:autoSpaceDN w:val="0"/>
        <w:spacing w:after="0" w:line="14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 w:rsidSect="00246639">
          <w:pgSz w:w="11900" w:h="16840"/>
          <w:pgMar w:top="666" w:right="284" w:bottom="640" w:left="898" w:header="720" w:footer="720" w:gutter="0"/>
          <w:cols w:space="720" w:equalWidth="0">
            <w:col w:w="15890" w:space="0"/>
          </w:cols>
          <w:docGrid w:linePitch="360"/>
        </w:sectPr>
      </w:pPr>
    </w:p>
    <w:tbl>
      <w:tblPr>
        <w:tblW w:w="9860" w:type="dxa"/>
        <w:tblInd w:w="856" w:type="dxa"/>
        <w:tblLayout w:type="fixed"/>
        <w:tblLook w:val="04A0" w:firstRow="1" w:lastRow="0" w:firstColumn="1" w:lastColumn="0" w:noHBand="0" w:noVBand="1"/>
      </w:tblPr>
      <w:tblGrid>
        <w:gridCol w:w="369"/>
        <w:gridCol w:w="1120"/>
        <w:gridCol w:w="372"/>
        <w:gridCol w:w="372"/>
        <w:gridCol w:w="372"/>
        <w:gridCol w:w="465"/>
        <w:gridCol w:w="1493"/>
        <w:gridCol w:w="1649"/>
        <w:gridCol w:w="3634"/>
        <w:gridCol w:w="14"/>
      </w:tblGrid>
      <w:tr w:rsidR="00246639" w:rsidRPr="00A448DF" w:rsidTr="00246639">
        <w:trPr>
          <w:gridAfter w:val="1"/>
          <w:wAfter w:w="14" w:type="dxa"/>
          <w:trHeight w:hRule="exact" w:val="1849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Роль декоративно-прикладного искусства в культуре древних цивилизаций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Наблюдать, рассматривать, эстетически воспринимать декоративно-прикладное искусст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во в культурах разных народов.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Выявлять в произведениях декоративно-прикладного искусства связь конструктивных, декоративных и изобразительных элементов, единст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во материалов, формы и декора.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Делать зарисовки элементов декора или декорированн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ых предметов.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-ческая работа.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246639" w:rsidRPr="00A448DF" w:rsidTr="00246639">
        <w:trPr>
          <w:gridAfter w:val="1"/>
          <w:wAfter w:w="14" w:type="dxa"/>
          <w:trHeight w:hRule="exact" w:val="1819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4.2.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Особенности орнамента в культурах разных народов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и приводить примеры, как по орнаменту, украшающему одежду, здания, предметы, можно определить, к како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й эпохе и народу он относится.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Проводить исследование орнаментов выбранной культуры, отвечая на вопросы о с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воеобразии традиций орнамента.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изображени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я орнаментов выбранной культуры.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246639" w:rsidRPr="00A448DF" w:rsidTr="00246639">
        <w:trPr>
          <w:gridAfter w:val="1"/>
          <w:wAfter w:w="14" w:type="dxa"/>
          <w:trHeight w:hRule="exact" w:val="1832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4.3.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Особенности конструкции и декора одежды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Проводить исследование и вести поисковую работу по изучению и сбору материала об особенностях одежды выбранной культуры, её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декоративных ос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обенностях и социальных знаках.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Изображать предметы одежды.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Создавать эскиз одежды или деталей одежды для разных членов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сообщества этой культуры.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-ческая работа.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246639" w:rsidRPr="00A448DF" w:rsidTr="00246639">
        <w:trPr>
          <w:gridAfter w:val="1"/>
          <w:wAfter w:w="14" w:type="dxa"/>
          <w:trHeight w:hRule="exact" w:val="1252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4.4.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Целостный о</w:t>
            </w:r>
            <w:r w:rsidR="005B1E76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браз ДПИ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для каждой исторической эпохи и национальной культуры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01B9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Участвовать в создании коллективного панно, пока</w:t>
            </w:r>
            <w:r w:rsidR="00DF3DEE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зывающего образ выбранной эпохи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301B9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DE417F" w:rsidRPr="009E482D" w:rsidTr="00246639">
        <w:trPr>
          <w:trHeight w:hRule="exact" w:val="488"/>
        </w:trPr>
        <w:tc>
          <w:tcPr>
            <w:tcW w:w="98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5. Декоративно-прикладное искусство в жизни современного человека</w:t>
            </w:r>
            <w:r w:rsidR="00246639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 6час</w:t>
            </w:r>
          </w:p>
        </w:tc>
      </w:tr>
      <w:tr w:rsidR="00246639" w:rsidRPr="00A448DF" w:rsidTr="00246639">
        <w:trPr>
          <w:gridAfter w:val="1"/>
          <w:wAfter w:w="14" w:type="dxa"/>
          <w:trHeight w:hRule="exact" w:val="1769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5.1.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Многообразие видов, форм, материалов и техник современного декоративного искусства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089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089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089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Наблюдать и эстетически анализировать произведения современного декорати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вного и прикладного искусства.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Вести самостоятельную поисковую работу по направлению выбранного вида совреме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нного декоративного искусства.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Выполнить творческую импровизацию на основе произведений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современных художников.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-ческая работа.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246639" w:rsidRPr="00A448DF" w:rsidTr="00246639">
        <w:trPr>
          <w:gridAfter w:val="1"/>
          <w:wAfter w:w="14" w:type="dxa"/>
          <w:trHeight w:hRule="exact" w:val="2131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5.2.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Символический знак в современной жизни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089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089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089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значение государственной символики и р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оль художника в её разработке.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Разъяснять смысловое значение изобразительно-декоративных элементов в государственной символике и в гербе родного г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орода.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Рассказывать о происхо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ждении и традициях геральдики.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Разрабатывать эскиз личной семейной эмблемы или эмблемы класса, школы, кру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жка дополнительного образования.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246639" w:rsidRPr="00A448DF" w:rsidTr="00246639">
        <w:trPr>
          <w:gridAfter w:val="1"/>
          <w:wAfter w:w="14" w:type="dxa"/>
          <w:trHeight w:hRule="exact" w:val="1286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5.3.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Декор современных улиц и помещений</w:t>
            </w:r>
            <w:r w:rsidR="000D089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089D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089D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089D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Обнаруживать украшения на улицах родног</w:t>
            </w:r>
            <w:r w:rsidR="005B1E76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 города и рассказывать о них.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Объяснять, зачем люди в праз</w:t>
            </w:r>
            <w:r w:rsidR="005B1E76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дник украшают окружение и себя.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Тестиро</w:t>
            </w:r>
            <w:r w:rsidR="005B1E76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5B1E76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вание</w:t>
            </w:r>
            <w:r w:rsidR="005B1E76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https://media.prosv.ru/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content/item/reader/7857/</w:t>
            </w:r>
          </w:p>
        </w:tc>
      </w:tr>
      <w:tr w:rsidR="00FE147B" w:rsidRPr="00A448DF" w:rsidTr="00246639">
        <w:trPr>
          <w:gridAfter w:val="1"/>
          <w:wAfter w:w="11" w:type="dxa"/>
          <w:trHeight w:hRule="exact" w:val="696"/>
        </w:trPr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E147B" w:rsidRPr="00A448DF" w:rsidRDefault="00FE147B" w:rsidP="007D7FB2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ОБЩЕЕ КОЛИЧЕСТВО ЧАСОВ ПО МОДУЛЮ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E147B" w:rsidRPr="00A448DF" w:rsidRDefault="00FE147B" w:rsidP="005B1E76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34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E147B" w:rsidRPr="00A448DF" w:rsidRDefault="00FE147B" w:rsidP="005B1E76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E147B" w:rsidRPr="00A448DF" w:rsidRDefault="00FE147B" w:rsidP="005B1E76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34</w:t>
            </w:r>
          </w:p>
        </w:tc>
        <w:tc>
          <w:tcPr>
            <w:tcW w:w="7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E147B" w:rsidRPr="00A448DF" w:rsidRDefault="00FE147B" w:rsidP="007D7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 w:rsidSect="00246639">
          <w:pgSz w:w="11900" w:h="16840"/>
          <w:pgMar w:top="666" w:right="284" w:bottom="640" w:left="284" w:header="720" w:footer="720" w:gutter="0"/>
          <w:cols w:space="720" w:equalWidth="0">
            <w:col w:w="15890" w:space="0"/>
          </w:cols>
          <w:docGrid w:linePitch="360"/>
        </w:sectPr>
      </w:pPr>
    </w:p>
    <w:p w:rsidR="00DE417F" w:rsidRPr="00A448DF" w:rsidRDefault="007D60A4" w:rsidP="0006267A">
      <w:pPr>
        <w:pStyle w:val="1"/>
        <w:ind w:left="142" w:right="104"/>
        <w:rPr>
          <w:rFonts w:ascii="Times New Roman" w:hAnsi="Times New Roman" w:cs="Times New Roman"/>
          <w:color w:val="auto"/>
          <w:sz w:val="24"/>
          <w:szCs w:val="24"/>
          <w:lang w:val="ru-RU"/>
        </w:rPr>
        <w:sectPr w:rsidR="00DE417F" w:rsidRPr="00A448DF" w:rsidSect="00FE147B">
          <w:pgSz w:w="11900" w:h="1684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  <w:r w:rsidRPr="00A448DF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П</w:t>
      </w:r>
      <w:r w:rsidRPr="00A448DF">
        <w:rPr>
          <w:rFonts w:ascii="Times New Roman" w:hAnsi="Times New Roman" w:cs="Times New Roman"/>
          <w:color w:val="auto"/>
          <w:sz w:val="24"/>
          <w:szCs w:val="24"/>
        </w:rPr>
        <w:t>ОУРОЧНОЕ</w:t>
      </w:r>
      <w:r w:rsidRPr="00A448DF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A448DF">
        <w:rPr>
          <w:rFonts w:ascii="Times New Roman" w:hAnsi="Times New Roman" w:cs="Times New Roman"/>
          <w:color w:val="auto"/>
          <w:sz w:val="24"/>
          <w:szCs w:val="24"/>
        </w:rPr>
        <w:t>ПЛАНИРОВАНИЕ</w:t>
      </w:r>
      <w:r w:rsidR="0006267A" w:rsidRPr="00A448DF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</w:t>
      </w:r>
      <w:r w:rsidR="0006267A" w:rsidRPr="00A448DF">
        <w:rPr>
          <w:rFonts w:ascii="Times New Roman" w:hAnsi="Times New Roman" w:cs="Times New Roman"/>
          <w:sz w:val="24"/>
          <w:szCs w:val="24"/>
          <w:lang w:val="ru-RU"/>
        </w:rPr>
        <w:t>5 класс</w:t>
      </w:r>
    </w:p>
    <w:tbl>
      <w:tblPr>
        <w:tblStyle w:val="TableNormal"/>
        <w:tblW w:w="10351" w:type="dxa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4013"/>
        <w:gridCol w:w="992"/>
        <w:gridCol w:w="993"/>
        <w:gridCol w:w="992"/>
        <w:gridCol w:w="1134"/>
        <w:gridCol w:w="1701"/>
      </w:tblGrid>
      <w:tr w:rsidR="007D60A4" w:rsidRPr="00A448DF" w:rsidTr="00F678DE">
        <w:trPr>
          <w:trHeight w:val="455"/>
        </w:trPr>
        <w:tc>
          <w:tcPr>
            <w:tcW w:w="526" w:type="dxa"/>
            <w:vMerge w:val="restart"/>
          </w:tcPr>
          <w:p w:rsidR="007D60A4" w:rsidRPr="00A448DF" w:rsidRDefault="007D60A4" w:rsidP="00315090">
            <w:pPr>
              <w:pStyle w:val="TableParagraph"/>
              <w:ind w:left="90" w:right="57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lastRenderedPageBreak/>
              <w:t>№</w:t>
            </w:r>
            <w:r w:rsidRPr="00A448D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013" w:type="dxa"/>
            <w:vMerge w:val="restart"/>
          </w:tcPr>
          <w:p w:rsidR="007D60A4" w:rsidRPr="00A448DF" w:rsidRDefault="007D60A4" w:rsidP="00315090">
            <w:pPr>
              <w:pStyle w:val="TableParagraph"/>
              <w:ind w:left="186" w:right="142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Тема</w:t>
            </w:r>
            <w:r w:rsidRPr="00A448D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2977" w:type="dxa"/>
            <w:gridSpan w:val="3"/>
          </w:tcPr>
          <w:p w:rsidR="007D60A4" w:rsidRPr="00A448DF" w:rsidRDefault="007D60A4" w:rsidP="00315090">
            <w:pPr>
              <w:pStyle w:val="TableParagraph"/>
              <w:ind w:left="90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Количество</w:t>
            </w:r>
            <w:r w:rsidRPr="00A448D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134" w:type="dxa"/>
            <w:vMerge w:val="restart"/>
          </w:tcPr>
          <w:p w:rsidR="007D60A4" w:rsidRPr="00A448DF" w:rsidRDefault="007D60A4" w:rsidP="00315090">
            <w:pPr>
              <w:pStyle w:val="TableParagraph"/>
              <w:ind w:left="86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Дата</w:t>
            </w:r>
          </w:p>
          <w:p w:rsidR="007D60A4" w:rsidRPr="00A448DF" w:rsidRDefault="007D60A4" w:rsidP="00315090">
            <w:pPr>
              <w:pStyle w:val="TableParagraph"/>
              <w:ind w:left="86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изучения</w:t>
            </w:r>
          </w:p>
        </w:tc>
        <w:tc>
          <w:tcPr>
            <w:tcW w:w="1701" w:type="dxa"/>
            <w:vMerge w:val="restart"/>
          </w:tcPr>
          <w:p w:rsidR="007D60A4" w:rsidRPr="00A448DF" w:rsidRDefault="007D60A4" w:rsidP="00315090">
            <w:pPr>
              <w:pStyle w:val="TableParagraph"/>
              <w:ind w:left="85" w:right="71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pacing w:val="-2"/>
                <w:sz w:val="24"/>
                <w:szCs w:val="24"/>
              </w:rPr>
              <w:t xml:space="preserve">Виды, </w:t>
            </w:r>
            <w:r w:rsidRPr="00A448DF">
              <w:rPr>
                <w:b/>
                <w:spacing w:val="-1"/>
                <w:sz w:val="24"/>
                <w:szCs w:val="24"/>
              </w:rPr>
              <w:t>формы</w:t>
            </w:r>
            <w:r w:rsidRPr="00A448D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контроля</w:t>
            </w:r>
          </w:p>
        </w:tc>
      </w:tr>
      <w:tr w:rsidR="007D60A4" w:rsidRPr="00A448DF" w:rsidTr="00F678DE">
        <w:trPr>
          <w:trHeight w:val="731"/>
        </w:trPr>
        <w:tc>
          <w:tcPr>
            <w:tcW w:w="526" w:type="dxa"/>
            <w:vMerge/>
            <w:tcBorders>
              <w:top w:val="nil"/>
            </w:tcBorders>
          </w:tcPr>
          <w:p w:rsidR="007D60A4" w:rsidRPr="00A448DF" w:rsidRDefault="007D60A4" w:rsidP="0031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tcBorders>
              <w:top w:val="nil"/>
            </w:tcBorders>
          </w:tcPr>
          <w:p w:rsidR="007D60A4" w:rsidRPr="00A448DF" w:rsidRDefault="007D60A4" w:rsidP="00315090">
            <w:pPr>
              <w:ind w:left="186"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D60A4" w:rsidRPr="00A448DF" w:rsidRDefault="007D60A4" w:rsidP="00315090">
            <w:pPr>
              <w:pStyle w:val="TableParagraph"/>
              <w:ind w:left="68" w:right="59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7D60A4" w:rsidRPr="00A448DF" w:rsidRDefault="007D60A4" w:rsidP="00315090">
            <w:pPr>
              <w:pStyle w:val="TableParagraph"/>
              <w:ind w:left="89" w:right="88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контрольные</w:t>
            </w:r>
            <w:r w:rsidRPr="00A448D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992" w:type="dxa"/>
          </w:tcPr>
          <w:p w:rsidR="007D60A4" w:rsidRPr="00A448DF" w:rsidRDefault="007D60A4" w:rsidP="00315090">
            <w:pPr>
              <w:pStyle w:val="TableParagraph"/>
              <w:ind w:left="88" w:right="89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практические</w:t>
            </w:r>
            <w:r w:rsidRPr="00A448D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7D60A4" w:rsidRPr="00A448DF" w:rsidRDefault="007D60A4" w:rsidP="0031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7D60A4" w:rsidRPr="00A448DF" w:rsidRDefault="007D60A4" w:rsidP="0031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0A4" w:rsidRPr="00A448DF" w:rsidTr="00315090">
        <w:trPr>
          <w:trHeight w:val="645"/>
        </w:trPr>
        <w:tc>
          <w:tcPr>
            <w:tcW w:w="526" w:type="dxa"/>
          </w:tcPr>
          <w:p w:rsidR="007D60A4" w:rsidRPr="00A448DF" w:rsidRDefault="007D60A4" w:rsidP="00315090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1.</w:t>
            </w:r>
          </w:p>
        </w:tc>
        <w:tc>
          <w:tcPr>
            <w:tcW w:w="4013" w:type="dxa"/>
          </w:tcPr>
          <w:p w:rsidR="007D60A4" w:rsidRPr="00A448DF" w:rsidRDefault="00F678DE" w:rsidP="00315090">
            <w:pPr>
              <w:pStyle w:val="TableParagraph"/>
              <w:ind w:left="44" w:right="142"/>
              <w:rPr>
                <w:sz w:val="24"/>
                <w:szCs w:val="24"/>
              </w:rPr>
            </w:pPr>
            <w:r w:rsidRPr="00A448DF">
              <w:rPr>
                <w:color w:val="000000"/>
                <w:w w:val="97"/>
                <w:sz w:val="24"/>
                <w:szCs w:val="24"/>
              </w:rPr>
              <w:t>Декоративно-прикладное искусство и его виды.</w:t>
            </w:r>
          </w:p>
        </w:tc>
        <w:tc>
          <w:tcPr>
            <w:tcW w:w="992" w:type="dxa"/>
          </w:tcPr>
          <w:p w:rsidR="007D60A4" w:rsidRPr="00A448DF" w:rsidRDefault="007D60A4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D60A4" w:rsidRPr="00A448DF" w:rsidRDefault="007D60A4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D60A4" w:rsidRPr="00A448DF" w:rsidRDefault="007D60A4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D60A4" w:rsidRPr="00A448DF" w:rsidRDefault="007D60A4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D60A4" w:rsidRPr="00A448DF" w:rsidRDefault="00F678D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color w:val="000000"/>
                <w:w w:val="97"/>
                <w:sz w:val="24"/>
                <w:szCs w:val="24"/>
              </w:rPr>
              <w:t>Практическая работа.</w:t>
            </w:r>
          </w:p>
        </w:tc>
      </w:tr>
      <w:tr w:rsidR="00F678DE" w:rsidRPr="00A448DF" w:rsidTr="00315090">
        <w:trPr>
          <w:trHeight w:val="697"/>
        </w:trPr>
        <w:tc>
          <w:tcPr>
            <w:tcW w:w="526" w:type="dxa"/>
          </w:tcPr>
          <w:p w:rsidR="00F678DE" w:rsidRPr="00A448DF" w:rsidRDefault="00F678DE" w:rsidP="00315090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2.</w:t>
            </w:r>
          </w:p>
        </w:tc>
        <w:tc>
          <w:tcPr>
            <w:tcW w:w="4013" w:type="dxa"/>
          </w:tcPr>
          <w:p w:rsidR="00F678DE" w:rsidRPr="00A448DF" w:rsidRDefault="00F678DE" w:rsidP="00315090">
            <w:pPr>
              <w:spacing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Древние образы в народном искусстве.</w:t>
            </w:r>
          </w:p>
        </w:tc>
        <w:tc>
          <w:tcPr>
            <w:tcW w:w="992" w:type="dxa"/>
          </w:tcPr>
          <w:p w:rsidR="00F678DE" w:rsidRPr="00A448DF" w:rsidRDefault="00F678D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678DE" w:rsidRPr="00A448DF" w:rsidRDefault="00F678D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678DE" w:rsidRPr="00A448DF" w:rsidRDefault="00F678D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678DE" w:rsidRPr="00A448DF" w:rsidRDefault="00F678D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678DE" w:rsidRPr="00A448DF" w:rsidRDefault="00F678DE" w:rsidP="00315090">
            <w:pPr>
              <w:spacing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Практическая работа.</w:t>
            </w:r>
          </w:p>
        </w:tc>
      </w:tr>
      <w:tr w:rsidR="00F678DE" w:rsidRPr="00A448DF" w:rsidTr="00315090">
        <w:trPr>
          <w:trHeight w:val="680"/>
        </w:trPr>
        <w:tc>
          <w:tcPr>
            <w:tcW w:w="526" w:type="dxa"/>
          </w:tcPr>
          <w:p w:rsidR="00F678DE" w:rsidRPr="00A448DF" w:rsidRDefault="00F678DE" w:rsidP="00315090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3.</w:t>
            </w:r>
          </w:p>
        </w:tc>
        <w:tc>
          <w:tcPr>
            <w:tcW w:w="4013" w:type="dxa"/>
          </w:tcPr>
          <w:p w:rsidR="00F678DE" w:rsidRPr="00A448DF" w:rsidRDefault="00F678DE" w:rsidP="00315090">
            <w:pPr>
              <w:spacing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Убранство русской избы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F678DE" w:rsidRPr="00A448DF" w:rsidRDefault="00F678D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678DE" w:rsidRPr="00A448DF" w:rsidRDefault="00F678D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678DE" w:rsidRPr="00A448DF" w:rsidRDefault="00F678D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678DE" w:rsidRPr="00A448DF" w:rsidRDefault="00F678D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678DE" w:rsidRPr="00A448DF" w:rsidRDefault="00F678DE" w:rsidP="00315090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F678DE" w:rsidRPr="00A448DF" w:rsidTr="00315090">
        <w:trPr>
          <w:trHeight w:val="703"/>
        </w:trPr>
        <w:tc>
          <w:tcPr>
            <w:tcW w:w="526" w:type="dxa"/>
          </w:tcPr>
          <w:p w:rsidR="00F678DE" w:rsidRPr="00A448DF" w:rsidRDefault="00F678DE" w:rsidP="00315090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4.</w:t>
            </w:r>
          </w:p>
        </w:tc>
        <w:tc>
          <w:tcPr>
            <w:tcW w:w="4013" w:type="dxa"/>
          </w:tcPr>
          <w:p w:rsidR="00F678DE" w:rsidRPr="00A448DF" w:rsidRDefault="00F678DE" w:rsidP="00ED3E1D">
            <w:pPr>
              <w:tabs>
                <w:tab w:val="right" w:pos="3998"/>
              </w:tabs>
              <w:spacing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Внутренний мир русской избы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="00ED3E1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ab/>
            </w:r>
          </w:p>
        </w:tc>
        <w:tc>
          <w:tcPr>
            <w:tcW w:w="992" w:type="dxa"/>
          </w:tcPr>
          <w:p w:rsidR="00F678DE" w:rsidRPr="00A448DF" w:rsidRDefault="00F678D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678DE" w:rsidRPr="00A448DF" w:rsidRDefault="00F678D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678DE" w:rsidRPr="00A448DF" w:rsidRDefault="00F678D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678DE" w:rsidRPr="00A448DF" w:rsidRDefault="00F678D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678DE" w:rsidRPr="00A448DF" w:rsidRDefault="00F678DE" w:rsidP="00315090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B07A1E" w:rsidRPr="00A448DF" w:rsidTr="00315090">
        <w:trPr>
          <w:trHeight w:val="703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5.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3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Конструкция и декор предметов народного быта и труда.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spacing w:line="245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B07A1E" w:rsidRPr="00A448DF" w:rsidTr="00315090">
        <w:trPr>
          <w:trHeight w:val="685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6.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Народный праздничный костюм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B07A1E" w:rsidRPr="00A448DF" w:rsidTr="00315090">
        <w:trPr>
          <w:trHeight w:val="695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7.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Искусство народной вышивки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Практическая работа.</w:t>
            </w:r>
          </w:p>
        </w:tc>
      </w:tr>
      <w:tr w:rsidR="00B07A1E" w:rsidRPr="00A448DF" w:rsidTr="00315090">
        <w:trPr>
          <w:trHeight w:val="691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8.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0" w:lineRule="auto"/>
              <w:ind w:left="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Народные праздничные обряды (обобщение темы).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B07A1E" w:rsidRPr="00A448DF" w:rsidTr="00315090">
        <w:trPr>
          <w:trHeight w:val="843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9.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Происхождение художественных промыслов и их роль в современной жизни народов России.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A448DF">
              <w:rPr>
                <w:rFonts w:ascii="Times New Roman" w:hAnsi="Times New Roman" w:cs="Times New Roman"/>
                <w:sz w:val="24"/>
              </w:rPr>
              <w:t>Практическая</w:t>
            </w:r>
            <w:r w:rsidRPr="00A448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</w:rPr>
              <w:t>работа;</w:t>
            </w:r>
          </w:p>
        </w:tc>
      </w:tr>
      <w:tr w:rsidR="00B07A1E" w:rsidRPr="00A448DF" w:rsidTr="00315090">
        <w:trPr>
          <w:trHeight w:val="826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10.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Традиционные древние образы в современных игрушках народных промыслов.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A448DF">
              <w:rPr>
                <w:rFonts w:ascii="Times New Roman" w:hAnsi="Times New Roman" w:cs="Times New Roman"/>
                <w:sz w:val="24"/>
              </w:rPr>
              <w:t>Практическая</w:t>
            </w:r>
            <w:r w:rsidRPr="00A448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</w:rPr>
              <w:t>работа;</w:t>
            </w:r>
          </w:p>
        </w:tc>
      </w:tr>
      <w:tr w:rsidR="00B07A1E" w:rsidRPr="00A448DF" w:rsidTr="00315090">
        <w:trPr>
          <w:trHeight w:val="683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11.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Праздничная хохлома. ​Роспись по дереву.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A448DF">
              <w:rPr>
                <w:rFonts w:ascii="Times New Roman" w:hAnsi="Times New Roman" w:cs="Times New Roman"/>
                <w:sz w:val="24"/>
              </w:rPr>
              <w:t>Практическая</w:t>
            </w:r>
            <w:r w:rsidRPr="00A448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</w:rPr>
              <w:t>работа;</w:t>
            </w:r>
          </w:p>
        </w:tc>
      </w:tr>
      <w:tr w:rsidR="00B07A1E" w:rsidRPr="00A448DF" w:rsidTr="00315090">
        <w:trPr>
          <w:trHeight w:val="693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12.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Искусство Гжели. Керамика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B07A1E" w:rsidRPr="00A448DF" w:rsidTr="00315090">
        <w:trPr>
          <w:trHeight w:val="689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13.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Городецкая роспись по дереву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B07A1E" w:rsidRPr="00A448DF" w:rsidTr="00315090">
        <w:trPr>
          <w:trHeight w:val="558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14.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Жостово. Роспись по металлу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B07A1E" w:rsidRPr="00A448DF" w:rsidTr="00315090">
        <w:trPr>
          <w:trHeight w:val="637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15.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Искусство лаковой живописи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B07A1E" w:rsidRPr="00A448DF" w:rsidTr="00315090">
        <w:trPr>
          <w:trHeight w:val="845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16.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Роль декоративно-прикладного искусства в культуре древних цивилизаций.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B07A1E" w:rsidRPr="00A448DF" w:rsidTr="00315090">
        <w:trPr>
          <w:trHeight w:val="687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17.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Особенности орнамента в культурах разных народов.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B07A1E" w:rsidRPr="00A448DF" w:rsidTr="00F678DE">
        <w:trPr>
          <w:trHeight w:val="699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18.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Особенности конструкции и декора одежды.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B07A1E" w:rsidRPr="00A448DF" w:rsidTr="00315090">
        <w:trPr>
          <w:trHeight w:val="832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Целостный образ ДПИ для каждой исторической эпохи и национальной культуры.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B07A1E" w:rsidRPr="00A448DF" w:rsidTr="00315090">
        <w:trPr>
          <w:trHeight w:val="831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20.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Многообразие видов, форм, материалов и техник современного декоративного искусства.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B07A1E" w:rsidRPr="00A448DF" w:rsidTr="00315090">
        <w:trPr>
          <w:trHeight w:val="545"/>
        </w:trPr>
        <w:tc>
          <w:tcPr>
            <w:tcW w:w="526" w:type="dxa"/>
          </w:tcPr>
          <w:p w:rsidR="00B07A1E" w:rsidRPr="00A448DF" w:rsidRDefault="00B07A1E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21.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Символический знак в современной жизни.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B07A1E" w:rsidRPr="00A448DF" w:rsidTr="00315090">
        <w:trPr>
          <w:trHeight w:val="626"/>
        </w:trPr>
        <w:tc>
          <w:tcPr>
            <w:tcW w:w="526" w:type="dxa"/>
          </w:tcPr>
          <w:p w:rsidR="00B07A1E" w:rsidRPr="00A448DF" w:rsidRDefault="00B07A1E" w:rsidP="00315090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22.</w:t>
            </w:r>
          </w:p>
        </w:tc>
        <w:tc>
          <w:tcPr>
            <w:tcW w:w="4013" w:type="dxa"/>
          </w:tcPr>
          <w:p w:rsidR="00B07A1E" w:rsidRPr="00A448DF" w:rsidRDefault="00B07A1E" w:rsidP="00315090">
            <w:pPr>
              <w:spacing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Декор современных улиц и помещений.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07A1E" w:rsidRPr="00A448DF" w:rsidRDefault="004D3947" w:rsidP="00315090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Тестирование.</w:t>
            </w:r>
          </w:p>
        </w:tc>
      </w:tr>
      <w:tr w:rsidR="00B07A1E" w:rsidRPr="00A448DF" w:rsidTr="00F678DE">
        <w:trPr>
          <w:trHeight w:val="601"/>
        </w:trPr>
        <w:tc>
          <w:tcPr>
            <w:tcW w:w="4539" w:type="dxa"/>
            <w:gridSpan w:val="2"/>
          </w:tcPr>
          <w:p w:rsidR="00B07A1E" w:rsidRPr="00A448DF" w:rsidRDefault="00B07A1E" w:rsidP="00315090">
            <w:pPr>
              <w:ind w:left="145"/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</w:pP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A448DF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A448DF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A448DF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</w:t>
            </w:r>
          </w:p>
          <w:p w:rsidR="00B07A1E" w:rsidRPr="00A448DF" w:rsidRDefault="00B07A1E" w:rsidP="00315090">
            <w:pPr>
              <w:ind w:left="14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48D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:rsidR="00B07A1E" w:rsidRPr="00A448DF" w:rsidRDefault="00B07A1E" w:rsidP="00315090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07A1E" w:rsidRPr="00A448DF" w:rsidRDefault="00B07A1E" w:rsidP="00315090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gridSpan w:val="2"/>
          </w:tcPr>
          <w:p w:rsidR="00B07A1E" w:rsidRPr="00A448DF" w:rsidRDefault="00B07A1E" w:rsidP="00315090">
            <w:pPr>
              <w:pStyle w:val="TableParagraph"/>
              <w:spacing w:line="266" w:lineRule="auto"/>
              <w:ind w:left="99" w:right="132"/>
              <w:jc w:val="center"/>
              <w:rPr>
                <w:spacing w:val="-1"/>
                <w:sz w:val="24"/>
                <w:szCs w:val="24"/>
              </w:rPr>
            </w:pPr>
          </w:p>
        </w:tc>
      </w:tr>
    </w:tbl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D3947" w:rsidRPr="00A448DF" w:rsidRDefault="004D3947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D60A4" w:rsidRPr="00A448DF" w:rsidRDefault="007D60A4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0457A" w:rsidRPr="00A448DF" w:rsidRDefault="00D0457A" w:rsidP="0061796C">
      <w:pPr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 К МОДУЛЮ «ЖИВОПИСЬ, ГРАФИКА, СКУЛЬПТУРА»</w:t>
      </w:r>
    </w:p>
    <w:p w:rsidR="00DF3DEE" w:rsidRPr="00A448DF" w:rsidRDefault="00DF3DEE" w:rsidP="00BD1CC1">
      <w:pPr>
        <w:autoSpaceDE w:val="0"/>
        <w:autoSpaceDN w:val="0"/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МОДУЛЯ «ЖИВОПИСЬ, ГРАФИКА, СКУЛЬПТУРА»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Основная цель — развитие визуально-пространственного мышления учащихся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Искусство рассматривается как особая духовная сфера, концентрирующая в себе колоссальный эстетический, художественный и нравственный мировой опыт.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как школьная дисциплина имеет интегративный характер, так как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</w:t>
      </w:r>
    </w:p>
    <w:p w:rsidR="00D0457A" w:rsidRPr="00A448DF" w:rsidRDefault="00D0457A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Основные формы учебной деятельности — практическая художественно-творческая деятельность, зрительское восприятие произведений искусства и эстетическое наблюдение окружающего мира.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Важнейшими задачами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своего Отечества,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Программа направлена на достижение основного результата образования —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Рабочая программа ориентирована на психолого-возрастные особенности развития детей 11—15 лет, при этом содержание занятий может быть адаптировано с учётом индивидуальных качеств обучающихся как для детей, проявляющих выдающиеся способности, так и для детей-инвалидов и детей с ОВЗ.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Для оценки качества образования кроме личностных и метапредметных образовательных результатов выделены и описаны предметные результаты обучения. Их достижение определяется чётко поставленными учебными задачами по каждой теме, и они являются общеобразовательными требованиями.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урочное время деятельность обучающихся организуется как в индивидуальной, так и в групповой форме. Каждому учащемуся необходим личный творческий опыт, но также необходимо сотворчество в команде – совместная коллективная художественная деятельность, которая предусмотрена тематическим планом и может иметь разные формы организации.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Учебный материал каждого модуля разделён на тематические блоки, которые могут быть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основанием для организации проектной деятельности, которая включает в себя как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исследовательскую, так и художественно-творческую деятельность, а также презентацию результата.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Однако необходимо различать и сочетать в учебном процессе историко-культурологическую, искусствоведческую исследовательскую работу учащихся и собственно художественную проектную деятельность, продуктом которой является созданное на основе композиционного поиска учебное художественное произведение (индивидуальное или коллективное, на плоскости или в объёме, макете).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Большое значение имеет связь с внеурочной деятельностью, активная социокультурная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деятельность, в процессе которой обучающиеся участвуют в оформлении общешкольных событий и праздников, в организации выставок детского художественного творчества, в конкурсах, а также смотрят памятники архитектуры</w:t>
      </w:r>
      <w:r w:rsidR="00DF3DEE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посещают художественные музеи.</w:t>
      </w:r>
    </w:p>
    <w:p w:rsidR="00DF3DEE" w:rsidRPr="00A448DF" w:rsidRDefault="00DF3DEE" w:rsidP="0061796C">
      <w:pPr>
        <w:pStyle w:val="a9"/>
        <w:spacing w:line="0" w:lineRule="atLeast"/>
        <w:ind w:right="-239"/>
        <w:rPr>
          <w:rFonts w:ascii="Times New Roman" w:hAnsi="Times New Roman" w:cs="Times New Roman"/>
          <w:lang w:val="ru-RU"/>
        </w:rPr>
      </w:pPr>
    </w:p>
    <w:p w:rsidR="00272AED" w:rsidRPr="00A448DF" w:rsidRDefault="00272AED" w:rsidP="0061796C">
      <w:pPr>
        <w:pStyle w:val="a9"/>
        <w:spacing w:line="0" w:lineRule="atLeast"/>
        <w:ind w:right="-239"/>
        <w:rPr>
          <w:rFonts w:ascii="Times New Roman" w:hAnsi="Times New Roman" w:cs="Times New Roman"/>
          <w:lang w:val="ru-RU"/>
        </w:rPr>
        <w:sectPr w:rsidR="00272AED" w:rsidRPr="00A448DF" w:rsidSect="00315090">
          <w:type w:val="continuous"/>
          <w:pgSz w:w="11900" w:h="16840"/>
          <w:pgMar w:top="298" w:right="650" w:bottom="568" w:left="666" w:header="720" w:footer="720" w:gutter="0"/>
          <w:cols w:space="720" w:equalWidth="0">
            <w:col w:w="10316" w:space="0"/>
          </w:cols>
          <w:docGrid w:linePitch="360"/>
        </w:sectPr>
      </w:pPr>
    </w:p>
    <w:p w:rsidR="00272AED" w:rsidRPr="00A448DF" w:rsidRDefault="00D0457A" w:rsidP="0061796C">
      <w:pPr>
        <w:widowControl w:val="0"/>
        <w:autoSpaceDE w:val="0"/>
        <w:autoSpaceDN w:val="0"/>
        <w:spacing w:after="0" w:line="0" w:lineRule="atLeast"/>
        <w:ind w:right="-239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ЦЕЛЬ ИЗУЧЕНИЯ МОДУЛЯ «ЖИВОПИСЬ, ГРАФИКА, СКУЛЬПТУРА»</w:t>
      </w:r>
    </w:p>
    <w:p w:rsidR="00272AED" w:rsidRPr="00A448DF" w:rsidRDefault="00272AED" w:rsidP="0061796C">
      <w:pPr>
        <w:widowControl w:val="0"/>
        <w:autoSpaceDE w:val="0"/>
        <w:autoSpaceDN w:val="0"/>
        <w:spacing w:after="0" w:line="0" w:lineRule="atLeast"/>
        <w:ind w:right="-239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Целью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изучения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D0457A" w:rsidRPr="00A448DF" w:rsidRDefault="00272AED" w:rsidP="00DE0A14">
      <w:pPr>
        <w:autoSpaceDE w:val="0"/>
        <w:autoSpaceDN w:val="0"/>
        <w:spacing w:after="0" w:line="0" w:lineRule="atLeast"/>
        <w:ind w:right="-239"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Модуль объединяет в единую образовательную структуру художественно-творческую деятельность, восприятие произведений искусства и художественно-эстетическое освоение</w:t>
      </w:r>
      <w:r w:rsidR="00DE0A14"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D0457A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окружающей действительности. Художественное развитие обучающихся осуществляется в процессе личного художественного творчества, в практической работе с разнообразными художественными материалами.</w:t>
      </w:r>
    </w:p>
    <w:p w:rsidR="00547B2E" w:rsidRPr="00A448DF" w:rsidRDefault="00D0457A" w:rsidP="0061796C">
      <w:p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Задачами 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модуля «Живопись, графика, скульптура» являются: </w:t>
      </w:r>
    </w:p>
    <w:p w:rsidR="00BD1CC1" w:rsidRPr="00A448DF" w:rsidRDefault="00D0457A" w:rsidP="00384DA7">
      <w:pPr>
        <w:pStyle w:val="ae"/>
        <w:numPr>
          <w:ilvl w:val="0"/>
          <w:numId w:val="31"/>
        </w:num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 </w:t>
      </w:r>
    </w:p>
    <w:p w:rsidR="00BD1CC1" w:rsidRPr="00A448DF" w:rsidRDefault="00D0457A" w:rsidP="00384DA7">
      <w:pPr>
        <w:pStyle w:val="ae"/>
        <w:numPr>
          <w:ilvl w:val="0"/>
          <w:numId w:val="31"/>
        </w:num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формирование у обучающихся представлений об отечественной и мировой художественной культуре во всём многообразии её видов; </w:t>
      </w:r>
    </w:p>
    <w:p w:rsidR="00BD1CC1" w:rsidRPr="00A448DF" w:rsidRDefault="00D0457A" w:rsidP="00384DA7">
      <w:pPr>
        <w:pStyle w:val="ae"/>
        <w:numPr>
          <w:ilvl w:val="0"/>
          <w:numId w:val="31"/>
        </w:num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навыков эстетического</w:t>
      </w:r>
      <w:r w:rsidR="00BD1CC1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видения и преобразования мира;</w:t>
      </w:r>
    </w:p>
    <w:p w:rsidR="00BD1CC1" w:rsidRPr="00A448DF" w:rsidRDefault="00D0457A" w:rsidP="00384DA7">
      <w:pPr>
        <w:pStyle w:val="ae"/>
        <w:numPr>
          <w:ilvl w:val="0"/>
          <w:numId w:val="31"/>
        </w:num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(театре и кино) (вариативно); </w:t>
      </w:r>
    </w:p>
    <w:p w:rsidR="00BD1CC1" w:rsidRPr="00A448DF" w:rsidRDefault="00D0457A" w:rsidP="00384DA7">
      <w:pPr>
        <w:pStyle w:val="ae"/>
        <w:numPr>
          <w:ilvl w:val="0"/>
          <w:numId w:val="31"/>
        </w:num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формирование пространственного мышления и аналитических визуальных способностей; </w:t>
      </w:r>
    </w:p>
    <w:p w:rsidR="00BD1CC1" w:rsidRPr="00A448DF" w:rsidRDefault="00BD1CC1" w:rsidP="00384DA7">
      <w:pPr>
        <w:pStyle w:val="ae"/>
        <w:numPr>
          <w:ilvl w:val="0"/>
          <w:numId w:val="31"/>
        </w:num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</w:t>
      </w:r>
      <w:r w:rsidR="00D0457A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 </w:t>
      </w:r>
    </w:p>
    <w:p w:rsidR="00BD1CC1" w:rsidRPr="00A448DF" w:rsidRDefault="00D0457A" w:rsidP="00384DA7">
      <w:pPr>
        <w:pStyle w:val="ae"/>
        <w:numPr>
          <w:ilvl w:val="0"/>
          <w:numId w:val="31"/>
        </w:num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развитие наблюдательности, ассоциативного мышления и творческого воображения; </w:t>
      </w:r>
    </w:p>
    <w:p w:rsidR="00BD1CC1" w:rsidRPr="00A448DF" w:rsidRDefault="00D0457A" w:rsidP="00384DA7">
      <w:pPr>
        <w:pStyle w:val="ae"/>
        <w:numPr>
          <w:ilvl w:val="0"/>
          <w:numId w:val="31"/>
        </w:num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и любви к цивилизационному наследию России через освоение отечественной художественной культуры; </w:t>
      </w:r>
    </w:p>
    <w:p w:rsidR="00D0457A" w:rsidRPr="00A448DF" w:rsidRDefault="00D0457A" w:rsidP="00384DA7">
      <w:pPr>
        <w:pStyle w:val="ae"/>
        <w:numPr>
          <w:ilvl w:val="0"/>
          <w:numId w:val="31"/>
        </w:num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547B2E" w:rsidRPr="00A448DF" w:rsidRDefault="00547B2E" w:rsidP="0061796C">
      <w:pPr>
        <w:pStyle w:val="ae"/>
        <w:tabs>
          <w:tab w:val="left" w:pos="180"/>
          <w:tab w:val="left" w:pos="10206"/>
        </w:tabs>
        <w:autoSpaceDE w:val="0"/>
        <w:autoSpaceDN w:val="0"/>
        <w:spacing w:after="0" w:line="0" w:lineRule="atLeast"/>
        <w:ind w:left="0"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47B2E" w:rsidRPr="00A448DF" w:rsidRDefault="00D0457A" w:rsidP="0061796C">
      <w:p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МЕСТО МОДУЛЯ «ЖИВОПИСЬ, ГРАФИ</w:t>
      </w:r>
      <w:r w:rsidR="00547B2E"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КА, СКУЛЬПТУРА» В УЧЕБНОМ ПЛАНЕ</w:t>
      </w:r>
    </w:p>
    <w:p w:rsidR="00D0457A" w:rsidRPr="00A448DF" w:rsidRDefault="00D0457A" w:rsidP="0061796C">
      <w:p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Модуль «Живопись, графика, скульптура» изучается 1 час в неделю, общий объем составляет 34 часа.</w:t>
      </w:r>
    </w:p>
    <w:p w:rsidR="00272AED" w:rsidRPr="00A448DF" w:rsidRDefault="00272AED" w:rsidP="0061796C">
      <w:p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СОДЕРЖАНИЕ МОДУЛЯ «ЖИВОПИСЬ, ГРАФИКА, СКУЛЬПТУРА»</w:t>
      </w:r>
    </w:p>
    <w:p w:rsidR="00AD5D6B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Общие сведения о видах искусства 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Пространственные и временные виды искусства.</w:t>
      </w:r>
    </w:p>
    <w:p w:rsidR="00272AED" w:rsidRPr="00A448DF" w:rsidRDefault="00272AED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Основные виды живописи, графики и скульптуры.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Художник и зритель: зрительские умения, знания и творчество зрителя.</w:t>
      </w:r>
    </w:p>
    <w:p w:rsidR="00AD5D6B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Язык изобразительного искусства и его выразительные средства 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Живописные, графические и скульптурные художественные материалы, их особые свойства. Рисунок — основа изобразительного искусства и мастерства художника.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Виды рисунка: зарисовка, набросок, учебный рисунок и творческий рисунок.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Навыки размещения рисунка в листе, выбор формата.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Начальные умения рисунка с натуры. Зарисовки простых предметов.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Линейные графические рисунки и наброски.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Тон и тональные отношения: тёмное — светлое.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Ритм и ритмическая организация плоскости листа.</w:t>
      </w:r>
    </w:p>
    <w:p w:rsidR="00272AED" w:rsidRPr="00A448DF" w:rsidRDefault="00272AED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272AED" w:rsidRPr="00A448DF" w:rsidRDefault="00272AED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272AED" w:rsidRPr="00A448DF" w:rsidRDefault="00272AED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</w:t>
      </w:r>
    </w:p>
    <w:p w:rsidR="00272AED" w:rsidRPr="00A448DF" w:rsidRDefault="00272AED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Статика и движение в скульптуре. Круглая скульптура. Произведения мелкой пластики. Виды рельефа.</w:t>
      </w:r>
    </w:p>
    <w:p w:rsidR="0061796C" w:rsidRPr="00A448DF" w:rsidRDefault="00272AED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Жанры изобразительного искусства </w:t>
      </w:r>
    </w:p>
    <w:p w:rsidR="00272AED" w:rsidRPr="00A448DF" w:rsidRDefault="00272AED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Предмет изображения, сюжет и содержание произведения изобразительного искусства.</w:t>
      </w:r>
    </w:p>
    <w:p w:rsidR="00272AED" w:rsidRPr="00A448DF" w:rsidRDefault="00272AED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lastRenderedPageBreak/>
        <w:t xml:space="preserve">Натюрморт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Основы графической грамоты: правила объёмного изображения предметов на плоскости.</w:t>
      </w:r>
    </w:p>
    <w:p w:rsidR="00272AED" w:rsidRPr="00A448DF" w:rsidRDefault="00272AED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Изображение окружности в перспективе.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Рисование геометрических тел на основе правил линейной перспективы.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Сложная пространственная форма и выявление её конструкции.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Рисунок сложной формы предмета как соотношение простых геометрических фигур.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Линейный рисунок конструкции из нескольких геометрических тел.</w:t>
      </w:r>
    </w:p>
    <w:p w:rsidR="00272AED" w:rsidRPr="00A448DF" w:rsidRDefault="00272AED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Освещение как средство выявления объёма предмета. Понятия «свет», «блик», «полутень»,</w:t>
      </w:r>
      <w:r w:rsidR="001F4D7F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«собственная тень», «рефлекс», «падающая тень». Особенности освещения «по свету» и «против света».</w:t>
      </w:r>
    </w:p>
    <w:p w:rsidR="001F4D7F" w:rsidRPr="00A448DF" w:rsidRDefault="00272AED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Рисунок натюрморта графическими материалами с натуры или по представлению.</w:t>
      </w:r>
    </w:p>
    <w:p w:rsidR="001F4D7F" w:rsidRPr="00A448DF" w:rsidRDefault="00272AED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Творческий натюрморт в графике. Произведения художников-г</w:t>
      </w:r>
      <w:r w:rsidR="001F4D7F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рафиков. Особенности графических техник. Печатная графика.</w:t>
      </w:r>
    </w:p>
    <w:p w:rsidR="00272AED" w:rsidRPr="00A448DF" w:rsidRDefault="00272AED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272AED" w:rsidRPr="00A448DF" w:rsidSect="0061796C">
          <w:type w:val="continuous"/>
          <w:pgSz w:w="11900" w:h="16840"/>
          <w:pgMar w:top="426" w:right="650" w:bottom="567" w:left="666" w:header="720" w:footer="720" w:gutter="0"/>
          <w:cols w:space="720" w:equalWidth="0">
            <w:col w:w="10362" w:space="0"/>
          </w:cols>
          <w:docGrid w:linePitch="360"/>
        </w:sectPr>
      </w:pPr>
    </w:p>
    <w:p w:rsidR="00AD5D6B" w:rsidRPr="00A448DF" w:rsidRDefault="00272AED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1F4D7F" w:rsidRPr="00A448DF" w:rsidRDefault="00AD5D6B" w:rsidP="001F4D7F">
      <w:pPr>
        <w:tabs>
          <w:tab w:val="left" w:pos="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Портрет </w:t>
      </w:r>
    </w:p>
    <w:p w:rsidR="00AD5D6B" w:rsidRPr="00A448DF" w:rsidRDefault="00AD5D6B" w:rsidP="001F4D7F">
      <w:pPr>
        <w:tabs>
          <w:tab w:val="left" w:pos="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Великие портретисты в европейском искусстве.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Парадный и камерный портрет в живописи.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Особенности развития жанра портрета в искусстве ХХ в.— отечественном и европейском.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Построение головы человека, основные пропорции лица, ​соотношение лицевой и черепной частей головы.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Графический портретный рисунок с натуры или по памяти.</w:t>
      </w:r>
    </w:p>
    <w:p w:rsidR="001F4D7F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Роль освещения головы при создании портретного образа. Свет и тень в изображении головы человека.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Портрет в скульптуре.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Значение свойств художественных материалов в создании скульптурного портрета.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Опыт работы над созданием живописного портрета.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Пейзаж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Правила построения линейной перспективы в изображении пространства.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природы в творчестве импрессионистов и постимпрессионистов.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пленэрной живописи и колористической изменчивости состояний природы.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Живописное изображение различных состояний природы.</w:t>
      </w:r>
    </w:p>
    <w:p w:rsidR="001F4D7F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</w:rPr>
        <w:t>XIX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Становление образа родной природы в произведениях А. Венецианова и его учеников: А. Саврасова, И. Шишкина. Пейзажная живопись И. 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Творческий опыт в создании композиционного живописного пейзажа своей Родины.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Графический образ пейзажа в работах выдающихся мастеров.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Средства выразительности в графическом рисунке и многообразие графических техник.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Графические зарисовки и графическая композиция на темы окружающей природы.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</w:t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ытовой жанр в изобразительном искусстве 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Исторический жанр в изобразительном искусстве 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Историческая картина в русском искусстве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</w:rPr>
        <w:t>XIX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в. и её особое место в развитии отечественной культуры.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Картина К. Брюллова «Последний день Помпеи», исторические картины в творчестве В. Сурикова и др. Исторический образ России в картинах ХХ в.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Работа над сюжетной композицией. Этапы длительного периода работы художника над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Библейские темы в изобразительном искусстве 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Произведения на библейские темы Леонардо да Винчи, Рафаэля, Рембрандта, в скульптуре «Пьета» Микеланджело и др.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Библейские темы в отечественных картинах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</w:rPr>
        <w:t>XIX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Иконопись как великое проявление русской культуры. Язык изображения в иконе — его религиозный и символический смысл.</w:t>
      </w:r>
    </w:p>
    <w:p w:rsidR="00AD5D6B" w:rsidRPr="00A448DF" w:rsidRDefault="00AD5D6B" w:rsidP="001F4D7F">
      <w:pPr>
        <w:autoSpaceDE w:val="0"/>
        <w:autoSpaceDN w:val="0"/>
        <w:spacing w:after="0" w:line="0" w:lineRule="atLeast"/>
        <w:ind w:right="72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Великие русские иконописцы: духовный свет икон Андрея Рублёва, Феофана Грека, Дионисия. Работа над эскизом сюжетной композиции.</w:t>
      </w:r>
    </w:p>
    <w:p w:rsidR="00AD5D6B" w:rsidRPr="00A448DF" w:rsidRDefault="00AD5D6B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393CE2" w:rsidRPr="00A448DF" w:rsidRDefault="00393CE2" w:rsidP="001F4D7F">
      <w:pPr>
        <w:tabs>
          <w:tab w:val="left" w:pos="180"/>
        </w:tabs>
        <w:autoSpaceDE w:val="0"/>
        <w:autoSpaceDN w:val="0"/>
        <w:spacing w:after="0" w:line="0" w:lineRule="atLeast"/>
        <w:ind w:right="7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AD5D6B" w:rsidRPr="00A448DF" w:rsidRDefault="00393CE2" w:rsidP="00393CE2">
      <w:pPr>
        <w:autoSpaceDE w:val="0"/>
        <w:autoSpaceDN w:val="0"/>
        <w:spacing w:after="0" w:line="0" w:lineRule="atLeast"/>
        <w:ind w:right="-239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AD5D6B" w:rsidRPr="00A448DF" w:rsidSect="00AD5D6B">
          <w:type w:val="continuous"/>
          <w:pgSz w:w="11900" w:h="16840"/>
          <w:pgMar w:top="666" w:right="672" w:bottom="666" w:left="666" w:header="720" w:footer="720" w:gutter="0"/>
          <w:cols w:space="720" w:equalWidth="0">
            <w:col w:w="10828" w:space="0"/>
          </w:cols>
          <w:docGrid w:linePitch="360"/>
        </w:sect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 ОСВОЕНИЯ МОДУЛЯ «ЖИВОПИСЬ, ГРАФИКА, СКУЛЬПТУРА» НА УРОВНЕ ОСНОВНОГО ОБЩЕГО ОБРАЗОВАНИЯ</w:t>
      </w:r>
    </w:p>
    <w:p w:rsidR="00393CE2" w:rsidRPr="00A448DF" w:rsidRDefault="00AD5D6B" w:rsidP="00393CE2">
      <w:pPr>
        <w:tabs>
          <w:tab w:val="left" w:pos="180"/>
        </w:tabs>
        <w:autoSpaceDE w:val="0"/>
        <w:autoSpaceDN w:val="0"/>
        <w:spacing w:after="0" w:line="0" w:lineRule="atLeast"/>
        <w:ind w:right="-23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ЛИЧНОСТНЫЕ РЕЗУЛЬТАТЫ</w:t>
      </w:r>
    </w:p>
    <w:p w:rsidR="00AD5D6B" w:rsidRPr="00A448DF" w:rsidRDefault="00AD5D6B" w:rsidP="00393CE2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рабочей программы основного общего образования по модулю достигаются в единстве учебной и воспитательной деятельности.</w:t>
      </w:r>
    </w:p>
    <w:p w:rsidR="00AD5D6B" w:rsidRPr="00A448DF" w:rsidRDefault="00AD5D6B" w:rsidP="00393CE2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центре программы по модулю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AD5D6B" w:rsidRPr="00A448DF" w:rsidRDefault="00AD5D6B" w:rsidP="00393CE2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Программа призвана обеспечить достижение учащимися личностных результатов, указанных во ФГОС: формирование у обучающихся основ российской идентичности; ценностные установки и социально значимые качества личности; духовно-нравственное развитие обучающихся и отношение школьников к культуре; мотивацию к познанию и обучению, готовность к саморазвитию и активному участию в социально значимой ​деятельности.</w:t>
      </w:r>
    </w:p>
    <w:p w:rsidR="00D0457A" w:rsidRPr="00A448DF" w:rsidRDefault="00D0457A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="00AD5D6B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1. Патриотическое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Осуществляется через освоение школьниками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​духовной жизни, выраженной в произведениях искусства, ​посвящённых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Урок искусства воспитывает патриотизм не в декларативной форме, а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D0457A" w:rsidRPr="00A448DF" w:rsidRDefault="00D0457A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="00AD5D6B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2. Гражданское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активное приобщение обучающихся к ценностям мировой и отечественной культуры. При этом реализуются задачи социализации и гражданского воспитания школьника. Формируется чувство личной причастности к жизни общества.</w:t>
      </w:r>
    </w:p>
    <w:p w:rsidR="00D0457A" w:rsidRPr="00A448DF" w:rsidRDefault="00D0457A" w:rsidP="0061796C">
      <w:pPr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Искусство рассматривается как особый язык, развивающий коммуникативные умения. В рамках предмета «Изобразительное искусство» происходит изучение художественной культуры и мировой истории искусства, углубляются интернациональные чувства обучающихся.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</w:t>
      </w:r>
    </w:p>
    <w:p w:rsidR="00AD5D6B" w:rsidRPr="00A448DF" w:rsidRDefault="00D0457A" w:rsidP="0061796C">
      <w:pPr>
        <w:autoSpaceDE w:val="0"/>
        <w:autoSpaceDN w:val="0"/>
        <w:spacing w:after="0" w:line="0" w:lineRule="atLeast"/>
        <w:ind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3. </w:t>
      </w:r>
      <w:r w:rsidR="00AD5D6B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Духовно-нравственное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школьного предмета. Учебные задания направлены на развитие внутреннего мира учащегося и воспитание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— формированию отношения к миру, жизни, человеку, семье, труду, культуре как духовному богатству общества и важному условию ощущения человеком</w:t>
      </w:r>
      <w:r w:rsidR="00AD5D6B"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D5D6B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полноты проживаемой жизни.</w:t>
      </w:r>
    </w:p>
    <w:p w:rsidR="00AD5D6B" w:rsidRPr="00A448DF" w:rsidRDefault="00AD5D6B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4. Эстетическое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Эстетическое (от греч.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</w:rPr>
        <w:t>aisthetikos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— чувствующий, чувственный) —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</w:t>
      </w:r>
      <w:r w:rsidR="00393CE2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нтаций школьников в отношении к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AD5D6B" w:rsidRPr="00A448DF" w:rsidRDefault="00AD5D6B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5. Ценности познавательной деятельности.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процессе художественной деятельности на занятиях изобразительным искусством ставятся задачи воспитания наблюдательности — умений активно, т. е. в соответствии со специальными установками, видеть окружающий мир. Воспитывается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021D8E" w:rsidRPr="00A448DF" w:rsidRDefault="00021D8E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6. Экологическое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021D8E" w:rsidRPr="00A448DF" w:rsidRDefault="00021D8E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7. Трудовое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— обязательные требования к определённым заданиям программы.</w:t>
      </w:r>
    </w:p>
    <w:p w:rsidR="00021D8E" w:rsidRPr="00A448DF" w:rsidRDefault="00021D8E" w:rsidP="0061796C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8. Воспитывающая предметно-эстетическая среда.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школы. При этом школьники должны быть активными участниками (а не только потребителями) её создания и оформления пространства в соответствии с задачами 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школы, оказывает активное воспитательное воздействие и влияет на формирование позитивных ценностных ориентаций и восприятие жизни школьниками.</w:t>
      </w:r>
    </w:p>
    <w:p w:rsidR="00021D8E" w:rsidRPr="00A448DF" w:rsidRDefault="00021D8E" w:rsidP="0061796C">
      <w:pPr>
        <w:autoSpaceDE w:val="0"/>
        <w:autoSpaceDN w:val="0"/>
        <w:spacing w:after="0" w:line="0" w:lineRule="atLeast"/>
        <w:ind w:right="-23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021D8E" w:rsidRPr="00A448DF" w:rsidRDefault="00021D8E" w:rsidP="00393CE2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основной образовательной программы, формируемые при изучении модуля:</w:t>
      </w:r>
    </w:p>
    <w:p w:rsidR="00A64890" w:rsidRPr="00A448DF" w:rsidRDefault="00D0457A" w:rsidP="00384DA7">
      <w:pPr>
        <w:pStyle w:val="ae"/>
        <w:numPr>
          <w:ilvl w:val="0"/>
          <w:numId w:val="16"/>
        </w:numPr>
        <w:autoSpaceDE w:val="0"/>
        <w:autoSpaceDN w:val="0"/>
        <w:spacing w:after="0" w:line="0" w:lineRule="atLeast"/>
        <w:ind w:left="0"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Овладение универсальными познавательными действиями </w:t>
      </w:r>
    </w:p>
    <w:p w:rsidR="00A64890" w:rsidRPr="00A448DF" w:rsidRDefault="00D0457A" w:rsidP="00393CE2">
      <w:pPr>
        <w:pStyle w:val="ae"/>
        <w:autoSpaceDE w:val="0"/>
        <w:autoSpaceDN w:val="0"/>
        <w:spacing w:after="0" w:line="0" w:lineRule="atLeast"/>
        <w:ind w:left="0"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Формирование пространственных представлений и сенсорных способностей: </w:t>
      </w:r>
    </w:p>
    <w:p w:rsidR="00A64890" w:rsidRPr="00A448DF" w:rsidRDefault="00D0457A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сравнивать предметные и пространственные </w:t>
      </w:r>
      <w:r w:rsidR="00A64890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объекты по заданным основаниям;</w:t>
      </w:r>
    </w:p>
    <w:p w:rsidR="00A64890" w:rsidRPr="00A448DF" w:rsidRDefault="00D0457A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форму предмета, конструкции; </w:t>
      </w:r>
    </w:p>
    <w:p w:rsidR="00A64890" w:rsidRPr="00A448DF" w:rsidRDefault="00D0457A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выявлять положение п</w:t>
      </w:r>
      <w:r w:rsidR="00A64890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редметной формы в пространстве;</w:t>
      </w:r>
    </w:p>
    <w:p w:rsidR="00A64890" w:rsidRPr="00A448DF" w:rsidRDefault="00D0457A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обобщать форму составной конструкции; </w:t>
      </w:r>
    </w:p>
    <w:p w:rsidR="00A64890" w:rsidRPr="00A448DF" w:rsidRDefault="00D0457A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структуру предмета, конструкции, пространства, зрительного образа; </w:t>
      </w:r>
    </w:p>
    <w:p w:rsidR="00A64890" w:rsidRPr="00A448DF" w:rsidRDefault="00D0457A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структурировать предметно-пространственные явления; </w:t>
      </w:r>
    </w:p>
    <w:p w:rsidR="00A64890" w:rsidRPr="00A448DF" w:rsidRDefault="00D0457A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сопоставлять пропорциональное соотношение частей внутри целого и предметов между собой; </w:t>
      </w:r>
    </w:p>
    <w:p w:rsidR="00D0457A" w:rsidRPr="00A448DF" w:rsidRDefault="00D0457A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A64890" w:rsidRPr="00A448DF" w:rsidRDefault="00D0457A" w:rsidP="00393CE2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Базовые логические и исследовательские действия: </w:t>
      </w:r>
    </w:p>
    <w:p w:rsidR="00A64890" w:rsidRPr="00A448DF" w:rsidRDefault="00D0457A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я</w:t>
      </w:r>
      <w:r w:rsidR="00A64890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влений художественной культуры;</w:t>
      </w:r>
    </w:p>
    <w:p w:rsidR="00A64890" w:rsidRPr="00A448DF" w:rsidRDefault="00D0457A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сопоставлять, анализировать, сравнивать и оценивать с позиций эстетических категорий явления искусства и действительности; </w:t>
      </w:r>
    </w:p>
    <w:p w:rsidR="00A64890" w:rsidRPr="00A448DF" w:rsidRDefault="00D0457A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классифицировать произведения искусства по видам и, соответственно, по назначению в жизни людей; </w:t>
      </w:r>
    </w:p>
    <w:p w:rsidR="00A64890" w:rsidRPr="00A448DF" w:rsidRDefault="00D0457A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ставить и использовать вопросы как исследовательский инструмент познания; </w:t>
      </w:r>
    </w:p>
    <w:p w:rsidR="00A64890" w:rsidRPr="00A448DF" w:rsidRDefault="00D0457A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вести исследовательскую работу по сбору информационного материала по установленной или выбранной теме; </w:t>
      </w:r>
    </w:p>
    <w:p w:rsidR="00D0457A" w:rsidRPr="00A448DF" w:rsidRDefault="00D0457A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AA2B76" w:rsidRPr="00A448DF" w:rsidRDefault="00D0457A" w:rsidP="00393CE2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Работа с информацией: </w:t>
      </w:r>
    </w:p>
    <w:p w:rsidR="00AA2B76" w:rsidRPr="00A448DF" w:rsidRDefault="00D0457A" w:rsidP="00384DA7">
      <w:pPr>
        <w:pStyle w:val="ae"/>
        <w:numPr>
          <w:ilvl w:val="0"/>
          <w:numId w:val="19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 </w:t>
      </w:r>
    </w:p>
    <w:p w:rsidR="00AA2B76" w:rsidRPr="00A448DF" w:rsidRDefault="00D0457A" w:rsidP="00384DA7">
      <w:pPr>
        <w:pStyle w:val="ae"/>
        <w:numPr>
          <w:ilvl w:val="0"/>
          <w:numId w:val="19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использовать электронные образовательные ресурсы; </w:t>
      </w:r>
    </w:p>
    <w:p w:rsidR="00AA2B76" w:rsidRPr="00A448DF" w:rsidRDefault="00D0457A" w:rsidP="00384DA7">
      <w:pPr>
        <w:pStyle w:val="ae"/>
        <w:numPr>
          <w:ilvl w:val="0"/>
          <w:numId w:val="19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работать с электронными учебными пособиями и учебниками; </w:t>
      </w:r>
    </w:p>
    <w:p w:rsidR="00AA2B76" w:rsidRPr="00A448DF" w:rsidRDefault="00D0457A" w:rsidP="00384DA7">
      <w:pPr>
        <w:pStyle w:val="ae"/>
        <w:numPr>
          <w:ilvl w:val="0"/>
          <w:numId w:val="19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 </w:t>
      </w:r>
    </w:p>
    <w:p w:rsidR="00D0457A" w:rsidRPr="00A448DF" w:rsidRDefault="00D0457A" w:rsidP="00384DA7">
      <w:pPr>
        <w:pStyle w:val="ae"/>
        <w:numPr>
          <w:ilvl w:val="0"/>
          <w:numId w:val="19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AA2B76" w:rsidRPr="00A448DF" w:rsidRDefault="00D0457A" w:rsidP="00384DA7">
      <w:pPr>
        <w:pStyle w:val="ae"/>
        <w:numPr>
          <w:ilvl w:val="0"/>
          <w:numId w:val="16"/>
        </w:numPr>
        <w:tabs>
          <w:tab w:val="left" w:pos="180"/>
        </w:tabs>
        <w:autoSpaceDE w:val="0"/>
        <w:autoSpaceDN w:val="0"/>
        <w:spacing w:after="0" w:line="0" w:lineRule="atLeast"/>
        <w:ind w:left="0"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Овладение универсальными коммуникативными действиями </w:t>
      </w:r>
    </w:p>
    <w:p w:rsidR="00AA2B76" w:rsidRPr="00A448DF" w:rsidRDefault="00D0457A" w:rsidP="00384DA7">
      <w:pPr>
        <w:pStyle w:val="ae"/>
        <w:numPr>
          <w:ilvl w:val="0"/>
          <w:numId w:val="20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Понимать искусство в качестве особого языка общения — межличностного (автор — зритель), между поколениями, между народами; </w:t>
      </w:r>
    </w:p>
    <w:p w:rsidR="00AA2B76" w:rsidRPr="00A448DF" w:rsidRDefault="00D0457A" w:rsidP="00384DA7">
      <w:pPr>
        <w:pStyle w:val="ae"/>
        <w:numPr>
          <w:ilvl w:val="0"/>
          <w:numId w:val="20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 </w:t>
      </w:r>
    </w:p>
    <w:p w:rsidR="00AA2B76" w:rsidRPr="00A448DF" w:rsidRDefault="00D0457A" w:rsidP="00384DA7">
      <w:pPr>
        <w:pStyle w:val="ae"/>
        <w:numPr>
          <w:ilvl w:val="0"/>
          <w:numId w:val="20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явления; находить общее решение и разрешать конфликты на основе общих позиций и учёта интересов; </w:t>
      </w:r>
    </w:p>
    <w:p w:rsidR="00AA2B76" w:rsidRPr="00A448DF" w:rsidRDefault="00D0457A" w:rsidP="00384DA7">
      <w:pPr>
        <w:pStyle w:val="ae"/>
        <w:numPr>
          <w:ilvl w:val="0"/>
          <w:numId w:val="20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публично представлять и объяснять результаты своего ​творческого, художественного или исследовательского опыта; </w:t>
      </w:r>
    </w:p>
    <w:p w:rsidR="00D0457A" w:rsidRPr="00A448DF" w:rsidRDefault="00D0457A" w:rsidP="00384DA7">
      <w:pPr>
        <w:pStyle w:val="ae"/>
        <w:numPr>
          <w:ilvl w:val="0"/>
          <w:numId w:val="20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4E2243" w:rsidRPr="00A448DF" w:rsidRDefault="00D0457A" w:rsidP="00384DA7">
      <w:pPr>
        <w:pStyle w:val="ae"/>
        <w:numPr>
          <w:ilvl w:val="0"/>
          <w:numId w:val="16"/>
        </w:numPr>
        <w:tabs>
          <w:tab w:val="left" w:pos="180"/>
        </w:tabs>
        <w:autoSpaceDE w:val="0"/>
        <w:autoSpaceDN w:val="0"/>
        <w:spacing w:after="0" w:line="0" w:lineRule="atLeast"/>
        <w:ind w:left="0" w:right="-239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  <w:r w:rsidR="004E2243"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</w:p>
    <w:p w:rsidR="004E2243" w:rsidRPr="00A448DF" w:rsidRDefault="004E2243" w:rsidP="00393CE2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Самоорганизация: </w:t>
      </w:r>
    </w:p>
    <w:p w:rsidR="004E2243" w:rsidRPr="00A448DF" w:rsidRDefault="004E2243" w:rsidP="00384DA7">
      <w:pPr>
        <w:pStyle w:val="ae"/>
        <w:numPr>
          <w:ilvl w:val="0"/>
          <w:numId w:val="21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 </w:t>
      </w:r>
    </w:p>
    <w:p w:rsidR="004E2243" w:rsidRPr="00A448DF" w:rsidRDefault="004E2243" w:rsidP="00384DA7">
      <w:pPr>
        <w:pStyle w:val="ae"/>
        <w:numPr>
          <w:ilvl w:val="0"/>
          <w:numId w:val="21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 </w:t>
      </w:r>
    </w:p>
    <w:p w:rsidR="004E2243" w:rsidRPr="00A448DF" w:rsidRDefault="004E2243" w:rsidP="00384DA7">
      <w:pPr>
        <w:pStyle w:val="ae"/>
        <w:numPr>
          <w:ilvl w:val="0"/>
          <w:numId w:val="21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4E2243" w:rsidRPr="00A448DF" w:rsidRDefault="004E2243" w:rsidP="00393CE2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Самоконтроль: </w:t>
      </w:r>
    </w:p>
    <w:p w:rsidR="004E2243" w:rsidRPr="00A448DF" w:rsidRDefault="004E2243" w:rsidP="00384DA7">
      <w:pPr>
        <w:pStyle w:val="ae"/>
        <w:numPr>
          <w:ilvl w:val="0"/>
          <w:numId w:val="22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соотносить свои действия с планируемыми результатами, осуществлять контроль своей деятельности в процессе достижения результата; </w:t>
      </w:r>
    </w:p>
    <w:p w:rsidR="004E2243" w:rsidRPr="00A448DF" w:rsidRDefault="004E2243" w:rsidP="00384DA7">
      <w:pPr>
        <w:pStyle w:val="ae"/>
        <w:numPr>
          <w:ilvl w:val="0"/>
          <w:numId w:val="22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4E2243" w:rsidRPr="00A448DF" w:rsidRDefault="004E2243" w:rsidP="00393CE2">
      <w:pPr>
        <w:tabs>
          <w:tab w:val="left" w:pos="180"/>
        </w:tabs>
        <w:autoSpaceDE w:val="0"/>
        <w:autoSpaceDN w:val="0"/>
        <w:spacing w:after="0" w:line="0" w:lineRule="atLeast"/>
        <w:ind w:right="-239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Эмоциональный интеллект: </w:t>
      </w:r>
    </w:p>
    <w:p w:rsidR="004E2243" w:rsidRPr="00A448DF" w:rsidRDefault="004E2243" w:rsidP="00384DA7">
      <w:pPr>
        <w:pStyle w:val="ae"/>
        <w:numPr>
          <w:ilvl w:val="0"/>
          <w:numId w:val="23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развивать способность управлять собственными эмоциями, стремиться к пониманию эмоций других; </w:t>
      </w:r>
    </w:p>
    <w:p w:rsidR="004E2243" w:rsidRPr="00A448DF" w:rsidRDefault="004E2243" w:rsidP="00384DA7">
      <w:pPr>
        <w:pStyle w:val="ae"/>
        <w:numPr>
          <w:ilvl w:val="0"/>
          <w:numId w:val="23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рефлексировать эмоции как основание для художественного восприятия искусства и собственной художественной деятельности; </w:t>
      </w:r>
    </w:p>
    <w:p w:rsidR="007D7FB2" w:rsidRPr="00A448DF" w:rsidRDefault="004E2243" w:rsidP="00384DA7">
      <w:pPr>
        <w:pStyle w:val="ae"/>
        <w:numPr>
          <w:ilvl w:val="0"/>
          <w:numId w:val="23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развивать свои эмпатические способности, способность сопереживать, понимать намерения и переживания свои и других; </w:t>
      </w:r>
    </w:p>
    <w:p w:rsidR="007D7FB2" w:rsidRPr="00A448DF" w:rsidRDefault="004E2243" w:rsidP="00384DA7">
      <w:pPr>
        <w:pStyle w:val="ae"/>
        <w:numPr>
          <w:ilvl w:val="0"/>
          <w:numId w:val="23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признавать своё и чужое право на ошибку; </w:t>
      </w:r>
    </w:p>
    <w:p w:rsidR="004E2243" w:rsidRPr="00A448DF" w:rsidRDefault="004E2243" w:rsidP="00384DA7">
      <w:pPr>
        <w:pStyle w:val="ae"/>
        <w:numPr>
          <w:ilvl w:val="0"/>
          <w:numId w:val="23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7D7FB2" w:rsidRPr="00A448DF" w:rsidRDefault="007D7FB2" w:rsidP="0061796C">
      <w:pPr>
        <w:pStyle w:val="ae"/>
        <w:tabs>
          <w:tab w:val="left" w:pos="180"/>
        </w:tabs>
        <w:autoSpaceDE w:val="0"/>
        <w:autoSpaceDN w:val="0"/>
        <w:spacing w:after="0" w:line="0" w:lineRule="atLeast"/>
        <w:ind w:left="0" w:right="-23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D7FB2" w:rsidRPr="00A448DF" w:rsidRDefault="004E2243" w:rsidP="0061796C">
      <w:pPr>
        <w:tabs>
          <w:tab w:val="left" w:pos="180"/>
        </w:tabs>
        <w:autoSpaceDE w:val="0"/>
        <w:autoSpaceDN w:val="0"/>
        <w:spacing w:after="0" w:line="0" w:lineRule="atLeast"/>
        <w:ind w:right="-23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D7FB2" w:rsidRPr="00A448DF" w:rsidRDefault="004E2243" w:rsidP="00384DA7">
      <w:pPr>
        <w:pStyle w:val="ae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различия между пространственными и временными видами искусства и их значение в жизни людей; </w:t>
      </w:r>
    </w:p>
    <w:p w:rsidR="007D7FB2" w:rsidRPr="00A448DF" w:rsidRDefault="004E2243" w:rsidP="00384DA7">
      <w:pPr>
        <w:pStyle w:val="ae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деления пространственных искусств на виды; </w:t>
      </w:r>
    </w:p>
    <w:p w:rsidR="004E2243" w:rsidRPr="00A448DF" w:rsidRDefault="004E2243" w:rsidP="00384DA7">
      <w:pPr>
        <w:pStyle w:val="ae"/>
        <w:numPr>
          <w:ilvl w:val="0"/>
          <w:numId w:val="24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7D7FB2" w:rsidRPr="00A448DF" w:rsidRDefault="004E2243" w:rsidP="00393CE2">
      <w:pPr>
        <w:tabs>
          <w:tab w:val="left" w:pos="709"/>
        </w:tabs>
        <w:autoSpaceDE w:val="0"/>
        <w:autoSpaceDN w:val="0"/>
        <w:spacing w:after="0" w:line="0" w:lineRule="atLeast"/>
        <w:ind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Язык изобразительного искусства и его выразительные средства: </w:t>
      </w:r>
    </w:p>
    <w:p w:rsidR="007D7FB2" w:rsidRPr="00A448DF" w:rsidRDefault="004E2243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различать и характеризовать традиционные художественные материалы для графики, живописи, скульптуры; </w:t>
      </w:r>
    </w:p>
    <w:p w:rsidR="007D7FB2" w:rsidRPr="00A448DF" w:rsidRDefault="004E2243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осознавать значение материала в создании художественного образа; </w:t>
      </w:r>
    </w:p>
    <w:p w:rsidR="007D7FB2" w:rsidRPr="00A448DF" w:rsidRDefault="004E2243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различать и объяснять роль художественного материала в произведениях искусства; </w:t>
      </w:r>
    </w:p>
    <w:p w:rsidR="007D7FB2" w:rsidRPr="00A448DF" w:rsidRDefault="004E2243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 </w:t>
      </w:r>
    </w:p>
    <w:p w:rsidR="007D7FB2" w:rsidRPr="00A448DF" w:rsidRDefault="004E2243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иметь представление о различных художественных техниках в использовании художественных материалов; </w:t>
      </w:r>
    </w:p>
    <w:p w:rsidR="007D7FB2" w:rsidRPr="00A448DF" w:rsidRDefault="004E2243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понимать роль рисунка как основы изобразительной деятельности; </w:t>
      </w:r>
    </w:p>
    <w:p w:rsidR="007D7FB2" w:rsidRPr="00A448DF" w:rsidRDefault="004E2243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учебного рисунка — светотеневого изображения объёмных форм; </w:t>
      </w:r>
    </w:p>
    <w:p w:rsidR="007D7FB2" w:rsidRPr="00A448DF" w:rsidRDefault="004E2243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основы линейной перспективы и уметь изображать объёмные геометрические тела на двухмерной плоскости; </w:t>
      </w:r>
    </w:p>
    <w:p w:rsidR="007D7FB2" w:rsidRPr="00A448DF" w:rsidRDefault="004E2243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знать понятия графической грамоты изображения предмета «освещённая часть», «блик»,</w:t>
      </w:r>
      <w:r w:rsidR="007D7FB2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«полутень», «собственная тень», «падающая тень» и уметь и</w:t>
      </w:r>
      <w:r w:rsidR="007D7FB2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 применять в практике рисунка;</w:t>
      </w:r>
    </w:p>
    <w:p w:rsidR="007D7FB2" w:rsidRPr="00A448DF" w:rsidRDefault="004E2243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понимать содержание понятий «тон», «тональные отношения» и иметь опыт их визуального</w:t>
      </w:r>
      <w:r w:rsidR="007D7FB2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анализа;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линейного рисунка, понимать выразительные возможности линии;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творческого композиционного рисунка в ответ на заданную учебную задачу или как самостоятельное творческое действие;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основы цветоведения: характеризовать основные и составные цвета, дополнительные цвета и значение этих знаний для искусства живописи;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определять содержание понятий «колорит», «цветовые отношения», «цветовой контраст» и иметь навыки практической работы гуашью и акварелью;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объёмного изображения (лепки) и начальные представления о пластической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выразительности скульптуры, соотношении пропорций в изображении предметов или животных.</w:t>
      </w:r>
    </w:p>
    <w:p w:rsidR="007D7FB2" w:rsidRPr="00A448DF" w:rsidRDefault="007D7FB2" w:rsidP="00393CE2">
      <w:pPr>
        <w:pStyle w:val="ae"/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Жанры изобразительного искусства: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понятие «жанры в изобразительном искусстве», перечислять жанры;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7D7FB2" w:rsidRPr="00A448DF" w:rsidRDefault="007D7FB2" w:rsidP="00393CE2">
      <w:pPr>
        <w:pStyle w:val="ae"/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Натюрморт: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и уметь применять в рисунке правила линейной перспективы и изображения объёмного предмета в двухмерном пространстве листа;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об освещении как средстве выявления объёма предмета;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создания графического натюрморта; </w:t>
      </w:r>
    </w:p>
    <w:p w:rsidR="007D7FB2" w:rsidRPr="00A448DF" w:rsidRDefault="007D7FB2" w:rsidP="00384DA7">
      <w:pPr>
        <w:pStyle w:val="ae"/>
        <w:numPr>
          <w:ilvl w:val="0"/>
          <w:numId w:val="25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опыт создания натюрморта средствами живописи.</w:t>
      </w:r>
    </w:p>
    <w:p w:rsidR="007D7FB2" w:rsidRPr="00A448DF" w:rsidRDefault="007D7FB2" w:rsidP="00393CE2">
      <w:pPr>
        <w:tabs>
          <w:tab w:val="left" w:pos="709"/>
        </w:tabs>
        <w:autoSpaceDE w:val="0"/>
        <w:autoSpaceDN w:val="0"/>
        <w:spacing w:after="0" w:line="0" w:lineRule="atLeast"/>
        <w:ind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Портрет: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истории портретного изображения человека в разные эпохи как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последовательности изменений представления о человеке;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сравнивать содержание портретного образа в искусстве Древнего Рима, эпохи Возрождения и Нового времени;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понимать, что в художественном портрете присутствует также выражение идеалов эпохи и авторская позиция художника;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др.);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др.);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и претворять в рисунке основные позиции конструкции головы человека, пропорции лица, соотношение лицевой и черепной частей головы;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способах объёмного изображения головы человека, создавать зарисовки объёмной конструкции головы; понимать термин «ракурс» и определять его на практике;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представление о скульптурном портрете в истории искусства, о выражении характера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человека и образа эпохи в скульптурном портрете;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иметь начальный опыт лепки головы человека;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приобретать опыт графического портретного изображения как нового для себя видения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индивидуальности человека;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графических портретах мастеров разных эпох, о разнообразии графических средств в изображении образа человека;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характеризовать роль освещения как выразительного средства при создании художественного образа;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 </w:t>
      </w:r>
    </w:p>
    <w:p w:rsidR="007D7FB2" w:rsidRPr="00A448DF" w:rsidRDefault="007D7FB2" w:rsidP="00384DA7">
      <w:pPr>
        <w:pStyle w:val="ae"/>
        <w:numPr>
          <w:ilvl w:val="0"/>
          <w:numId w:val="26"/>
        </w:numPr>
        <w:tabs>
          <w:tab w:val="left" w:pos="709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представление о жанре портрета в искусстве ХХ в. — западном и отечественном.</w:t>
      </w:r>
    </w:p>
    <w:p w:rsidR="007D7FB2" w:rsidRPr="00A448DF" w:rsidRDefault="007D7FB2" w:rsidP="00393CE2">
      <w:pPr>
        <w:tabs>
          <w:tab w:val="left" w:pos="284"/>
        </w:tabs>
        <w:autoSpaceDE w:val="0"/>
        <w:autoSpaceDN w:val="0"/>
        <w:spacing w:after="0" w:line="0" w:lineRule="atLeast"/>
        <w:ind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Пейзаж: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и уметь сравнивать изображение пространства в эпоху Древнего мира, в Средневековом искусстве и в эпоху Возрождения;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правила построения линейной перспективы и уметь применять их в рисунке;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определять содержание понятий: линия горизонта, точка схода, низкий и высокий горизонт,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перспективные сокращения, центральная и угловая перспектива;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правила воздушной перспективы и уметь их применять на практике;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морских пейзажах И. Айвазовского;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особенностях пленэрной живописи и колористической изменчивости состояний природы;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объяснять, как в пейзажной живописи развивался образ отечественной природы и каково его значение в развитии чувства Родины;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опыт живописного изображения различных активн</w:t>
      </w:r>
      <w:r w:rsidR="003E6C81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 выраженных состояний природы;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пейзажных зарисовок, графического изображения природы по памяти и представлению;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художественной наблюдательности как способа развития интереса к окружающему миру и его художественно-поэтическому видению;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изображения городского пейзажа — по памяти или представлению; </w:t>
      </w:r>
    </w:p>
    <w:p w:rsidR="003E6C81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обрести навыки восприятия образности городского пространства как выражения самобытного лица культуры и истории народа; </w:t>
      </w:r>
    </w:p>
    <w:p w:rsidR="007D7FB2" w:rsidRPr="00A448DF" w:rsidRDefault="007D7FB2" w:rsidP="00384DA7">
      <w:pPr>
        <w:pStyle w:val="ae"/>
        <w:numPr>
          <w:ilvl w:val="0"/>
          <w:numId w:val="27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3E6C81" w:rsidRPr="00A448DF" w:rsidRDefault="007D7FB2" w:rsidP="00393CE2">
      <w:pPr>
        <w:tabs>
          <w:tab w:val="left" w:pos="284"/>
        </w:tabs>
        <w:autoSpaceDE w:val="0"/>
        <w:autoSpaceDN w:val="0"/>
        <w:spacing w:after="0" w:line="0" w:lineRule="atLeast"/>
        <w:ind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Бытовой жанр: </w:t>
      </w:r>
    </w:p>
    <w:p w:rsidR="003E6C81" w:rsidRPr="00A448DF" w:rsidRDefault="007D7FB2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роль изобразительного искусства в формировании представлений о жизни людей разных эпох и народов; </w:t>
      </w:r>
    </w:p>
    <w:p w:rsidR="003E6C81" w:rsidRPr="00A448DF" w:rsidRDefault="007D7FB2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объяснять понятия «тематическая картина», «станко​вая живопись», «монументальная живопись»; </w:t>
      </w:r>
    </w:p>
    <w:p w:rsidR="003E6C81" w:rsidRPr="00A448DF" w:rsidRDefault="007D7FB2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перечислять основные жанры тематической картины; </w:t>
      </w:r>
    </w:p>
    <w:p w:rsidR="003E6C81" w:rsidRPr="00A448DF" w:rsidRDefault="007D7FB2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различать тему, сюжет и содержание в жанровой картине; выявлять образ нравственных и ценностных смыслов в жанровой картине; </w:t>
      </w:r>
    </w:p>
    <w:p w:rsidR="007D7FB2" w:rsidRPr="00A448DF" w:rsidRDefault="007D7FB2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представление о композиции как целостности в организации художественных выразительных средств, взаимо​связи всех компонентов художественного произведения;</w:t>
      </w:r>
    </w:p>
    <w:p w:rsidR="003E6C81" w:rsidRPr="00A448DF" w:rsidRDefault="003E6C81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значение художественного изображения бытовой жизни людей в понимании истории человечества и современной жизни; </w:t>
      </w:r>
    </w:p>
    <w:p w:rsidR="003E6C81" w:rsidRPr="00A448DF" w:rsidRDefault="003E6C81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осознавать многообразие форм организации бытовой жизни и одновременно единство мира людей;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3E6C81" w:rsidRPr="00A448DF" w:rsidRDefault="003E6C81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изображении труда и повседневных занятий человека в искусстве разных эпох и народов; различать произведения разных культур по их стилистическим признакам и изобразительным традициям (Древний Египет, Китай, античный мир и др.); </w:t>
      </w:r>
    </w:p>
    <w:p w:rsidR="003E6C81" w:rsidRPr="00A448DF" w:rsidRDefault="003E6C81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опыт изображения бытовой жизни разных народов в контексте традиций их искусства; </w:t>
      </w:r>
    </w:p>
    <w:p w:rsidR="003E6C81" w:rsidRPr="00A448DF" w:rsidRDefault="003E6C81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характеризовать понятие «бытовой жанр» и уметь приводить несколько примеров произведений европейского и отечественного искусства; </w:t>
      </w:r>
    </w:p>
    <w:p w:rsidR="003E6C81" w:rsidRPr="00A448DF" w:rsidRDefault="003E6C81" w:rsidP="00384DA7">
      <w:pPr>
        <w:pStyle w:val="ae"/>
        <w:numPr>
          <w:ilvl w:val="0"/>
          <w:numId w:val="28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обрести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3E6C81" w:rsidRPr="00A448DF" w:rsidRDefault="003E6C81" w:rsidP="00393CE2">
      <w:pPr>
        <w:tabs>
          <w:tab w:val="left" w:pos="284"/>
        </w:tabs>
        <w:autoSpaceDE w:val="0"/>
        <w:autoSpaceDN w:val="0"/>
        <w:spacing w:after="0" w:line="0" w:lineRule="atLeast"/>
        <w:ind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Исторический жанр: </w:t>
      </w:r>
    </w:p>
    <w:p w:rsidR="003E6C81" w:rsidRPr="00A448DF" w:rsidRDefault="003E6C81" w:rsidP="00384DA7">
      <w:pPr>
        <w:pStyle w:val="ae"/>
        <w:numPr>
          <w:ilvl w:val="0"/>
          <w:numId w:val="29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исторический жанр в истории искусства и объяснять его значение для жизни общества; уметь объяснить, почему историческая картина считалась самым высоким жанром произведений изобразительного искусства; </w:t>
      </w:r>
    </w:p>
    <w:p w:rsidR="003E6C81" w:rsidRPr="00A448DF" w:rsidRDefault="003E6C81" w:rsidP="00384DA7">
      <w:pPr>
        <w:pStyle w:val="ae"/>
        <w:numPr>
          <w:ilvl w:val="0"/>
          <w:numId w:val="29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авторов, узнавать и уметь объяснять содержание таких картин, как «Последний день Помпеи»К. Брюллова, «Боярыня Морозова» и другие картины В. Сурикова, «Бурлаки на Волге» И. Репина;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3E6C81" w:rsidRPr="00A448DF" w:rsidRDefault="003E6C81" w:rsidP="00384DA7">
      <w:pPr>
        <w:pStyle w:val="ae"/>
        <w:numPr>
          <w:ilvl w:val="0"/>
          <w:numId w:val="29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развитии исторического жанра в творчестве отечественных художников ХХ в.; </w:t>
      </w:r>
    </w:p>
    <w:p w:rsidR="003E6C81" w:rsidRPr="00A448DF" w:rsidRDefault="003E6C81" w:rsidP="00384DA7">
      <w:pPr>
        <w:pStyle w:val="ae"/>
        <w:numPr>
          <w:ilvl w:val="0"/>
          <w:numId w:val="29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объяснять, почему произведения на библейские, мифологические темы, сюжеты об античных героях принято относить к историческому жанру; </w:t>
      </w:r>
    </w:p>
    <w:p w:rsidR="003E6C81" w:rsidRPr="00A448DF" w:rsidRDefault="003E6C81" w:rsidP="00384DA7">
      <w:pPr>
        <w:pStyle w:val="ae"/>
        <w:numPr>
          <w:ilvl w:val="0"/>
          <w:numId w:val="29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узнавать и называть авторов таких произведений, как «Давид» Микеланджело, «Весна»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С. Боттичелли; </w:t>
      </w:r>
    </w:p>
    <w:p w:rsidR="003E6C81" w:rsidRPr="00A448DF" w:rsidRDefault="003E6C81" w:rsidP="00384DA7">
      <w:pPr>
        <w:pStyle w:val="ae"/>
        <w:numPr>
          <w:ilvl w:val="0"/>
          <w:numId w:val="29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 </w:t>
      </w:r>
    </w:p>
    <w:p w:rsidR="003E6C81" w:rsidRPr="00A448DF" w:rsidRDefault="003E6C81" w:rsidP="00384DA7">
      <w:pPr>
        <w:pStyle w:val="ae"/>
        <w:numPr>
          <w:ilvl w:val="0"/>
          <w:numId w:val="29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3E6C81" w:rsidRPr="00A448DF" w:rsidRDefault="003E6C81" w:rsidP="00393CE2">
      <w:pPr>
        <w:tabs>
          <w:tab w:val="left" w:pos="284"/>
        </w:tabs>
        <w:autoSpaceDE w:val="0"/>
        <w:autoSpaceDN w:val="0"/>
        <w:spacing w:after="0" w:line="0" w:lineRule="atLeast"/>
        <w:ind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Библейские темы в изобразительном искусстве: </w:t>
      </w:r>
    </w:p>
    <w:p w:rsidR="003E6C81" w:rsidRPr="00A448DF" w:rsidRDefault="003E6C81" w:rsidP="00384DA7">
      <w:pPr>
        <w:pStyle w:val="ae"/>
        <w:numPr>
          <w:ilvl w:val="0"/>
          <w:numId w:val="30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о значении библейских сюжетов в истории культуры и узнавать сюжеты Священной истории в произведениях искусства; </w:t>
      </w:r>
    </w:p>
    <w:p w:rsidR="003E6C81" w:rsidRPr="00A448DF" w:rsidRDefault="003E6C81" w:rsidP="00384DA7">
      <w:pPr>
        <w:pStyle w:val="ae"/>
        <w:numPr>
          <w:ilvl w:val="0"/>
          <w:numId w:val="30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значение великих — вечных тем в искусстве на основе сюжетов Библии как «духовную ось», соединяющую жизненные позиции разных поколений; </w:t>
      </w:r>
    </w:p>
    <w:p w:rsidR="003E6C81" w:rsidRPr="00A448DF" w:rsidRDefault="003E6C81" w:rsidP="00384DA7">
      <w:pPr>
        <w:pStyle w:val="ae"/>
        <w:numPr>
          <w:ilvl w:val="0"/>
          <w:numId w:val="30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знать, объяснять содержание, узнавать произведения великих европейских художников на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др.; в скульптуре «Пьета» Микеланджело и др.; </w:t>
      </w:r>
    </w:p>
    <w:p w:rsidR="003E6C81" w:rsidRPr="00A448DF" w:rsidRDefault="003E6C81" w:rsidP="00384DA7">
      <w:pPr>
        <w:pStyle w:val="ae"/>
        <w:numPr>
          <w:ilvl w:val="0"/>
          <w:numId w:val="30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знать о картинах на библейские темы в истории русского искусства; </w:t>
      </w:r>
    </w:p>
    <w:p w:rsidR="003E6C81" w:rsidRPr="00A448DF" w:rsidRDefault="003E6C81" w:rsidP="00384DA7">
      <w:pPr>
        <w:pStyle w:val="ae"/>
        <w:numPr>
          <w:ilvl w:val="0"/>
          <w:numId w:val="30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др.; </w:t>
      </w:r>
    </w:p>
    <w:p w:rsidR="003E6C81" w:rsidRPr="00A448DF" w:rsidRDefault="003E6C81" w:rsidP="00384DA7">
      <w:pPr>
        <w:pStyle w:val="ae"/>
        <w:numPr>
          <w:ilvl w:val="0"/>
          <w:numId w:val="30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представление о смысловом различии между иконой и картиной на библейские темы;</w:t>
      </w:r>
    </w:p>
    <w:p w:rsidR="003E6C81" w:rsidRPr="00A448DF" w:rsidRDefault="003E6C81" w:rsidP="00384DA7">
      <w:pPr>
        <w:pStyle w:val="ae"/>
        <w:numPr>
          <w:ilvl w:val="0"/>
          <w:numId w:val="30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иметь знания о русской иконописи, о великих русских иконописцах: Андрее Рублёве, Феофане Греке, Дионисии; </w:t>
      </w:r>
    </w:p>
    <w:p w:rsidR="007D7FB2" w:rsidRPr="00A448DF" w:rsidRDefault="003E6C81" w:rsidP="00384DA7">
      <w:pPr>
        <w:pStyle w:val="ae"/>
        <w:numPr>
          <w:ilvl w:val="0"/>
          <w:numId w:val="30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воспринимать искусство древнерусской иконописи как уникальное и высокое достижение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отечественной культуры;</w:t>
      </w:r>
    </w:p>
    <w:p w:rsidR="00B908BB" w:rsidRPr="00A448DF" w:rsidRDefault="00B908BB" w:rsidP="00384DA7">
      <w:pPr>
        <w:pStyle w:val="ae"/>
        <w:numPr>
          <w:ilvl w:val="0"/>
          <w:numId w:val="30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творческий и деятельный характер восприятия произведений искусства на основе художественной культуры зрителя; </w:t>
      </w:r>
    </w:p>
    <w:p w:rsidR="00B908BB" w:rsidRPr="00A448DF" w:rsidRDefault="00B908BB" w:rsidP="00384DA7">
      <w:pPr>
        <w:pStyle w:val="ae"/>
        <w:numPr>
          <w:ilvl w:val="0"/>
          <w:numId w:val="30"/>
        </w:numPr>
        <w:tabs>
          <w:tab w:val="left" w:pos="284"/>
        </w:tabs>
        <w:autoSpaceDE w:val="0"/>
        <w:autoSpaceDN w:val="0"/>
        <w:spacing w:after="0" w:line="0" w:lineRule="atLeast"/>
        <w:ind w:left="0" w:right="-239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уметь рассуждать о месте и значении изобразительного искусства в культуре, в жизни общества, в жизни человека.</w:t>
      </w:r>
    </w:p>
    <w:p w:rsidR="00B908BB" w:rsidRPr="00A448DF" w:rsidRDefault="00B908BB" w:rsidP="00462936">
      <w:pPr>
        <w:tabs>
          <w:tab w:val="left" w:pos="180"/>
        </w:tabs>
        <w:autoSpaceDE w:val="0"/>
        <w:autoSpaceDN w:val="0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sectPr w:rsidR="00B908BB" w:rsidRPr="00A448DF" w:rsidSect="00393CE2">
          <w:pgSz w:w="11900" w:h="16840"/>
          <w:pgMar w:top="426" w:right="700" w:bottom="568" w:left="666" w:header="720" w:footer="720" w:gutter="0"/>
          <w:cols w:space="720" w:equalWidth="0">
            <w:col w:w="10270" w:space="0"/>
          </w:cols>
          <w:docGrid w:linePitch="360"/>
        </w:sectPr>
      </w:pPr>
    </w:p>
    <w:p w:rsidR="00DE417F" w:rsidRPr="00A448DF" w:rsidRDefault="00DE417F" w:rsidP="001D1DAC">
      <w:pPr>
        <w:autoSpaceDE w:val="0"/>
        <w:autoSpaceDN w:val="0"/>
        <w:spacing w:after="64" w:line="22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A448DF" w:rsidRDefault="00CC2758" w:rsidP="0061796C">
      <w:pPr>
        <w:autoSpaceDE w:val="0"/>
        <w:autoSpaceDN w:val="0"/>
        <w:spacing w:after="258" w:line="233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w w:val="101"/>
          <w:sz w:val="24"/>
          <w:szCs w:val="24"/>
          <w:lang w:val="ru-RU"/>
        </w:rPr>
        <w:t>ТЕМАТИЧЕСКОЕ ПЛАНИРОВАНИЕ МОДУЛЯ «ЖИВОПИСЬ, ГРАФИКА, СКУЛЬПТУРА»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10"/>
        <w:gridCol w:w="528"/>
        <w:gridCol w:w="567"/>
        <w:gridCol w:w="567"/>
        <w:gridCol w:w="709"/>
        <w:gridCol w:w="7371"/>
        <w:gridCol w:w="1276"/>
        <w:gridCol w:w="2178"/>
      </w:tblGrid>
      <w:tr w:rsidR="00DE417F" w:rsidRPr="00A448DF" w:rsidTr="00FC5EB2">
        <w:trPr>
          <w:trHeight w:hRule="exact" w:val="614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№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п/п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45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1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Количество часов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45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Дата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изучения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45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Виды, формы контроля</w:t>
            </w:r>
          </w:p>
        </w:tc>
        <w:tc>
          <w:tcPr>
            <w:tcW w:w="2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45" w:lineRule="auto"/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DE417F" w:rsidRPr="00A448DF" w:rsidTr="00FC5EB2">
        <w:trPr>
          <w:cantSplit/>
          <w:trHeight w:hRule="exact" w:val="1134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textDirection w:val="btLr"/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textDirection w:val="btLr"/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45" w:lineRule="auto"/>
              <w:ind w:left="72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</w:rPr>
              <w:t>контрольные работы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  <w:textDirection w:val="btLr"/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45" w:lineRule="auto"/>
              <w:ind w:left="72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</w:rPr>
              <w:t>практические работы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17F" w:rsidRPr="009E482D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1. Общие сведения о видах искусства</w:t>
            </w:r>
          </w:p>
        </w:tc>
      </w:tr>
      <w:tr w:rsidR="00DE417F" w:rsidRPr="00A448DF" w:rsidTr="00FC5EB2">
        <w:trPr>
          <w:trHeight w:hRule="exact" w:val="278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80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1.1.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80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Искусство — его виды и их роль в жизни людей</w:t>
            </w:r>
            <w:r w:rsidR="0061796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61796C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61796C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61796C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CC2758" w:rsidP="001D1DAC">
            <w:pPr>
              <w:autoSpaceDE w:val="0"/>
              <w:autoSpaceDN w:val="0"/>
              <w:spacing w:before="80" w:after="0" w:line="254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Называть пространственн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ые и временные виды искусства.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Объяснять, в чём состоит различие временных и про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странственных видов искусства.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Характеризовать три группы пространственных искусств: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изобразительные, конструктивные и декоративные, объяснять их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различное назначение в 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жизни людей.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Уметь определять, к какому виду иск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усства относится произведение.</w:t>
            </w:r>
          </w:p>
          <w:p w:rsidR="00DE417F" w:rsidRPr="00A448DF" w:rsidRDefault="00CC2758" w:rsidP="001D1DAC">
            <w:pPr>
              <w:autoSpaceDE w:val="0"/>
              <w:autoSpaceDN w:val="0"/>
              <w:spacing w:before="80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Уметь рассуждать о роли зрителя в жизни искусства, о зрительских умениях, зрительской культуре и 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творческой деятельности зрителя.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FC5EB2" w:rsidP="001D1DAC">
            <w:pPr>
              <w:autoSpaceDE w:val="0"/>
              <w:autoSpaceDN w:val="0"/>
              <w:spacing w:before="80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80"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Виртуальная экскурсия: Виртуальный тур по реэкспозиции Главного здания ГМИИ им. А.</w:t>
            </w:r>
          </w:p>
          <w:p w:rsidR="00DE417F" w:rsidRPr="00A448DF" w:rsidRDefault="00CC2758" w:rsidP="00FC5EB2">
            <w:pPr>
              <w:autoSpaceDE w:val="0"/>
              <w:autoSpaceDN w:val="0"/>
              <w:spacing w:before="20"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С. Пушк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ина 2022 года</w:t>
            </w:r>
          </w:p>
        </w:tc>
      </w:tr>
      <w:tr w:rsidR="00DE417F" w:rsidRPr="009E482D" w:rsidTr="00AD6EFC">
        <w:trPr>
          <w:trHeight w:hRule="exact" w:val="401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2. Язык изобразительного искусства и его выразительные средства</w:t>
            </w:r>
          </w:p>
        </w:tc>
      </w:tr>
      <w:tr w:rsidR="00DE417F" w:rsidRPr="00A448DF" w:rsidTr="00FC5EB2">
        <w:trPr>
          <w:trHeight w:hRule="exact" w:val="203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Живописные,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графические и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скульптурные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художественные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материалы и их особые свойства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Называть и характеризовать традиционные художественные материалы для графики, живописи, скульптуры при восприяти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 художественных произведений.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Характеризовать выразительные особенности различных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художественных материалов при с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оздании художественного образа.</w:t>
            </w:r>
          </w:p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Объяснять роль материала в 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создании художественного образа.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FC5EB2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FC5EB2" w:rsidP="00FC5EB2">
            <w:pPr>
              <w:autoSpaceDE w:val="0"/>
              <w:autoSpaceDN w:val="0"/>
              <w:spacing w:before="78"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</w:t>
            </w:r>
          </w:p>
        </w:tc>
      </w:tr>
      <w:tr w:rsidR="00DE417F" w:rsidRPr="00A448DF" w:rsidTr="00FC5EB2">
        <w:trPr>
          <w:trHeight w:hRule="exact" w:val="284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2.2.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Рисунок — основа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изобразительного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искусства и мастерства художника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CC2758" w:rsidP="001D1DAC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Различать виды рисунка по их ц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елям и художественным задачам.</w:t>
            </w:r>
          </w:p>
          <w:p w:rsidR="00DE417F" w:rsidRPr="00A448DF" w:rsidRDefault="00CC2758" w:rsidP="001D1DAC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Участвовать в обсуждении выразительности и художественности разл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ичных видов рисунков мастеров.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Овладевать начальными навыками рисунка с нат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уры.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Учиться рассматривать, сравнивать и об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общать пространственные формы.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Овладевать навыками композиции в рисунк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е, размещения рисунка в листе.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Овладевать навыками 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работы графическими материалами.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-кая работа.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FC5EB2">
            <w:pPr>
              <w:autoSpaceDE w:val="0"/>
              <w:autoSpaceDN w:val="0"/>
              <w:spacing w:before="78" w:after="0" w:line="245" w:lineRule="auto"/>
              <w:ind w:lef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</w:t>
            </w:r>
          </w:p>
        </w:tc>
      </w:tr>
      <w:tr w:rsidR="00DE417F" w:rsidRPr="009E482D" w:rsidTr="00FC5EB2">
        <w:trPr>
          <w:trHeight w:hRule="exact" w:val="199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lastRenderedPageBreak/>
              <w:t>2.3.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Выразите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льные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возможности линии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Рассматривать и анализировать линейные рисунки известных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художников.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раз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личные виды линейных рисунков.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Объяснять, что такое ритм и его значение в создании изо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бразительного образа.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Выполнить ли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нейный рисунок на заданную тему.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Видео «Линия, ее выразительные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возможности»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VxW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6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nobo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820</w:t>
            </w:r>
          </w:p>
        </w:tc>
      </w:tr>
      <w:tr w:rsidR="00DE417F" w:rsidRPr="009E482D" w:rsidTr="00FC5EB2">
        <w:trPr>
          <w:trHeight w:hRule="exact" w:val="199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2.4.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6" w:after="0" w:line="245" w:lineRule="auto"/>
              <w:ind w:left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Тёмное — светлое —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тональные отношения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D6EFC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Овладеть представлениями о пятне как об одном из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основных средств изображения.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понятия «тон», «тональная шкала», «тональные от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ношения», «тональный контраст».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Иметь практические навыки изображения карандашами разной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жёсткости.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="00AD6EF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E0A14">
            <w:pPr>
              <w:autoSpaceDE w:val="0"/>
              <w:autoSpaceDN w:val="0"/>
              <w:spacing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</w:t>
            </w:r>
          </w:p>
          <w:p w:rsidR="00DE417F" w:rsidRPr="00A448DF" w:rsidRDefault="00CC2758" w:rsidP="00DE0A14">
            <w:pPr>
              <w:autoSpaceDE w:val="0"/>
              <w:autoSpaceDN w:val="0"/>
              <w:spacing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Видео «Пятно, его выразительные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возможности»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/_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n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78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ykWwRiAhttps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GP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7_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RrHhYSI</w:t>
            </w:r>
          </w:p>
        </w:tc>
      </w:tr>
      <w:tr w:rsidR="00AD6EFC" w:rsidRPr="00A448DF" w:rsidTr="00FC5EB2">
        <w:trPr>
          <w:trHeight w:hRule="exact" w:val="254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2.5.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Основы цветоведения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AD6EFC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значения понятий «основные цвета», «составные цвета», «дополнительные цвета».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Характеризовать физическую природу цвета.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Анализировать цветовой круг как таблицу основных цветовых отношений.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Различать основные и составные цвета.</w:t>
            </w:r>
            <w:r w:rsidR="003F01B1"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Определять дополнительные цвета.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Овладевать навыком составления разных оттенков цвета.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autoSpaceDE w:val="0"/>
              <w:autoSpaceDN w:val="0"/>
              <w:spacing w:before="78" w:after="0" w:line="247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РЭШ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https://resh.edu.ru/subject/lesson/78 78/main/308915/</w:t>
            </w:r>
          </w:p>
        </w:tc>
      </w:tr>
      <w:tr w:rsidR="00AD6EFC" w:rsidRPr="009E482D" w:rsidTr="00FC5EB2">
        <w:trPr>
          <w:trHeight w:hRule="exact" w:val="197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autoSpaceDE w:val="0"/>
              <w:autoSpaceDN w:val="0"/>
              <w:spacing w:before="76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2.6.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Цвет как выразительное средство в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изобразительном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искусстве</w:t>
            </w:r>
            <w:r w:rsidR="00523F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523F5A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523F5A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523F5A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понятия «цветовые отношения», «тёплые и холодные цвета»,</w:t>
            </w:r>
            <w:r w:rsidR="00523F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«цветово</w:t>
            </w:r>
            <w:r w:rsidR="00523F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й контраст», «локальный цвет».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Овладевать навыком колористического восприяти</w:t>
            </w:r>
            <w:r w:rsidR="00523F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я художественных произведений.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Проводить эстетический</w:t>
            </w:r>
            <w:r w:rsidR="00523F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анализ произведений живописи.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Овладевать н</w:t>
            </w:r>
            <w:r w:rsidR="00523F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авыками живописного изображения.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712110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="00523F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523F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="00523F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D6EFC" w:rsidRPr="00A448DF" w:rsidRDefault="00AD6EFC" w:rsidP="00FC5EB2">
            <w:pPr>
              <w:autoSpaceDE w:val="0"/>
              <w:autoSpaceDN w:val="0"/>
              <w:spacing w:after="0" w:line="245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РЭШ </w:t>
            </w:r>
          </w:p>
          <w:p w:rsidR="00AD6EFC" w:rsidRPr="00A448DF" w:rsidRDefault="00AD6EFC" w:rsidP="00DE0A14">
            <w:pPr>
              <w:autoSpaceDE w:val="0"/>
              <w:autoSpaceDN w:val="0"/>
              <w:spacing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Видео «Цвет. Основы цветоведения»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/_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uS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5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NUdfQ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2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E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 xml:space="preserve"> </w:t>
            </w:r>
          </w:p>
        </w:tc>
      </w:tr>
      <w:tr w:rsidR="00DE0A14" w:rsidRPr="009E482D" w:rsidTr="00FC5EB2">
        <w:trPr>
          <w:trHeight w:hRule="exact" w:val="212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0A14" w:rsidRPr="00A448DF" w:rsidRDefault="00DE0A14" w:rsidP="00DE0A14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2.7.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0A14" w:rsidRPr="00A448DF" w:rsidRDefault="00DE0A14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Выразительные средства скульптуры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0A14" w:rsidRPr="00A448DF" w:rsidRDefault="00DE0A14" w:rsidP="00DE0A1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0A14" w:rsidRPr="00A448DF" w:rsidRDefault="00DE0A14" w:rsidP="00DE0A1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0A14" w:rsidRPr="00A448DF" w:rsidRDefault="00DE0A14" w:rsidP="00DE0A1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0A14" w:rsidRPr="00A448DF" w:rsidRDefault="00DE0A14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0A14" w:rsidRPr="00A448DF" w:rsidRDefault="00DE0A14" w:rsidP="00DE0A14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основные виды скульптурных изображений и их назначение в жизни людей.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Определять основные скульптурные материалы в произведениях искусства.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Осваивать навыки создания художественной выразительности в объёмном изображении.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0A14" w:rsidRPr="00A448DF" w:rsidRDefault="00DE0A14" w:rsidP="00DE0A14">
            <w:pPr>
              <w:autoSpaceDE w:val="0"/>
              <w:autoSpaceDN w:val="0"/>
              <w:spacing w:before="76" w:after="0" w:line="250" w:lineRule="auto"/>
              <w:ind w:left="72" w:right="-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кая работа.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0A14" w:rsidRPr="00A448DF" w:rsidRDefault="00DE0A14" w:rsidP="00FC5EB2">
            <w:pPr>
              <w:autoSpaceDE w:val="0"/>
              <w:autoSpaceDN w:val="0"/>
              <w:spacing w:before="76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Виртуальный тур по Главному зданию ГМ</w:t>
            </w:r>
            <w:r w:rsidR="003F01B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ИИ им. А.С.Пушкина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2014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г.</w:t>
            </w:r>
          </w:p>
        </w:tc>
      </w:tr>
    </w:tbl>
    <w:p w:rsidR="00DE417F" w:rsidRPr="00A448DF" w:rsidRDefault="00DE417F" w:rsidP="001D1DAC">
      <w:pPr>
        <w:autoSpaceDE w:val="0"/>
        <w:autoSpaceDN w:val="0"/>
        <w:spacing w:after="0" w:line="14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>
          <w:pgSz w:w="16840" w:h="11900"/>
          <w:pgMar w:top="282" w:right="640" w:bottom="616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DE417F" w:rsidRPr="00A448DF" w:rsidRDefault="00DE417F" w:rsidP="001D1DAC">
      <w:pPr>
        <w:autoSpaceDE w:val="0"/>
        <w:autoSpaceDN w:val="0"/>
        <w:spacing w:after="66" w:line="22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10"/>
        <w:gridCol w:w="528"/>
        <w:gridCol w:w="567"/>
        <w:gridCol w:w="567"/>
        <w:gridCol w:w="709"/>
        <w:gridCol w:w="7371"/>
        <w:gridCol w:w="1276"/>
        <w:gridCol w:w="2178"/>
      </w:tblGrid>
      <w:tr w:rsidR="00DE417F" w:rsidRPr="00A448DF" w:rsidTr="00FC5EB2">
        <w:trPr>
          <w:trHeight w:hRule="exact" w:val="127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3.1.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Жанровая система в изобразительном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искусстве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1555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1555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1555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понятие «жанры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в изобразительном искусстве».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Перечислять жан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ры изобразительного искусства.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разницу между предметом изображения и сод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ержанием произведения искусства.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315559" w:rsidP="00315559">
            <w:pPr>
              <w:autoSpaceDE w:val="0"/>
              <w:autoSpaceDN w:val="0"/>
              <w:spacing w:before="78" w:after="0" w:line="230" w:lineRule="auto"/>
              <w:ind w:left="72" w:right="-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 опрос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FC5EB2">
            <w:pPr>
              <w:autoSpaceDE w:val="0"/>
              <w:autoSpaceDN w:val="0"/>
              <w:spacing w:before="78"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РЭШ </w:t>
            </w:r>
          </w:p>
        </w:tc>
      </w:tr>
      <w:tr w:rsidR="00DE417F" w:rsidRPr="00A448DF" w:rsidTr="00AC6324">
        <w:trPr>
          <w:trHeight w:hRule="exact" w:val="429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Раздел 4. Натюрморт</w:t>
            </w:r>
          </w:p>
        </w:tc>
      </w:tr>
      <w:tr w:rsidR="00DE417F" w:rsidRPr="009E482D" w:rsidTr="001A1B4D">
        <w:trPr>
          <w:trHeight w:hRule="exact" w:val="381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4.1.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Изображение объёмного предмета на плоскости листа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1555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1555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1555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Иметь представление об изображении предметного мира в истории искусства и о появлении жанра натюрморта в европейском и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отечественном искусстве.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Осваивать правила линейной перспективы при рисовании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геометрических тел.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Линейное постр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оение предмета в пространстве.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Освоить пра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вила перспективных сокращений.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жать окружности в перспективе.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Рисовать геометрические тела на осн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ове правил линейной перспективы.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315559">
            <w:pPr>
              <w:autoSpaceDE w:val="0"/>
              <w:autoSpaceDN w:val="0"/>
              <w:spacing w:before="76" w:after="0" w:line="245" w:lineRule="auto"/>
              <w:ind w:left="72" w:right="-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="00315559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CC2758" w:rsidP="001A1B4D">
            <w:pPr>
              <w:autoSpaceDE w:val="0"/>
              <w:autoSpaceDN w:val="0"/>
              <w:spacing w:before="76"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Лекция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«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Что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такое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натюрморт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»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https://rusmuseumvrm.ru/data/event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s/2021/08/chto_takoe_natyurmort/i ndex.php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</w:p>
          <w:p w:rsidR="00DE417F" w:rsidRPr="00A448DF" w:rsidRDefault="00CC2758" w:rsidP="001A1B4D">
            <w:pPr>
              <w:autoSpaceDE w:val="0"/>
              <w:autoSpaceDN w:val="0"/>
              <w:spacing w:before="76"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Видео «Изображение объёмного предмета на плоскости»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Bsdzt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2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micVQ</w:t>
            </w:r>
          </w:p>
        </w:tc>
      </w:tr>
      <w:tr w:rsidR="00DE417F" w:rsidRPr="009E482D" w:rsidTr="00FC5EB2">
        <w:trPr>
          <w:trHeight w:hRule="exact" w:val="155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4.2.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Конструкция предмета сложной формы</w:t>
            </w:r>
            <w:r w:rsidR="00AC632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C632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C632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C632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Выявлять конструкцию предмета через соотношение простых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AC632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геометрических фигур.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Рисовать сложную форму предмета (силуэт) как соотношение простых геометрических</w:t>
            </w:r>
            <w:r w:rsidR="00AC632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фигур, соблюдая их пропорции.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Рисовать конструкции из нескольких геометрических тел разной форм</w:t>
            </w:r>
            <w:r w:rsidR="00AC632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C6324">
            <w:pPr>
              <w:autoSpaceDE w:val="0"/>
              <w:autoSpaceDN w:val="0"/>
              <w:spacing w:before="78" w:after="0" w:line="245" w:lineRule="auto"/>
              <w:ind w:left="72" w:right="-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7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(фрагмент)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hyperlink r:id="rId6" w:history="1"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</w:rPr>
                <w:t>https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  <w:lang w:val="ru-RU"/>
                </w:rPr>
                <w:t>://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</w:rPr>
                <w:t>resh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  <w:lang w:val="ru-RU"/>
                </w:rPr>
                <w:t>.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</w:rPr>
                <w:t>edu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  <w:lang w:val="ru-RU"/>
                </w:rPr>
                <w:t>.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</w:rPr>
                <w:t>ru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  <w:lang w:val="ru-RU"/>
                </w:rPr>
                <w:t>/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</w:rPr>
                <w:t>subject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  <w:lang w:val="ru-RU"/>
                </w:rPr>
                <w:t>/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</w:rPr>
                <w:t>lesson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  <w:lang w:val="ru-RU"/>
                </w:rPr>
                <w:t>/78 82/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</w:rPr>
                <w:t>main</w:t>
              </w:r>
              <w:r w:rsidR="00FC5EB2" w:rsidRPr="00A448DF">
                <w:rPr>
                  <w:rStyle w:val="aff8"/>
                  <w:rFonts w:ascii="Times New Roman" w:eastAsia="Times New Roman" w:hAnsi="Times New Roman" w:cs="Times New Roman"/>
                  <w:w w:val="97"/>
                  <w:sz w:val="24"/>
                  <w:szCs w:val="24"/>
                  <w:lang w:val="ru-RU"/>
                </w:rPr>
                <w:t>/277401/</w:t>
              </w:r>
            </w:hyperlink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</w:p>
        </w:tc>
      </w:tr>
      <w:tr w:rsidR="00DE417F" w:rsidRPr="009E482D" w:rsidTr="001A1B4D">
        <w:trPr>
          <w:trHeight w:hRule="exact" w:val="157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4.3.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Свет и тень. Правила светотеневого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изображения предмета</w:t>
            </w:r>
            <w:r w:rsidR="00AC632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C632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C632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C632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Знать понятия «свет», «блик», «полутень», «собственная тень»,</w:t>
            </w:r>
            <w:r w:rsidR="00AC632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«рефлекс», «падающая тень»</w:t>
            </w:r>
            <w:r w:rsidR="00AC632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Освоить правила графического изображения объёмного тела с разделением его формы </w:t>
            </w:r>
            <w:r w:rsidR="00AC632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 освещённую и теневую стороны.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AC6324">
            <w:pPr>
              <w:autoSpaceDE w:val="0"/>
              <w:autoSpaceDN w:val="0"/>
              <w:spacing w:before="76" w:after="0" w:line="245" w:lineRule="auto"/>
              <w:ind w:left="72" w:right="-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</w:t>
            </w:r>
            <w:r w:rsidR="00AC632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ческая работа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C5EB2" w:rsidRPr="00A448DF" w:rsidRDefault="00FC5EB2" w:rsidP="00FC5EB2">
            <w:pPr>
              <w:autoSpaceDE w:val="0"/>
              <w:autoSpaceDN w:val="0"/>
              <w:spacing w:before="76" w:after="0" w:line="250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РЭШ</w:t>
            </w:r>
          </w:p>
          <w:p w:rsidR="00DE417F" w:rsidRPr="00A448DF" w:rsidRDefault="00CC2758" w:rsidP="00FC5EB2">
            <w:pPr>
              <w:autoSpaceDE w:val="0"/>
              <w:autoSpaceDN w:val="0"/>
              <w:spacing w:before="76" w:after="0" w:line="250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Видео «Свет и тень»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ko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_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BLc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BG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3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g</w:t>
            </w:r>
          </w:p>
        </w:tc>
      </w:tr>
      <w:tr w:rsidR="003F01B1" w:rsidRPr="00A448DF" w:rsidTr="00FC5EB2">
        <w:trPr>
          <w:trHeight w:hRule="exact" w:val="228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4.4.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Рисунок натюрморта графическими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материалами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after="0" w:line="254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Освоить первичные умения графического изображения натюрморта с натуры или по представлению.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Овладевать навыками размещения изображения на листе,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пропорционального соотношения предметов в изображении натюрморта.</w:t>
            </w:r>
          </w:p>
          <w:p w:rsidR="003F01B1" w:rsidRPr="00A448DF" w:rsidRDefault="003F01B1" w:rsidP="007D60A4">
            <w:pPr>
              <w:autoSpaceDE w:val="0"/>
              <w:autoSpaceDN w:val="0"/>
              <w:spacing w:after="0" w:line="254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Овладевать навыками графического рисунка и опытом создания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творческого натюрморта в графических техниках.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Узнать об особенностях графических техник.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кая работа.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Натюрморт графическими материалами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/7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tY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5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ZmVnt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4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g</w:t>
            </w:r>
          </w:p>
          <w:p w:rsidR="003F01B1" w:rsidRPr="00A448DF" w:rsidRDefault="003F01B1" w:rsidP="003F01B1">
            <w:pPr>
              <w:autoSpaceDE w:val="0"/>
              <w:autoSpaceDN w:val="0"/>
              <w:spacing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KG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99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aKMPzAY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 xml:space="preserve"> </w:t>
            </w:r>
          </w:p>
        </w:tc>
      </w:tr>
    </w:tbl>
    <w:p w:rsidR="00DE417F" w:rsidRPr="00A448DF" w:rsidRDefault="00DE417F" w:rsidP="001D1DAC">
      <w:pPr>
        <w:autoSpaceDE w:val="0"/>
        <w:autoSpaceDN w:val="0"/>
        <w:spacing w:after="0" w:line="14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>
          <w:pgSz w:w="16840" w:h="11900"/>
          <w:pgMar w:top="284" w:right="640" w:bottom="29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DE417F" w:rsidRPr="00A448DF" w:rsidRDefault="00DE417F" w:rsidP="001D1DAC">
      <w:pPr>
        <w:autoSpaceDE w:val="0"/>
        <w:autoSpaceDN w:val="0"/>
        <w:spacing w:after="66" w:line="22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10"/>
        <w:gridCol w:w="528"/>
        <w:gridCol w:w="567"/>
        <w:gridCol w:w="567"/>
        <w:gridCol w:w="709"/>
        <w:gridCol w:w="7371"/>
        <w:gridCol w:w="1276"/>
        <w:gridCol w:w="2178"/>
      </w:tblGrid>
      <w:tr w:rsidR="00DE417F" w:rsidRPr="009E482D" w:rsidTr="00FC5EB2">
        <w:trPr>
          <w:trHeight w:hRule="exact" w:val="2422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4.5.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Живописное изображение натюрморта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6171" w:rsidRPr="00A448DF" w:rsidRDefault="00CC2758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выразительные возможности цвета в построении обра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за изображения.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Проводить эстетический анализ произ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ведений художников-живописцев.</w:t>
            </w:r>
          </w:p>
          <w:p w:rsidR="00DE417F" w:rsidRPr="00A448DF" w:rsidRDefault="00CC2758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создания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натюрморта средствами живописи.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216171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FC5EB2">
            <w:pPr>
              <w:autoSpaceDE w:val="0"/>
              <w:autoSpaceDN w:val="0"/>
              <w:spacing w:before="76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Виртуальная экскурсия: Школа акварели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Андрияки, Виртуальная экскурсия по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выставке «Под знаком акварели»</w:t>
            </w:r>
          </w:p>
        </w:tc>
      </w:tr>
      <w:tr w:rsidR="00DE417F" w:rsidRPr="00A448DF" w:rsidTr="003F01B1">
        <w:trPr>
          <w:trHeight w:hRule="exact" w:val="419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Раздел 5. Портрет</w:t>
            </w:r>
          </w:p>
        </w:tc>
      </w:tr>
      <w:tr w:rsidR="00DE417F" w:rsidRPr="009E482D" w:rsidTr="00FC5EB2">
        <w:trPr>
          <w:trHeight w:hRule="exact" w:val="383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5.1.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before="76" w:after="0" w:line="245" w:lineRule="auto"/>
              <w:ind w:left="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Портретный жанр в истории искусства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6171" w:rsidRPr="00A448DF" w:rsidRDefault="00CC2758" w:rsidP="00216171">
            <w:pPr>
              <w:autoSpaceDE w:val="0"/>
              <w:autoSpaceDN w:val="0"/>
              <w:spacing w:after="0" w:line="254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художественного восприятия произведений искусства портретного жанра в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еликих художников разных эпох.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Рассказывать о портретном изобра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жении человека в разные эпохи.</w:t>
            </w:r>
          </w:p>
          <w:p w:rsidR="00DE417F" w:rsidRPr="00A448DF" w:rsidRDefault="00CC2758" w:rsidP="00216171">
            <w:pPr>
              <w:autoSpaceDE w:val="0"/>
              <w:autoSpaceDN w:val="0"/>
              <w:spacing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Узнавать произведения и называть имена нескольких великих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европейских портретистов (Леонардо да Винчи, Рафаэль, М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икеланджело, Рембрандт и др.).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Рассказывать об особенностях жанра портрета в русском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изобразительном искусстве и выявлять их. Называть имена и узнавать произведения великих художников-портретистов (В. Боровиковский, А. Венецианов, О. Кипренский, В. Тропинин, К. Брюллов, И. Крамской, И. Репин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, В. Суриков, В. Серов и др.).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Иметь представление о жанре портрета в искусстве 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ХХ в.: западном и отечественном.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Тестирова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ние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after="0" w:line="250" w:lineRule="auto"/>
              <w:ind w:left="74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</w:t>
            </w:r>
          </w:p>
          <w:p w:rsidR="00216171" w:rsidRPr="00A448DF" w:rsidRDefault="00CC2758" w:rsidP="00216171">
            <w:pPr>
              <w:autoSpaceDE w:val="0"/>
              <w:autoSpaceDN w:val="0"/>
              <w:spacing w:after="0" w:line="252" w:lineRule="auto"/>
              <w:ind w:left="74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Виртуальный Русский музей,</w:t>
            </w:r>
            <w:r w:rsidR="00216171"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«Что такое портрет»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rusmuseumvrm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ru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data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events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/2021/11/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chto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_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takoe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_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portret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index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 xml:space="preserve">. 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P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hp</w:t>
            </w:r>
          </w:p>
          <w:p w:rsidR="00DE417F" w:rsidRPr="00A448DF" w:rsidRDefault="00CC2758" w:rsidP="00216171">
            <w:pPr>
              <w:autoSpaceDE w:val="0"/>
              <w:autoSpaceDN w:val="0"/>
              <w:spacing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Видео «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Образ человека – главная тема в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искусстве»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be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tHec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2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NFBKw</w:t>
            </w:r>
          </w:p>
        </w:tc>
      </w:tr>
      <w:tr w:rsidR="00DE417F" w:rsidRPr="00A448DF" w:rsidTr="00FC5EB2">
        <w:trPr>
          <w:trHeight w:hRule="exact" w:val="211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5.2.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Конструкция головы человека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216171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Знать и претворять в рисунке основные позиции конструкции головы человека, пропорции лица, соотношение лиц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евой и черепной частей головы.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 бесконечности индивидуальных особенностей при общих закономер</w:t>
            </w:r>
            <w:r w:rsidR="00216171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ностях строения головы человека.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FC5EB2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FC5EB2" w:rsidP="00216171">
            <w:pPr>
              <w:autoSpaceDE w:val="0"/>
              <w:autoSpaceDN w:val="0"/>
              <w:spacing w:after="0" w:line="250" w:lineRule="auto"/>
              <w:ind w:left="74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</w:t>
            </w:r>
          </w:p>
          <w:p w:rsidR="00216171" w:rsidRPr="00A448DF" w:rsidRDefault="00CC2758" w:rsidP="00216171">
            <w:pPr>
              <w:autoSpaceDE w:val="0"/>
              <w:autoSpaceDN w:val="0"/>
              <w:spacing w:after="0" w:line="245" w:lineRule="auto"/>
              <w:ind w:left="74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Видео «Конструкция головы и её пропорции»</w:t>
            </w:r>
          </w:p>
          <w:p w:rsidR="00DE417F" w:rsidRPr="00A448DF" w:rsidRDefault="00CC2758" w:rsidP="00216171">
            <w:pPr>
              <w:autoSpaceDE w:val="0"/>
              <w:autoSpaceDN w:val="0"/>
              <w:spacing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MqrxxR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3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Eeiw</w:t>
            </w:r>
          </w:p>
        </w:tc>
      </w:tr>
      <w:tr w:rsidR="003F01B1" w:rsidRPr="00A448DF" w:rsidTr="00FC5EB2">
        <w:trPr>
          <w:trHeight w:hRule="exact" w:val="143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5.3.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Графический портретный рисунок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 графических портретах мастеров разных эпох, о разнообразии графических средств в изображении образа человека.</w:t>
            </w:r>
          </w:p>
          <w:p w:rsidR="003F01B1" w:rsidRPr="00A448DF" w:rsidRDefault="003F01B1" w:rsidP="007D60A4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Приобрести опыт графического портретного изображения как нового для себя видения индивидуальности человека.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47" w:lineRule="auto"/>
              <w:ind w:left="72" w:right="-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кая работа.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FC5EB2">
            <w:pPr>
              <w:autoSpaceDE w:val="0"/>
              <w:autoSpaceDN w:val="0"/>
              <w:spacing w:before="78" w:after="0" w:line="247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</w:t>
            </w:r>
          </w:p>
        </w:tc>
      </w:tr>
      <w:tr w:rsidR="003F01B1" w:rsidRPr="00A448DF" w:rsidTr="00E14583">
        <w:trPr>
          <w:trHeight w:hRule="exact" w:val="1582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1D1DAC">
            <w:pPr>
              <w:autoSpaceDE w:val="0"/>
              <w:autoSpaceDN w:val="0"/>
              <w:spacing w:before="76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lastRenderedPageBreak/>
              <w:t>5.4.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Свет и тень в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изображении головы человека.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216171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216171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216171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1D1DAC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Уметь характеризовать роль освещения как выразительного средства при создании портретного образа.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Наблюдать изменения образа человека в зависимости от изменения положения источника освещения.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зарисовок разного освещения головы человека.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216171">
            <w:pPr>
              <w:autoSpaceDE w:val="0"/>
              <w:autoSpaceDN w:val="0"/>
              <w:spacing w:before="76" w:after="0" w:line="245" w:lineRule="auto"/>
              <w:ind w:left="72" w:right="-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кая работа.</w:t>
            </w:r>
          </w:p>
        </w:tc>
        <w:tc>
          <w:tcPr>
            <w:tcW w:w="217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FC5EB2">
            <w:pPr>
              <w:autoSpaceDE w:val="0"/>
              <w:autoSpaceDN w:val="0"/>
              <w:spacing w:before="76" w:after="0" w:line="250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</w:t>
            </w:r>
          </w:p>
        </w:tc>
      </w:tr>
      <w:tr w:rsidR="003F01B1" w:rsidRPr="00A448DF" w:rsidTr="00E14583">
        <w:trPr>
          <w:trHeight w:hRule="exact" w:val="1547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5.5.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Портрет в скульптуре.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B31151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B31151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B31151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Обрести опыт восприятия скульптурного портрета в работах выдающихся художников-скульпторов.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Анализировать роль художественных материалов в создании скульптурного портрета.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начальный опыт лепки головы человека.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FC5EB2">
            <w:pPr>
              <w:autoSpaceDE w:val="0"/>
              <w:autoSpaceDN w:val="0"/>
              <w:spacing w:before="78" w:after="0" w:line="247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</w:t>
            </w:r>
          </w:p>
        </w:tc>
      </w:tr>
      <w:tr w:rsidR="003F01B1" w:rsidRPr="00A448DF" w:rsidTr="00E14583">
        <w:trPr>
          <w:trHeight w:hRule="exact" w:val="988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5.6.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Живописное изображение портрета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27150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27150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27150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8" w:after="0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создания живописного портрета.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роль цвета в создании портретного образа как средства выражения настроения, характера, индивидуальности героя портрета.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FC5EB2">
            <w:pPr>
              <w:autoSpaceDE w:val="0"/>
              <w:autoSpaceDN w:val="0"/>
              <w:spacing w:before="78"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РЭШ </w:t>
            </w:r>
          </w:p>
        </w:tc>
      </w:tr>
      <w:tr w:rsidR="003F01B1" w:rsidRPr="00A448DF" w:rsidTr="00E14583">
        <w:trPr>
          <w:trHeight w:hRule="exact" w:val="421"/>
        </w:trPr>
        <w:tc>
          <w:tcPr>
            <w:tcW w:w="15502" w:type="dxa"/>
            <w:gridSpan w:val="9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8" w:after="0" w:line="245" w:lineRule="auto"/>
              <w:ind w:left="74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Раздел 6. Пейзаж</w:t>
            </w:r>
          </w:p>
        </w:tc>
      </w:tr>
      <w:tr w:rsidR="003F01B1" w:rsidRPr="00A448DF" w:rsidTr="00E14583">
        <w:trPr>
          <w:trHeight w:hRule="exact" w:val="2128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6.1.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Правила построения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линейной перспективы в изображении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пространства.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271507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271507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271507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Сравнивать и различать характер изображения природного пространства в искусстве Древнего мира, Средневековья и Возрождения.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и применять на практике рисунка понятия «линия горизонта — низкого и высокого», «точка схода», «перспективные сокращения», «центральная и угловая перспектива».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Обрести практический навык построения линейной перспективы при изображении пространства пейзажа на листе бумаги.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12110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FC5EB2">
            <w:pPr>
              <w:autoSpaceDE w:val="0"/>
              <w:autoSpaceDN w:val="0"/>
              <w:spacing w:before="76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РЭШ </w:t>
            </w:r>
          </w:p>
        </w:tc>
      </w:tr>
      <w:tr w:rsidR="003F01B1" w:rsidRPr="00A448DF" w:rsidTr="00E14583">
        <w:trPr>
          <w:trHeight w:hRule="exact" w:val="1280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6.2.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Правила воздушной перспективы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Освоить содержание правил воздушной перспективы для изображения пространства пейзажа.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Обрести навыки построения переднего, среднего и дальнего планов при изображении пейзажного пространства.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7D60A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</w:t>
            </w:r>
            <w:r w:rsidR="00FC5EB2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кая работа.</w:t>
            </w:r>
          </w:p>
        </w:tc>
        <w:tc>
          <w:tcPr>
            <w:tcW w:w="217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01B1" w:rsidRPr="00A448DF" w:rsidRDefault="003F01B1" w:rsidP="00FC5EB2">
            <w:pPr>
              <w:autoSpaceDE w:val="0"/>
              <w:autoSpaceDN w:val="0"/>
              <w:spacing w:before="78" w:after="0" w:line="247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</w:t>
            </w:r>
          </w:p>
        </w:tc>
      </w:tr>
      <w:tr w:rsidR="00E14583" w:rsidRPr="00A448DF" w:rsidTr="00E14583">
        <w:trPr>
          <w:trHeight w:hRule="exact" w:val="2432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6.3.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Особенности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изображения разных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состояний природы и её освещения.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средства художественной выразительности в пейзажах разных состояний природы.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Узнавать и характеризовать морские пейзажи И. Айвазовского.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Объяснять особенности изображения природы в творчестве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импрессионистов и постимпрессионистов.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изображения разных состояний природы в живописном пейзаже.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47" w:lineRule="auto"/>
              <w:ind w:left="72" w:right="-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Практичес-кая работа.</w:t>
            </w:r>
          </w:p>
        </w:tc>
        <w:tc>
          <w:tcPr>
            <w:tcW w:w="217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Виртуальная экскурсия: Третьяковская галерея, Экскурсия по выставке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«Айвазовский»</w:t>
            </w:r>
          </w:p>
          <w:p w:rsidR="00E14583" w:rsidRPr="00A448DF" w:rsidRDefault="00E14583" w:rsidP="00704DBA">
            <w:pPr>
              <w:autoSpaceDE w:val="0"/>
              <w:autoSpaceDN w:val="0"/>
              <w:spacing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Видео «Воздушная перспектива»</w:t>
            </w:r>
          </w:p>
        </w:tc>
      </w:tr>
    </w:tbl>
    <w:p w:rsidR="00DE417F" w:rsidRPr="00A448DF" w:rsidRDefault="00DE417F" w:rsidP="001D1DAC">
      <w:pPr>
        <w:autoSpaceDE w:val="0"/>
        <w:autoSpaceDN w:val="0"/>
        <w:spacing w:after="0" w:line="14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>
          <w:pgSz w:w="16840" w:h="11900"/>
          <w:pgMar w:top="284" w:right="640" w:bottom="736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DE417F" w:rsidRPr="00A448DF" w:rsidRDefault="00DE417F" w:rsidP="001D1DAC">
      <w:pPr>
        <w:autoSpaceDE w:val="0"/>
        <w:autoSpaceDN w:val="0"/>
        <w:spacing w:after="66" w:line="22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10"/>
        <w:gridCol w:w="528"/>
        <w:gridCol w:w="567"/>
        <w:gridCol w:w="567"/>
        <w:gridCol w:w="709"/>
        <w:gridCol w:w="7371"/>
        <w:gridCol w:w="1276"/>
        <w:gridCol w:w="2189"/>
      </w:tblGrid>
      <w:tr w:rsidR="00DE417F" w:rsidRPr="009E482D" w:rsidTr="00E14583">
        <w:trPr>
          <w:trHeight w:hRule="exact" w:val="412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6.4.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Пейзаж в истории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русской живописи и его значение в отечественной культуре</w:t>
            </w:r>
            <w:r w:rsidR="005F4340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5F4340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5F4340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5F4340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5F4340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Анализировать развитие образа природы в оте</w:t>
            </w:r>
            <w:r w:rsidR="005F4340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чественной пейзажной живописи.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Называть имена великих русских живописцев и характеризовать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известные картины А. Венецианова, А. Саврасова, И. Шишкина,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5F4340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И. Левитана.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Рассуждать о значении художественного образа отечественного пейз</w:t>
            </w:r>
            <w:r w:rsidR="005F4340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ажа в развитии чувства Родины.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Приобрести творческий опыт в создании композиционного живописного</w:t>
            </w:r>
            <w:r w:rsidR="005F4340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пейзажа своей Родины.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5F4340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="00E1458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E14583">
            <w:pPr>
              <w:autoSpaceDE w:val="0"/>
              <w:autoSpaceDN w:val="0"/>
              <w:spacing w:before="78" w:after="0" w:line="247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РЭШ</w:t>
            </w:r>
          </w:p>
          <w:p w:rsidR="00DE417F" w:rsidRPr="00A448DF" w:rsidRDefault="00CC2758" w:rsidP="00E14583">
            <w:pPr>
              <w:autoSpaceDE w:val="0"/>
              <w:autoSpaceDN w:val="0"/>
              <w:spacing w:before="78" w:after="0" w:line="247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Виртуальная экскурсия: Русский музей, мини-экскурсия В. М. Ахунова «Тайный смысл известных картин»</w:t>
            </w:r>
            <w:r w:rsidR="00E1458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,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Шишкин,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«Корабельная роща»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Третьяковская галерея, Экскурсия по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выставке «Архип Куинджи»</w:t>
            </w:r>
          </w:p>
        </w:tc>
      </w:tr>
      <w:tr w:rsidR="00E14583" w:rsidRPr="00A448DF" w:rsidTr="00E14583">
        <w:trPr>
          <w:trHeight w:hRule="exact" w:val="212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6.5.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Пейзаж в графике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Рассуждать о средствах выразительности в произведениях графики и образных возможностях графических техник в работах известных мастеров.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Овладевать навыками наблюдательности, развивая интерес к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окружающему миру и его художественно-поэтическому видению путём создания графических зарисовок.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Приобретать навыки пейзажных зарисовок.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47" w:lineRule="auto"/>
              <w:ind w:left="72" w:right="-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Практичес-кая работа.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47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РЭШ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E14583" w:rsidRPr="00A448DF" w:rsidTr="00E166D4">
        <w:trPr>
          <w:trHeight w:hRule="exact" w:val="413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6.6.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Городской пейзаж.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Иметь представление о развитии жанра городского пейзажа в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изобразительном искусстве.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Овладевать навыками восприятия образности городского пространства как выражения самобытного лица культуры и истории народа.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Осваивать новые композиционные навыки, навыки наблюдательной перспективы и ритмической организации плоскости изображения.</w:t>
            </w:r>
          </w:p>
          <w:p w:rsidR="00E14583" w:rsidRPr="00A448DF" w:rsidRDefault="00E14583" w:rsidP="00704DBA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Осознавать роль культурного наследия в городском пространстве, задачи его охраны и сохранения.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704DBA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14583" w:rsidRPr="00A448DF" w:rsidRDefault="00E14583" w:rsidP="00E166D4">
            <w:pPr>
              <w:autoSpaceDE w:val="0"/>
              <w:autoSpaceDN w:val="0"/>
              <w:spacing w:after="0" w:line="254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РЭШ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Виртуальная экскурсия: Виртуальный русский музей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«Москва времен Екатерины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II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и Павла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I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в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картинах Жерара Делабарта».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Видео «Рисуем улицы по законам линейной перспективы»</w:t>
            </w:r>
          </w:p>
        </w:tc>
      </w:tr>
    </w:tbl>
    <w:p w:rsidR="00DE417F" w:rsidRPr="00A448DF" w:rsidRDefault="00DE417F" w:rsidP="001D1DAC">
      <w:pPr>
        <w:autoSpaceDE w:val="0"/>
        <w:autoSpaceDN w:val="0"/>
        <w:spacing w:after="0" w:line="14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>
          <w:pgSz w:w="16840" w:h="11900"/>
          <w:pgMar w:top="284" w:right="640" w:bottom="694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DE417F" w:rsidRPr="00A448DF" w:rsidRDefault="00DE417F" w:rsidP="001D1DAC">
      <w:pPr>
        <w:autoSpaceDE w:val="0"/>
        <w:autoSpaceDN w:val="0"/>
        <w:spacing w:after="66" w:line="22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10"/>
        <w:gridCol w:w="528"/>
        <w:gridCol w:w="567"/>
        <w:gridCol w:w="567"/>
        <w:gridCol w:w="709"/>
        <w:gridCol w:w="7371"/>
        <w:gridCol w:w="1276"/>
        <w:gridCol w:w="2178"/>
      </w:tblGrid>
      <w:tr w:rsidR="00DE417F" w:rsidRPr="009E482D" w:rsidTr="00061546">
        <w:trPr>
          <w:trHeight w:hRule="exact" w:val="415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7. Бытовой жанр в изобразительном искусстве</w:t>
            </w:r>
          </w:p>
        </w:tc>
      </w:tr>
      <w:tr w:rsidR="00DE417F" w:rsidRPr="009E482D" w:rsidTr="001A1B4D">
        <w:trPr>
          <w:trHeight w:hRule="exact" w:val="285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7.1.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Изображение бытовой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жизни людей в традициях искусства разных эпох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B762D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B762D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B762D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762D4" w:rsidRPr="00A448DF" w:rsidRDefault="00CC2758" w:rsidP="00B762D4">
            <w:pPr>
              <w:autoSpaceDE w:val="0"/>
              <w:autoSpaceDN w:val="0"/>
              <w:spacing w:after="0" w:line="254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значение художественного изображения бытовой жизни людей в понимании истории чел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овечества и современной жизни.</w:t>
            </w:r>
          </w:p>
          <w:p w:rsidR="00DE417F" w:rsidRPr="00A448DF" w:rsidRDefault="00CC2758" w:rsidP="00B762D4">
            <w:pPr>
              <w:autoSpaceDE w:val="0"/>
              <w:autoSpaceDN w:val="0"/>
              <w:spacing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роль изобразительного искусства в формировании представлений о жизн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 людей разных народов и эпох.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Осознавать многообразие форм организации жизни и одно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временного единства мира людей.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тему, сюжет и 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содержание в жанровой картине.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Выявлять образ нравственных и ценнос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тных смыслов в жанровой картине.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B762D4" w:rsidP="00B762D4">
            <w:pPr>
              <w:autoSpaceDE w:val="0"/>
              <w:autoSpaceDN w:val="0"/>
              <w:spacing w:before="78" w:after="0" w:line="230" w:lineRule="auto"/>
              <w:ind w:left="72" w:right="-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Устный опрос.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7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Статья «Бытовой жанр» + видео (с 28 минуты)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evg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-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crystal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kartiny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bytovye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kartiny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html</w:t>
            </w:r>
          </w:p>
        </w:tc>
      </w:tr>
      <w:tr w:rsidR="00DE417F" w:rsidRPr="009E482D" w:rsidTr="001A1B4D">
        <w:trPr>
          <w:trHeight w:hRule="exact" w:val="170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7.2.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Работа над сюжетной композицией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B762D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B762D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B762D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Освоить новые навыки в работе над 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сюжетной композицией.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композицию как целостность в организации худож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ественных выразительных средств.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B762D4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="0012222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Видео «Графика сюжетной композиции»</w:t>
            </w:r>
            <w:r w:rsidR="0012222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L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7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MHQS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_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ZwBk</w:t>
            </w:r>
          </w:p>
        </w:tc>
      </w:tr>
      <w:tr w:rsidR="00DE417F" w:rsidRPr="009E482D" w:rsidTr="00B762D4">
        <w:trPr>
          <w:trHeight w:hRule="exact" w:val="431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8. Исторический жанр в изобразительном искусстве</w:t>
            </w:r>
          </w:p>
        </w:tc>
      </w:tr>
      <w:tr w:rsidR="00DE417F" w:rsidRPr="009E482D" w:rsidTr="001A1B4D">
        <w:trPr>
          <w:trHeight w:hRule="exact" w:val="409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8.1.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Историческая картина в истории искусства, её особое значение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B762D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B762D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B762D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B762D4" w:rsidRPr="00A448DF" w:rsidRDefault="00CC2758" w:rsidP="00B762D4">
            <w:pPr>
              <w:autoSpaceDE w:val="0"/>
              <w:autoSpaceDN w:val="0"/>
              <w:spacing w:after="0" w:line="252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Объяснять, почему историческая картин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 понималась как высокий жанр.</w:t>
            </w:r>
          </w:p>
          <w:p w:rsidR="00DE417F" w:rsidRPr="00A448DF" w:rsidRDefault="00CC2758" w:rsidP="00B762D4">
            <w:pPr>
              <w:autoSpaceDE w:val="0"/>
              <w:autoSpaceDN w:val="0"/>
              <w:spacing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Объяснять, почему картины на мифологические и библейские темы о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тносили к историческому жанру.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Характеризовать произведения исторического жанра как идейное и образное выражение значительных событий в истории общества,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воплощение миро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воззренческих позиций и идеалов.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B762D4" w:rsidP="00B762D4">
            <w:pPr>
              <w:autoSpaceDE w:val="0"/>
              <w:autoSpaceDN w:val="0"/>
              <w:spacing w:before="78" w:after="0" w:line="230" w:lineRule="auto"/>
              <w:ind w:left="72" w:right="-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Устный опрос.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22223">
            <w:pPr>
              <w:autoSpaceDE w:val="0"/>
              <w:autoSpaceDN w:val="0"/>
              <w:spacing w:before="78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Виртуальная экскурсия: Национальная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библиотека Чувашской республики,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Виртуальная экскурсия по выставке картин</w:t>
            </w:r>
            <w:r w:rsidR="00B762D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«Святой благоверный князь Александр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12222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Невский»</w:t>
            </w:r>
          </w:p>
        </w:tc>
      </w:tr>
      <w:tr w:rsidR="00DE417F" w:rsidRPr="009E482D" w:rsidTr="001A1B4D">
        <w:trPr>
          <w:trHeight w:hRule="exact" w:val="271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8.2.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Историческая картина в русской живописи</w:t>
            </w:r>
            <w:r w:rsidR="000D42B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42BC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42BC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0D42BC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Анализировать содержание картины К. Брю</w:t>
            </w:r>
            <w:r w:rsidR="000D42B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ллова «Последний день Помпеи».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Анализировать содержание исторических картин, образ на</w:t>
            </w:r>
            <w:r w:rsidR="000D42B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рода в творчестве В. Сурикова.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исторический образ России в картинах М. Нестер</w:t>
            </w:r>
            <w:r w:rsidR="000D42BC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ова, В. Васнецова, А. Рябушкина.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0D42BC" w:rsidP="000D42BC">
            <w:pPr>
              <w:autoSpaceDE w:val="0"/>
              <w:autoSpaceDN w:val="0"/>
              <w:spacing w:before="76" w:after="0" w:line="233" w:lineRule="auto"/>
              <w:ind w:left="72" w:right="-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 опрос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0D42BC" w:rsidP="001D1DAC">
            <w:pPr>
              <w:autoSpaceDE w:val="0"/>
              <w:autoSpaceDN w:val="0"/>
              <w:spacing w:before="76" w:after="0" w:line="250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Виртуальная экскурсия: мини-э</w:t>
            </w:r>
            <w:r w:rsidR="00CC2758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кскурсий В.М.Ахунова «Тайный смысл известных картин».</w:t>
            </w:r>
          </w:p>
          <w:p w:rsidR="00DE417F" w:rsidRPr="00A448DF" w:rsidRDefault="00CC2758" w:rsidP="001A1B4D">
            <w:pPr>
              <w:autoSpaceDE w:val="0"/>
              <w:autoSpaceDN w:val="0"/>
              <w:spacing w:before="18" w:after="0" w:line="245" w:lineRule="auto"/>
              <w:ind w:lef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К.Брюллов «Последний день Помпеи»</w:t>
            </w:r>
          </w:p>
        </w:tc>
      </w:tr>
      <w:tr w:rsidR="001A1B4D" w:rsidRPr="009E482D" w:rsidTr="001A1B4D">
        <w:trPr>
          <w:trHeight w:hRule="exact" w:val="154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8.3.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Работа над сюжетной композицией.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Разрабатывать эскизы композиции на историческую тему с опорой на сбор материалов по задуманному сюжету.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45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Видео «Графика сюжетной композиции»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youtu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L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7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MHQS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_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ZwBk</w:t>
            </w:r>
          </w:p>
        </w:tc>
      </w:tr>
      <w:tr w:rsidR="001A1B4D" w:rsidRPr="009E482D" w:rsidTr="001A1B4D">
        <w:trPr>
          <w:trHeight w:hRule="exact" w:val="421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1D1DAC">
            <w:pPr>
              <w:autoSpaceDE w:val="0"/>
              <w:autoSpaceDN w:val="0"/>
              <w:spacing w:before="76" w:after="0" w:line="250" w:lineRule="auto"/>
              <w:ind w:left="74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9. Библейские темы в изобразительном искусстве</w:t>
            </w:r>
          </w:p>
        </w:tc>
      </w:tr>
      <w:tr w:rsidR="001A1B4D" w:rsidRPr="009E482D" w:rsidTr="001A1B4D">
        <w:trPr>
          <w:trHeight w:hRule="exact" w:val="212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9.1.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Библейские темы в истории европейской и отечественной живописи.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Знать о значении библейских сюжетов в истории культуры и узнавать сюжеты Священной истории в произведениях искусства.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Объяснять значение великих — вечных тем в искусстве на основе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сюжетов Библии как «духовную ось», соединяющую жизненные позиции разных поколений.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Узнавать и объяснять сюжеты картин на библейские темы Леонардо да Винчи, Рафаэля, Рембрандта и др.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 опрос;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1A1B4D">
            <w:pPr>
              <w:autoSpaceDE w:val="0"/>
              <w:autoSpaceDN w:val="0"/>
              <w:spacing w:before="78" w:after="0" w:line="250" w:lineRule="auto"/>
              <w:ind w:left="74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Виртуальная экскурсия: Виртуальный русский музей: библейский сюжет</w:t>
            </w:r>
          </w:p>
        </w:tc>
      </w:tr>
      <w:tr w:rsidR="001A1B4D" w:rsidRPr="009E482D" w:rsidTr="001A1B4D">
        <w:trPr>
          <w:trHeight w:hRule="exact" w:val="99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9.2.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Библейские темы в русском искусстве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XIX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Узнавать и объяснять содержание картин отечественных художников (А. Иванов. «Явление Христа народу», И. Крамской. «Христос в пустыне», Н. Ге.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«Тайная вечеря», В. Поленов. «Христос и грешница»)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Тестирова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ние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1A1B4D">
            <w:pPr>
              <w:autoSpaceDE w:val="0"/>
              <w:autoSpaceDN w:val="0"/>
              <w:spacing w:before="76" w:after="0" w:line="250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Виртуальный русский музей: библейский сюжет </w:t>
            </w:r>
          </w:p>
        </w:tc>
      </w:tr>
      <w:tr w:rsidR="001A1B4D" w:rsidRPr="009E482D" w:rsidTr="001A1B4D">
        <w:trPr>
          <w:trHeight w:hRule="exact" w:val="211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9.3.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Иконопись в истории русского искусства.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Знать о смысловом различии между иконой и картиной.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Знать о творчестве великих русских иконописцев: Андрея Рублёва, Феофана Грека, Дионисия.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Осознавать искусство древнерусской иконописи как уникальное и высокое достижение отечественной культуры.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1A1B4D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Самооценка с исполь-зованием «Оценочно-го листа».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1A1B4D">
            <w:pPr>
              <w:autoSpaceDE w:val="0"/>
              <w:autoSpaceDN w:val="0"/>
              <w:spacing w:before="78" w:after="0" w:line="252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Виртуальная экскурсия: Музей русской иконы .Экскурсия «Андрей Рублев - знаменитый художник Древней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Руси»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https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://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www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youtube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.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com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/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watch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?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v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 xml:space="preserve"> =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</w:rPr>
              <w:t>oNthhZVy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128</w:t>
            </w:r>
          </w:p>
        </w:tc>
      </w:tr>
      <w:tr w:rsidR="001A1B4D" w:rsidRPr="00A448DF" w:rsidTr="001A1B4D">
        <w:trPr>
          <w:trHeight w:hRule="exact" w:val="587"/>
        </w:trPr>
        <w:tc>
          <w:tcPr>
            <w:tcW w:w="2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0"/>
                <w:szCs w:val="24"/>
                <w:lang w:val="ru-RU"/>
              </w:rPr>
              <w:t>ОБЩЕЕ КОЛИЧЕСТВО ЧАСОВ ПО МОДУЛЮ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704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A1B4D" w:rsidRPr="00A448DF" w:rsidRDefault="001A1B4D" w:rsidP="001A1B4D">
            <w:pPr>
              <w:autoSpaceDE w:val="0"/>
              <w:autoSpaceDN w:val="0"/>
              <w:spacing w:before="78" w:after="0" w:line="252" w:lineRule="auto"/>
              <w:ind w:left="74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</w:p>
        </w:tc>
      </w:tr>
    </w:tbl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>
          <w:pgSz w:w="16840" w:h="11900"/>
          <w:pgMar w:top="284" w:right="640" w:bottom="424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DE417F" w:rsidRPr="00A448DF" w:rsidRDefault="001A1B4D" w:rsidP="001A1B4D">
      <w:pPr>
        <w:autoSpaceDE w:val="0"/>
        <w:autoSpaceDN w:val="0"/>
        <w:spacing w:after="78" w:line="220" w:lineRule="exact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ПОУРОЧНОЕ ПЛАНИРОВАНИЕ</w:t>
      </w:r>
      <w:r w:rsidR="0006267A" w:rsidRPr="00A448D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6 КЛАСС</w:t>
      </w:r>
    </w:p>
    <w:tbl>
      <w:tblPr>
        <w:tblStyle w:val="TableNormal"/>
        <w:tblW w:w="10351" w:type="dxa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4013"/>
        <w:gridCol w:w="992"/>
        <w:gridCol w:w="993"/>
        <w:gridCol w:w="992"/>
        <w:gridCol w:w="1134"/>
        <w:gridCol w:w="1701"/>
      </w:tblGrid>
      <w:tr w:rsidR="004D3947" w:rsidRPr="00A448DF" w:rsidTr="00704DBA">
        <w:trPr>
          <w:trHeight w:val="455"/>
        </w:trPr>
        <w:tc>
          <w:tcPr>
            <w:tcW w:w="526" w:type="dxa"/>
            <w:vMerge w:val="restart"/>
          </w:tcPr>
          <w:p w:rsidR="004D3947" w:rsidRPr="00A448DF" w:rsidRDefault="004D3947" w:rsidP="00704DBA">
            <w:pPr>
              <w:pStyle w:val="TableParagraph"/>
              <w:ind w:left="90" w:right="57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№</w:t>
            </w:r>
            <w:r w:rsidRPr="00A448D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013" w:type="dxa"/>
            <w:vMerge w:val="restart"/>
          </w:tcPr>
          <w:p w:rsidR="004D3947" w:rsidRPr="00A448DF" w:rsidRDefault="004D3947" w:rsidP="00704DBA">
            <w:pPr>
              <w:pStyle w:val="TableParagraph"/>
              <w:ind w:left="186" w:right="142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Тема</w:t>
            </w:r>
            <w:r w:rsidRPr="00A448D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2977" w:type="dxa"/>
            <w:gridSpan w:val="3"/>
          </w:tcPr>
          <w:p w:rsidR="004D3947" w:rsidRPr="00A448DF" w:rsidRDefault="004D3947" w:rsidP="00704DBA">
            <w:pPr>
              <w:pStyle w:val="TableParagraph"/>
              <w:ind w:left="90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Количество</w:t>
            </w:r>
            <w:r w:rsidRPr="00A448D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134" w:type="dxa"/>
            <w:vMerge w:val="restart"/>
          </w:tcPr>
          <w:p w:rsidR="004D3947" w:rsidRPr="00A448DF" w:rsidRDefault="004D3947" w:rsidP="00704DBA">
            <w:pPr>
              <w:pStyle w:val="TableParagraph"/>
              <w:ind w:left="86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Дата</w:t>
            </w:r>
          </w:p>
          <w:p w:rsidR="004D3947" w:rsidRPr="00A448DF" w:rsidRDefault="004D3947" w:rsidP="00704DBA">
            <w:pPr>
              <w:pStyle w:val="TableParagraph"/>
              <w:ind w:left="86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изучения</w:t>
            </w:r>
          </w:p>
        </w:tc>
        <w:tc>
          <w:tcPr>
            <w:tcW w:w="1701" w:type="dxa"/>
            <w:vMerge w:val="restart"/>
          </w:tcPr>
          <w:p w:rsidR="004D3947" w:rsidRPr="00A448DF" w:rsidRDefault="004D3947" w:rsidP="00704DBA">
            <w:pPr>
              <w:pStyle w:val="TableParagraph"/>
              <w:ind w:left="85" w:right="71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pacing w:val="-2"/>
                <w:sz w:val="24"/>
                <w:szCs w:val="24"/>
              </w:rPr>
              <w:t xml:space="preserve">Виды, </w:t>
            </w:r>
            <w:r w:rsidRPr="00A448DF">
              <w:rPr>
                <w:b/>
                <w:spacing w:val="-1"/>
                <w:sz w:val="24"/>
                <w:szCs w:val="24"/>
              </w:rPr>
              <w:t>формы</w:t>
            </w:r>
            <w:r w:rsidRPr="00A448D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контроля</w:t>
            </w:r>
          </w:p>
        </w:tc>
      </w:tr>
      <w:tr w:rsidR="004D3947" w:rsidRPr="00A448DF" w:rsidTr="00704DBA">
        <w:trPr>
          <w:trHeight w:val="731"/>
        </w:trPr>
        <w:tc>
          <w:tcPr>
            <w:tcW w:w="526" w:type="dxa"/>
            <w:vMerge/>
            <w:tcBorders>
              <w:top w:val="nil"/>
            </w:tcBorders>
          </w:tcPr>
          <w:p w:rsidR="004D3947" w:rsidRPr="00A448DF" w:rsidRDefault="004D3947" w:rsidP="0070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tcBorders>
              <w:top w:val="nil"/>
            </w:tcBorders>
          </w:tcPr>
          <w:p w:rsidR="004D3947" w:rsidRPr="00A448DF" w:rsidRDefault="004D3947" w:rsidP="00704DBA">
            <w:pPr>
              <w:ind w:left="186"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3947" w:rsidRPr="00A448DF" w:rsidRDefault="004D3947" w:rsidP="00704DBA">
            <w:pPr>
              <w:pStyle w:val="TableParagraph"/>
              <w:ind w:left="68" w:right="59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4D3947" w:rsidRPr="00A448DF" w:rsidRDefault="004D3947" w:rsidP="00704DBA">
            <w:pPr>
              <w:pStyle w:val="TableParagraph"/>
              <w:ind w:left="89" w:right="88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контрольные</w:t>
            </w:r>
            <w:r w:rsidRPr="00A448D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992" w:type="dxa"/>
          </w:tcPr>
          <w:p w:rsidR="004D3947" w:rsidRPr="00A448DF" w:rsidRDefault="004D3947" w:rsidP="00704DBA">
            <w:pPr>
              <w:pStyle w:val="TableParagraph"/>
              <w:ind w:left="88" w:right="89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практические</w:t>
            </w:r>
            <w:r w:rsidRPr="00A448D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4D3947" w:rsidRPr="00A448DF" w:rsidRDefault="004D3947" w:rsidP="0070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4D3947" w:rsidRPr="00A448DF" w:rsidRDefault="004D3947" w:rsidP="0070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947" w:rsidRPr="00A448DF" w:rsidTr="00704DBA">
        <w:trPr>
          <w:trHeight w:val="645"/>
        </w:trPr>
        <w:tc>
          <w:tcPr>
            <w:tcW w:w="526" w:type="dxa"/>
          </w:tcPr>
          <w:p w:rsidR="004D3947" w:rsidRPr="00A448DF" w:rsidRDefault="004D3947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1.</w:t>
            </w:r>
          </w:p>
        </w:tc>
        <w:tc>
          <w:tcPr>
            <w:tcW w:w="4013" w:type="dxa"/>
          </w:tcPr>
          <w:p w:rsidR="004D3947" w:rsidRPr="00A448DF" w:rsidRDefault="001A1B4D" w:rsidP="00704DBA">
            <w:pPr>
              <w:pStyle w:val="TableParagraph"/>
              <w:ind w:left="44" w:right="142"/>
              <w:rPr>
                <w:sz w:val="24"/>
                <w:szCs w:val="24"/>
              </w:rPr>
            </w:pPr>
            <w:r w:rsidRPr="00A448DF">
              <w:rPr>
                <w:color w:val="000000"/>
                <w:w w:val="97"/>
                <w:sz w:val="24"/>
                <w:szCs w:val="24"/>
              </w:rPr>
              <w:t>Искусство — его виды и их роль в жизни людей.</w:t>
            </w:r>
          </w:p>
        </w:tc>
        <w:tc>
          <w:tcPr>
            <w:tcW w:w="992" w:type="dxa"/>
          </w:tcPr>
          <w:p w:rsidR="004D3947" w:rsidRPr="00A448DF" w:rsidRDefault="004D3947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D3947" w:rsidRPr="00A448DF" w:rsidRDefault="004D3947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D3947" w:rsidRPr="00A448DF" w:rsidRDefault="004D3947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D3947" w:rsidRPr="00A448DF" w:rsidRDefault="004D3947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D3947" w:rsidRPr="00A448DF" w:rsidRDefault="004D3947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color w:val="000000"/>
                <w:w w:val="97"/>
                <w:sz w:val="24"/>
                <w:szCs w:val="24"/>
              </w:rPr>
              <w:t>Практическая работа.</w:t>
            </w:r>
          </w:p>
        </w:tc>
      </w:tr>
      <w:tr w:rsidR="001A1B4D" w:rsidRPr="00A448DF" w:rsidTr="00704DBA">
        <w:trPr>
          <w:trHeight w:val="697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before="78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Живописные, графические и скульптурные художественные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материалы и их особые свойства.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spacing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Практическая работа.</w:t>
            </w:r>
          </w:p>
        </w:tc>
      </w:tr>
      <w:tr w:rsidR="001A1B4D" w:rsidRPr="00A448DF" w:rsidTr="00704DBA">
        <w:trPr>
          <w:trHeight w:val="680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before="78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Рисунок — основа изобразительного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искусства и мастерства художника.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1A1B4D" w:rsidRPr="00A448DF" w:rsidTr="00704DBA">
        <w:trPr>
          <w:trHeight w:val="703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4.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Выразите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льные возможности линии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1A1B4D" w:rsidRPr="00A448DF" w:rsidTr="00704DBA">
        <w:trPr>
          <w:trHeight w:val="703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5.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before="76" w:line="245" w:lineRule="auto"/>
              <w:ind w:left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Тёмное — светлое —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тональные отношения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spacing w:line="245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1A1B4D" w:rsidRPr="00A448DF" w:rsidTr="00704DBA">
        <w:trPr>
          <w:trHeight w:val="685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6.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before="78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Основы цветоведения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1A1B4D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1A1B4D" w:rsidRPr="00A448DF" w:rsidTr="00704DBA">
        <w:trPr>
          <w:trHeight w:val="695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7.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before="76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Цвет как выразительное средство в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изобразительном искусстве.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Практическая работа.</w:t>
            </w:r>
          </w:p>
        </w:tc>
      </w:tr>
      <w:tr w:rsidR="001A1B4D" w:rsidRPr="00A448DF" w:rsidTr="00704DBA">
        <w:trPr>
          <w:trHeight w:val="691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8.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Выразительные средства скульптуры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1A1B4D" w:rsidRPr="00A448DF" w:rsidTr="00704DBA">
        <w:trPr>
          <w:trHeight w:val="843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9.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Жанровая система в изобразительном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искусстве.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ind w:left="142"/>
              <w:rPr>
                <w:rFonts w:ascii="Times New Roman" w:hAnsi="Times New Roman" w:cs="Times New Roman"/>
                <w:sz w:val="24"/>
                <w:lang w:val="ru-RU"/>
              </w:rPr>
            </w:pPr>
            <w:r w:rsidRPr="00A448DF">
              <w:rPr>
                <w:rFonts w:ascii="Times New Roman" w:hAnsi="Times New Roman" w:cs="Times New Roman"/>
                <w:sz w:val="24"/>
                <w:lang w:val="ru-RU"/>
              </w:rPr>
              <w:t>Устный опрос;</w:t>
            </w:r>
          </w:p>
        </w:tc>
      </w:tr>
      <w:tr w:rsidR="001A1B4D" w:rsidRPr="00A448DF" w:rsidTr="00704DBA">
        <w:trPr>
          <w:trHeight w:val="826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10.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before="76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Изображение объёмного предмета на плоскости листа.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1A1B4D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A448DF">
              <w:rPr>
                <w:rFonts w:ascii="Times New Roman" w:hAnsi="Times New Roman" w:cs="Times New Roman"/>
                <w:sz w:val="24"/>
              </w:rPr>
              <w:t>Практическая</w:t>
            </w:r>
            <w:r w:rsidRPr="00A448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</w:rPr>
              <w:t>работа;</w:t>
            </w:r>
          </w:p>
        </w:tc>
      </w:tr>
      <w:tr w:rsidR="001A1B4D" w:rsidRPr="00A448DF" w:rsidTr="00704DBA">
        <w:trPr>
          <w:trHeight w:val="683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11.</w:t>
            </w:r>
          </w:p>
        </w:tc>
        <w:tc>
          <w:tcPr>
            <w:tcW w:w="4013" w:type="dxa"/>
          </w:tcPr>
          <w:p w:rsidR="001A1B4D" w:rsidRPr="00A448DF" w:rsidRDefault="00E325BA" w:rsidP="00704DBA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Конструкция предмета сложной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="001A1B4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формы</w:t>
            </w:r>
            <w:r w:rsidR="001A1B4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1A1B4D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A448DF">
              <w:rPr>
                <w:rFonts w:ascii="Times New Roman" w:hAnsi="Times New Roman" w:cs="Times New Roman"/>
                <w:sz w:val="24"/>
              </w:rPr>
              <w:t>Практическая</w:t>
            </w:r>
            <w:r w:rsidRPr="00A448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</w:rPr>
              <w:t>работа;</w:t>
            </w:r>
          </w:p>
        </w:tc>
      </w:tr>
      <w:tr w:rsidR="001A1B4D" w:rsidRPr="00A448DF" w:rsidTr="00704DBA">
        <w:trPr>
          <w:trHeight w:val="693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12.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before="76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Свет и тень. Правила светотеневого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изображения предмета.</w:t>
            </w:r>
          </w:p>
        </w:tc>
        <w:tc>
          <w:tcPr>
            <w:tcW w:w="992" w:type="dxa"/>
          </w:tcPr>
          <w:p w:rsidR="001A1B4D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1A1B4D" w:rsidRPr="00A448DF" w:rsidTr="00704DBA">
        <w:trPr>
          <w:trHeight w:val="689"/>
        </w:trPr>
        <w:tc>
          <w:tcPr>
            <w:tcW w:w="526" w:type="dxa"/>
          </w:tcPr>
          <w:p w:rsidR="001A1B4D" w:rsidRPr="00A448DF" w:rsidRDefault="001A1B4D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13.</w:t>
            </w:r>
          </w:p>
        </w:tc>
        <w:tc>
          <w:tcPr>
            <w:tcW w:w="4013" w:type="dxa"/>
          </w:tcPr>
          <w:p w:rsidR="001A1B4D" w:rsidRPr="00A448DF" w:rsidRDefault="001A1B4D" w:rsidP="00704DBA">
            <w:pPr>
              <w:spacing w:before="78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Рисунок натюрморта графическими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материалами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1A1B4D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A1B4D" w:rsidRPr="00A448DF" w:rsidRDefault="001A1B4D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A1B4D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B4D" w:rsidRPr="00A448DF" w:rsidRDefault="001A1B4D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5A3FA6" w:rsidRPr="00A448DF" w:rsidTr="00704DBA">
        <w:trPr>
          <w:trHeight w:val="558"/>
        </w:trPr>
        <w:tc>
          <w:tcPr>
            <w:tcW w:w="526" w:type="dxa"/>
          </w:tcPr>
          <w:p w:rsidR="005A3FA6" w:rsidRPr="00A448DF" w:rsidRDefault="005A3FA6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14.</w:t>
            </w:r>
          </w:p>
        </w:tc>
        <w:tc>
          <w:tcPr>
            <w:tcW w:w="4013" w:type="dxa"/>
          </w:tcPr>
          <w:p w:rsidR="005A3FA6" w:rsidRPr="00A448DF" w:rsidRDefault="005A3FA6" w:rsidP="00704DBA">
            <w:pPr>
              <w:spacing w:before="76" w:line="245" w:lineRule="auto"/>
              <w:ind w:left="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Портретный жанр в истории искусства.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A3FA6" w:rsidRPr="00A448DF" w:rsidRDefault="005A3FA6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Тестирование;</w:t>
            </w:r>
          </w:p>
        </w:tc>
      </w:tr>
      <w:tr w:rsidR="005A3FA6" w:rsidRPr="00A448DF" w:rsidTr="00704DBA">
        <w:trPr>
          <w:trHeight w:val="637"/>
        </w:trPr>
        <w:tc>
          <w:tcPr>
            <w:tcW w:w="526" w:type="dxa"/>
          </w:tcPr>
          <w:p w:rsidR="005A3FA6" w:rsidRPr="00A448DF" w:rsidRDefault="005A3FA6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15.</w:t>
            </w:r>
          </w:p>
        </w:tc>
        <w:tc>
          <w:tcPr>
            <w:tcW w:w="4013" w:type="dxa"/>
          </w:tcPr>
          <w:p w:rsidR="005A3FA6" w:rsidRPr="00A448DF" w:rsidRDefault="005A3FA6" w:rsidP="00704DBA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Конструкция головы человека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A3FA6" w:rsidRPr="00A448DF" w:rsidRDefault="005A3FA6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5A3FA6" w:rsidRPr="00A448DF" w:rsidTr="00704DBA">
        <w:trPr>
          <w:trHeight w:val="845"/>
        </w:trPr>
        <w:tc>
          <w:tcPr>
            <w:tcW w:w="526" w:type="dxa"/>
          </w:tcPr>
          <w:p w:rsidR="005A3FA6" w:rsidRPr="00A448DF" w:rsidRDefault="005A3FA6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16.</w:t>
            </w:r>
          </w:p>
        </w:tc>
        <w:tc>
          <w:tcPr>
            <w:tcW w:w="4013" w:type="dxa"/>
          </w:tcPr>
          <w:p w:rsidR="005A3FA6" w:rsidRPr="00A448DF" w:rsidRDefault="005A3FA6" w:rsidP="00704DBA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Графический портретный рисунок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A3FA6" w:rsidRPr="00A448DF" w:rsidRDefault="005A3FA6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5A3FA6" w:rsidRPr="00A448DF" w:rsidTr="00704DBA">
        <w:trPr>
          <w:trHeight w:val="687"/>
        </w:trPr>
        <w:tc>
          <w:tcPr>
            <w:tcW w:w="526" w:type="dxa"/>
          </w:tcPr>
          <w:p w:rsidR="005A3FA6" w:rsidRPr="00A448DF" w:rsidRDefault="005A3FA6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17.</w:t>
            </w:r>
          </w:p>
        </w:tc>
        <w:tc>
          <w:tcPr>
            <w:tcW w:w="4013" w:type="dxa"/>
          </w:tcPr>
          <w:p w:rsidR="005A3FA6" w:rsidRPr="00A448DF" w:rsidRDefault="005A3FA6" w:rsidP="00704DBA">
            <w:pPr>
              <w:spacing w:before="76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Свет и тень в изображении головы человека.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A3FA6" w:rsidRPr="00A448DF" w:rsidRDefault="005A3FA6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5A3FA6" w:rsidRPr="00A448DF" w:rsidTr="00704DBA">
        <w:trPr>
          <w:trHeight w:val="699"/>
        </w:trPr>
        <w:tc>
          <w:tcPr>
            <w:tcW w:w="526" w:type="dxa"/>
          </w:tcPr>
          <w:p w:rsidR="005A3FA6" w:rsidRPr="00A448DF" w:rsidRDefault="005A3FA6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18.</w:t>
            </w:r>
          </w:p>
        </w:tc>
        <w:tc>
          <w:tcPr>
            <w:tcW w:w="4013" w:type="dxa"/>
          </w:tcPr>
          <w:p w:rsidR="005A3FA6" w:rsidRPr="00A448DF" w:rsidRDefault="005A3FA6" w:rsidP="00704DBA">
            <w:pPr>
              <w:spacing w:before="78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Портрет в скульптуре.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A3FA6" w:rsidRPr="00A448DF" w:rsidRDefault="005A3FA6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5A3FA6" w:rsidRPr="00A448DF" w:rsidTr="00704DBA">
        <w:trPr>
          <w:trHeight w:val="832"/>
        </w:trPr>
        <w:tc>
          <w:tcPr>
            <w:tcW w:w="526" w:type="dxa"/>
          </w:tcPr>
          <w:p w:rsidR="005A3FA6" w:rsidRPr="00A448DF" w:rsidRDefault="005A3FA6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19.</w:t>
            </w:r>
          </w:p>
        </w:tc>
        <w:tc>
          <w:tcPr>
            <w:tcW w:w="4013" w:type="dxa"/>
          </w:tcPr>
          <w:p w:rsidR="005A3FA6" w:rsidRPr="00A448DF" w:rsidRDefault="005A3FA6" w:rsidP="00704DBA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Живописное изображение портрета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A3FA6" w:rsidRPr="00A448DF" w:rsidRDefault="005A3FA6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5A3FA6" w:rsidRPr="00A448DF" w:rsidTr="00704DBA">
        <w:trPr>
          <w:trHeight w:val="831"/>
        </w:trPr>
        <w:tc>
          <w:tcPr>
            <w:tcW w:w="526" w:type="dxa"/>
          </w:tcPr>
          <w:p w:rsidR="005A3FA6" w:rsidRPr="00A448DF" w:rsidRDefault="005A3FA6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lastRenderedPageBreak/>
              <w:t>20.</w:t>
            </w:r>
          </w:p>
        </w:tc>
        <w:tc>
          <w:tcPr>
            <w:tcW w:w="4013" w:type="dxa"/>
          </w:tcPr>
          <w:p w:rsidR="005A3FA6" w:rsidRPr="00A448DF" w:rsidRDefault="005A3FA6" w:rsidP="00704DBA">
            <w:pPr>
              <w:spacing w:before="76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Правила построения линейной перспективы в изображении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пространства.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A3FA6" w:rsidRPr="00A448DF" w:rsidRDefault="005A3FA6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5A3FA6" w:rsidRPr="00A448DF" w:rsidTr="00704DBA">
        <w:trPr>
          <w:trHeight w:val="545"/>
        </w:trPr>
        <w:tc>
          <w:tcPr>
            <w:tcW w:w="526" w:type="dxa"/>
          </w:tcPr>
          <w:p w:rsidR="005A3FA6" w:rsidRPr="00A448DF" w:rsidRDefault="005A3FA6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21.</w:t>
            </w:r>
          </w:p>
        </w:tc>
        <w:tc>
          <w:tcPr>
            <w:tcW w:w="4013" w:type="dxa"/>
          </w:tcPr>
          <w:p w:rsidR="005A3FA6" w:rsidRPr="00A448DF" w:rsidRDefault="005A3FA6" w:rsidP="00704DBA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Правила воздушной перспективы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A3FA6" w:rsidRPr="00A448DF" w:rsidRDefault="005A3FA6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5A3FA6" w:rsidRPr="00A448DF" w:rsidTr="005A3FA6">
        <w:trPr>
          <w:trHeight w:val="626"/>
        </w:trPr>
        <w:tc>
          <w:tcPr>
            <w:tcW w:w="526" w:type="dxa"/>
          </w:tcPr>
          <w:p w:rsidR="005A3FA6" w:rsidRPr="00A448DF" w:rsidRDefault="005A3FA6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22.</w:t>
            </w:r>
          </w:p>
        </w:tc>
        <w:tc>
          <w:tcPr>
            <w:tcW w:w="4013" w:type="dxa"/>
          </w:tcPr>
          <w:p w:rsidR="005A3FA6" w:rsidRPr="00A448DF" w:rsidRDefault="005A3FA6" w:rsidP="005A3FA6">
            <w:pPr>
              <w:spacing w:before="78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Особенности изображения разных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состояний природы и её освещения.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A3FA6" w:rsidRPr="00A448DF" w:rsidRDefault="005A3FA6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A3FA6" w:rsidRPr="00A448DF" w:rsidRDefault="005A3FA6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3FA6" w:rsidRPr="00A448DF" w:rsidRDefault="005A3FA6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E325BA" w:rsidRPr="00A448DF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23.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8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Пейзаж в истории русской живописи и его значение в отечественной культуре.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E325BA" w:rsidRPr="00A448DF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24.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8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Пейзаж в графике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E325BA" w:rsidRPr="00A448DF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25.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8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Городской пейзаж.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99" w:right="132"/>
              <w:rPr>
                <w:spacing w:val="-1"/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E325BA" w:rsidRPr="00A448DF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27.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8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Изображение бытовой жизни людей в традициях искусства разных эпох.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99" w:right="132"/>
              <w:rPr>
                <w:spacing w:val="-1"/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Устный опрос;</w:t>
            </w:r>
          </w:p>
        </w:tc>
      </w:tr>
      <w:tr w:rsidR="00E325BA" w:rsidRPr="00A448DF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28.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Работа над сюжетной композицией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99" w:right="132"/>
              <w:rPr>
                <w:spacing w:val="-1"/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E325BA" w:rsidRPr="00A448DF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29.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8" w:line="25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Историческая картина в истории искусства, её особое значение.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99" w:right="132"/>
              <w:rPr>
                <w:spacing w:val="-1"/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Устный опрос;</w:t>
            </w:r>
          </w:p>
        </w:tc>
      </w:tr>
      <w:tr w:rsidR="00E325BA" w:rsidRPr="00A448DF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30.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Историческая картина в русской живописи.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99" w:right="132"/>
              <w:rPr>
                <w:spacing w:val="-1"/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Устный опрос;</w:t>
            </w:r>
          </w:p>
        </w:tc>
      </w:tr>
      <w:tr w:rsidR="00E325BA" w:rsidRPr="00A448DF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31.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8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Работа над сюжетной композицией.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99" w:right="132"/>
              <w:rPr>
                <w:spacing w:val="-1"/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E325BA" w:rsidRPr="00A448DF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32.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Библейские темы в истории европейской и отечественной живописи.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99" w:right="132"/>
              <w:rPr>
                <w:spacing w:val="-1"/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Устный опрос;</w:t>
            </w:r>
          </w:p>
        </w:tc>
      </w:tr>
      <w:tr w:rsidR="00E325BA" w:rsidRPr="00A448DF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33.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Библейские темы в русском искусстве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XIX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spacing w:before="76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Тестирование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E325BA" w:rsidRPr="009E482D" w:rsidTr="00704DBA">
        <w:trPr>
          <w:trHeight w:val="626"/>
        </w:trPr>
        <w:tc>
          <w:tcPr>
            <w:tcW w:w="526" w:type="dxa"/>
          </w:tcPr>
          <w:p w:rsidR="00E325BA" w:rsidRPr="00A448DF" w:rsidRDefault="00E325BA" w:rsidP="00704DBA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34.</w:t>
            </w:r>
          </w:p>
        </w:tc>
        <w:tc>
          <w:tcPr>
            <w:tcW w:w="4013" w:type="dxa"/>
          </w:tcPr>
          <w:p w:rsidR="00E325BA" w:rsidRPr="00A448DF" w:rsidRDefault="00E325BA" w:rsidP="00704DBA">
            <w:pPr>
              <w:spacing w:before="78" w:line="25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Иконопись в истории русского искусства.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325BA" w:rsidRPr="00A448DF" w:rsidRDefault="00E325BA" w:rsidP="00704DBA">
            <w:pPr>
              <w:spacing w:before="78" w:line="25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Самооценка с использованием «Оценочного листа».</w:t>
            </w:r>
          </w:p>
        </w:tc>
      </w:tr>
      <w:tr w:rsidR="00E325BA" w:rsidRPr="00A448DF" w:rsidTr="00704DBA">
        <w:trPr>
          <w:trHeight w:val="601"/>
        </w:trPr>
        <w:tc>
          <w:tcPr>
            <w:tcW w:w="4539" w:type="dxa"/>
            <w:gridSpan w:val="2"/>
          </w:tcPr>
          <w:p w:rsidR="00E325BA" w:rsidRPr="00A448DF" w:rsidRDefault="00E325BA" w:rsidP="00704DBA">
            <w:pPr>
              <w:ind w:left="145"/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</w:pP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A448DF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A448DF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A448DF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</w:t>
            </w:r>
          </w:p>
          <w:p w:rsidR="00E325BA" w:rsidRPr="00A448DF" w:rsidRDefault="00E325BA" w:rsidP="00704DBA">
            <w:pPr>
              <w:ind w:left="14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48D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:rsidR="00E325BA" w:rsidRPr="00A448DF" w:rsidRDefault="00E325BA" w:rsidP="00704DBA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5BA" w:rsidRPr="00A448DF" w:rsidRDefault="00E325BA" w:rsidP="00704DBA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gridSpan w:val="2"/>
          </w:tcPr>
          <w:p w:rsidR="00E325BA" w:rsidRPr="00A448DF" w:rsidRDefault="00E325BA" w:rsidP="00704DBA">
            <w:pPr>
              <w:pStyle w:val="TableParagraph"/>
              <w:spacing w:line="266" w:lineRule="auto"/>
              <w:ind w:left="99" w:right="132"/>
              <w:jc w:val="center"/>
              <w:rPr>
                <w:spacing w:val="-1"/>
                <w:sz w:val="24"/>
                <w:szCs w:val="24"/>
              </w:rPr>
            </w:pPr>
          </w:p>
        </w:tc>
      </w:tr>
    </w:tbl>
    <w:p w:rsidR="004D3947" w:rsidRPr="00A448DF" w:rsidRDefault="004D3947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325BA" w:rsidRPr="00A448DF" w:rsidRDefault="00E325BA" w:rsidP="00462936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E417F" w:rsidRPr="00A448DF" w:rsidRDefault="00CC2758" w:rsidP="00462936">
      <w:pPr>
        <w:autoSpaceDE w:val="0"/>
        <w:autoSpaceDN w:val="0"/>
        <w:spacing w:after="0" w:line="23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 К МОДУЛЮ «АРХИТЕКТУРА И ДИЗАЙН»</w:t>
      </w:r>
    </w:p>
    <w:p w:rsidR="00DE417F" w:rsidRPr="00A448DF" w:rsidRDefault="00CC2758" w:rsidP="00462936">
      <w:pPr>
        <w:autoSpaceDE w:val="0"/>
        <w:autoSpaceDN w:val="0"/>
        <w:spacing w:before="346" w:after="0" w:line="230" w:lineRule="auto"/>
        <w:ind w:left="1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МОДУЛЯ «АРХИТЕКТУРА И ДИЗАЙН»</w:t>
      </w:r>
    </w:p>
    <w:p w:rsidR="00DE417F" w:rsidRPr="00A448DF" w:rsidRDefault="00CC2758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Основная цель — развитие визуально-пространственного мышления учащихся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Искусство рассматривается как особая духовная сфера, концентрирующая в себе колоссальный эстетический, художественный и нравственный мировой опыт.</w:t>
      </w:r>
    </w:p>
    <w:p w:rsidR="00DE417F" w:rsidRPr="00A448DF" w:rsidRDefault="00CC2758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как школьная дисциплина имеет интегративный характер, так как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</w:t>
      </w:r>
    </w:p>
    <w:p w:rsidR="00DE417F" w:rsidRPr="00A448DF" w:rsidRDefault="00CC2758" w:rsidP="00462936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Основные формы учебной деятельности — практическая художественно-творческая деятельность, зрительское восприятие произведений искусства и эстетическое наблюдение окружающего мира.</w:t>
      </w:r>
    </w:p>
    <w:p w:rsidR="00DE417F" w:rsidRPr="00A448DF" w:rsidRDefault="00CC2758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Важнейшими задачами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своего Отечества,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DE417F" w:rsidRPr="00A448DF" w:rsidRDefault="00CC2758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Программа направлена на достижение основного результата образования —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DE417F" w:rsidRPr="00A448DF" w:rsidRDefault="00CC2758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Рабочая программа ориентирована на психолого-возрастные особенности развития детей 11—15 лет, при этом содержание занятий может быть адаптировано с учётом индивидуальных качеств обучающихся как для детей, проявляющих выдающиеся способности, так и для детей-инвалидов и детей с ОВЗ.</w:t>
      </w:r>
    </w:p>
    <w:p w:rsidR="00DE417F" w:rsidRPr="00A448DF" w:rsidRDefault="00CC2758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Для оценки качества образования кроме личностных и метапредметных образовательных результатов выделены и описаны предметные результаты обучения. Их достижение определяется чётко поставленными учебными задачами по каждой теме, и они являются общеобразовательными требованиями.</w:t>
      </w:r>
    </w:p>
    <w:p w:rsidR="00DE417F" w:rsidRPr="00A448DF" w:rsidRDefault="00CC2758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урочное время деятельность обучающихся организуется как в индивидуальной, так и в групповой форме. Каждому учащемуся необходим личный творческий опыт, но также необходимо сотворчество в команде – совместная коллективная художественная деятельность, которая предусмотрена тематическим планом и может иметь разные формы организации.</w:t>
      </w:r>
    </w:p>
    <w:p w:rsidR="00DE417F" w:rsidRPr="00A448DF" w:rsidRDefault="00CC2758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Учебный материал каждого модуля разделён на тематические блоки, которые могут быть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основанием для организации проектной деятельности, которая включает в себя как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исследовательскую, так и художественно-творческую деятельность, а также презентацию результата.</w:t>
      </w:r>
    </w:p>
    <w:p w:rsidR="00DE417F" w:rsidRPr="00A448DF" w:rsidRDefault="00CC2758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Однако необходимо различать и сочетать в учебном процессе историко-культурологическую, искусствоведческую исследовательскую работу учащихся и собственно художественную проектную деятельность, продуктом которой является созданное на основе композиционного поиска учебное художественное произведение (индивидуальное или коллективное, на плоскости или в объёме, макете).</w:t>
      </w:r>
    </w:p>
    <w:p w:rsidR="00DE417F" w:rsidRPr="00A448DF" w:rsidRDefault="00CC2758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Большое значение имеет связь с внеурочной деятельностью, активная социокультурная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деятельность, в процессе которой обучающиеся участвуют в оформлении общешкольных событий и праздников, в организации выставок детского художественного творчества, в конкурсах, а также смотрят памятники архитектуры, посещают художественные музеи.</w:t>
      </w:r>
    </w:p>
    <w:p w:rsidR="00462936" w:rsidRPr="00A448DF" w:rsidRDefault="00462936" w:rsidP="00462936">
      <w:pPr>
        <w:autoSpaceDE w:val="0"/>
        <w:autoSpaceDN w:val="0"/>
        <w:spacing w:after="0" w:line="23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62936" w:rsidRPr="00A448DF" w:rsidRDefault="00462936" w:rsidP="00462936">
      <w:pPr>
        <w:autoSpaceDE w:val="0"/>
        <w:autoSpaceDN w:val="0"/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ЦЕЛЬ ИЗУЧЕНИЯ МОДУЛЯ «АРХИТЕКТУРА И ДИЗАЙН»</w:t>
      </w:r>
    </w:p>
    <w:p w:rsidR="00462936" w:rsidRPr="00A448DF" w:rsidRDefault="00462936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Целью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изучения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462936" w:rsidRPr="00A448DF" w:rsidRDefault="00462936" w:rsidP="00462936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Модуль объединяет в единую образовательную структуру художественно-творческую деятельность, восприятие произведений искусства и художественно-эстетическое освоение окружающей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действительности. Художественное развитие обучающихся осуществляется в процессе личного художественного творчества, в практической работе с разнообразными художественными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материалами.</w:t>
      </w:r>
    </w:p>
    <w:p w:rsidR="00462936" w:rsidRPr="00A448DF" w:rsidRDefault="00462936" w:rsidP="00462936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Задачами 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модуля «Архитектура и дизайн» являются: </w:t>
      </w:r>
    </w:p>
    <w:p w:rsidR="00462936" w:rsidRPr="00A448DF" w:rsidRDefault="00462936" w:rsidP="00384DA7">
      <w:pPr>
        <w:pStyle w:val="ae"/>
        <w:numPr>
          <w:ilvl w:val="0"/>
          <w:numId w:val="32"/>
        </w:numPr>
        <w:tabs>
          <w:tab w:val="left" w:pos="284"/>
        </w:tabs>
        <w:autoSpaceDE w:val="0"/>
        <w:autoSpaceDN w:val="0"/>
        <w:spacing w:after="0" w:line="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 </w:t>
      </w:r>
    </w:p>
    <w:p w:rsidR="00462936" w:rsidRPr="00A448DF" w:rsidRDefault="00462936" w:rsidP="00384DA7">
      <w:pPr>
        <w:pStyle w:val="ae"/>
        <w:numPr>
          <w:ilvl w:val="0"/>
          <w:numId w:val="32"/>
        </w:numPr>
        <w:tabs>
          <w:tab w:val="left" w:pos="284"/>
        </w:tabs>
        <w:autoSpaceDE w:val="0"/>
        <w:autoSpaceDN w:val="0"/>
        <w:spacing w:after="0" w:line="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формирование у обучающихся представлений об отечественной и мировой художественной культуре во всём многообразии её видов; </w:t>
      </w:r>
    </w:p>
    <w:p w:rsidR="00C225E4" w:rsidRPr="00A448DF" w:rsidRDefault="00462936" w:rsidP="00384DA7">
      <w:pPr>
        <w:pStyle w:val="ae"/>
        <w:numPr>
          <w:ilvl w:val="0"/>
          <w:numId w:val="32"/>
        </w:numPr>
        <w:tabs>
          <w:tab w:val="left" w:pos="284"/>
        </w:tabs>
        <w:autoSpaceDE w:val="0"/>
        <w:autoSpaceDN w:val="0"/>
        <w:spacing w:after="0" w:line="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формирование у обучающихся навыков эстетического видения и преобразования мира; </w:t>
      </w:r>
    </w:p>
    <w:p w:rsidR="00C225E4" w:rsidRPr="00A448DF" w:rsidRDefault="00462936" w:rsidP="00384DA7">
      <w:pPr>
        <w:pStyle w:val="ae"/>
        <w:numPr>
          <w:ilvl w:val="0"/>
          <w:numId w:val="32"/>
        </w:numPr>
        <w:tabs>
          <w:tab w:val="left" w:pos="284"/>
        </w:tabs>
        <w:autoSpaceDE w:val="0"/>
        <w:autoSpaceDN w:val="0"/>
        <w:spacing w:after="0" w:line="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(театре и кино) (вариативно); </w:t>
      </w:r>
    </w:p>
    <w:p w:rsidR="00C225E4" w:rsidRPr="00A448DF" w:rsidRDefault="00462936" w:rsidP="00384DA7">
      <w:pPr>
        <w:pStyle w:val="ae"/>
        <w:numPr>
          <w:ilvl w:val="0"/>
          <w:numId w:val="32"/>
        </w:numPr>
        <w:tabs>
          <w:tab w:val="left" w:pos="284"/>
        </w:tabs>
        <w:autoSpaceDE w:val="0"/>
        <w:autoSpaceDN w:val="0"/>
        <w:spacing w:after="0" w:line="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формирование пространственного мышления и аналитических визуальных способностей; </w:t>
      </w:r>
    </w:p>
    <w:p w:rsidR="00C225E4" w:rsidRPr="00A448DF" w:rsidRDefault="00462936" w:rsidP="00384DA7">
      <w:pPr>
        <w:pStyle w:val="ae"/>
        <w:numPr>
          <w:ilvl w:val="0"/>
          <w:numId w:val="32"/>
        </w:numPr>
        <w:tabs>
          <w:tab w:val="left" w:pos="284"/>
        </w:tabs>
        <w:autoSpaceDE w:val="0"/>
        <w:autoSpaceDN w:val="0"/>
        <w:spacing w:after="0" w:line="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 </w:t>
      </w:r>
    </w:p>
    <w:p w:rsidR="00C225E4" w:rsidRPr="00A448DF" w:rsidRDefault="00462936" w:rsidP="00384DA7">
      <w:pPr>
        <w:pStyle w:val="ae"/>
        <w:numPr>
          <w:ilvl w:val="0"/>
          <w:numId w:val="32"/>
        </w:numPr>
        <w:tabs>
          <w:tab w:val="left" w:pos="284"/>
        </w:tabs>
        <w:autoSpaceDE w:val="0"/>
        <w:autoSpaceDN w:val="0"/>
        <w:spacing w:after="0" w:line="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развитие наблюдательности, ассоциативного мышления и творческого воображения; </w:t>
      </w:r>
    </w:p>
    <w:p w:rsidR="00C225E4" w:rsidRPr="00A448DF" w:rsidRDefault="00462936" w:rsidP="00384DA7">
      <w:pPr>
        <w:pStyle w:val="ae"/>
        <w:numPr>
          <w:ilvl w:val="0"/>
          <w:numId w:val="32"/>
        </w:numPr>
        <w:tabs>
          <w:tab w:val="left" w:pos="284"/>
        </w:tabs>
        <w:autoSpaceDE w:val="0"/>
        <w:autoSpaceDN w:val="0"/>
        <w:spacing w:after="0" w:line="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и любви к цивилизационному наследию России через освоение отечественной художественной культуры; </w:t>
      </w:r>
    </w:p>
    <w:p w:rsidR="00462936" w:rsidRPr="00A448DF" w:rsidRDefault="00462936" w:rsidP="00384DA7">
      <w:pPr>
        <w:pStyle w:val="ae"/>
        <w:numPr>
          <w:ilvl w:val="0"/>
          <w:numId w:val="32"/>
        </w:numPr>
        <w:tabs>
          <w:tab w:val="left" w:pos="284"/>
        </w:tabs>
        <w:autoSpaceDE w:val="0"/>
        <w:autoSpaceDN w:val="0"/>
        <w:spacing w:after="0" w:line="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225E4" w:rsidRPr="00A448DF" w:rsidRDefault="00462936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МЕСТО МОДУЛЯ «АРХИТЕ</w:t>
      </w:r>
      <w:r w:rsidR="00C225E4"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КТУРА И ДИЗАЙН» В УЧЕБНОМ ПЛАНЕ</w:t>
      </w:r>
    </w:p>
    <w:p w:rsidR="00C225E4" w:rsidRPr="00A448DF" w:rsidRDefault="00462936" w:rsidP="00C225E4">
      <w:pPr>
        <w:autoSpaceDE w:val="0"/>
        <w:autoSpaceDN w:val="0"/>
        <w:spacing w:after="0" w:line="23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Модуль «Архитектура и дизайн» изучается 1 час в неделю, общий объем составляет 34 часа.</w:t>
      </w:r>
      <w:r w:rsidR="00C225E4"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C225E4" w:rsidRPr="00A448DF" w:rsidRDefault="00C225E4" w:rsidP="00C225E4">
      <w:pPr>
        <w:autoSpaceDE w:val="0"/>
        <w:autoSpaceDN w:val="0"/>
        <w:spacing w:after="0" w:line="23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225E4" w:rsidRPr="00A448DF" w:rsidRDefault="00C225E4" w:rsidP="00C225E4">
      <w:pPr>
        <w:autoSpaceDE w:val="0"/>
        <w:autoSpaceDN w:val="0"/>
        <w:spacing w:after="0" w:line="23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СОДЕРЖАНИЕ МОДУЛЯ «АРХИТЕКТУРА И ДИЗАЙН»</w:t>
      </w:r>
    </w:p>
    <w:p w:rsidR="00C225E4" w:rsidRPr="00A448DF" w:rsidRDefault="00C225E4" w:rsidP="00C225E4">
      <w:pPr>
        <w:tabs>
          <w:tab w:val="left" w:pos="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Архитектура и дизайн — искусства художественной постройки — конструктивные искусства. </w:t>
      </w:r>
    </w:p>
    <w:p w:rsidR="00C225E4" w:rsidRPr="00A448DF" w:rsidRDefault="00C225E4" w:rsidP="00C225E4">
      <w:pPr>
        <w:tabs>
          <w:tab w:val="left" w:pos="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Дизайн и архитектура как создатели «второй природы» — предметно-пространственной среды жизни людей.</w:t>
      </w:r>
    </w:p>
    <w:p w:rsidR="00C225E4" w:rsidRPr="00A448DF" w:rsidRDefault="00C225E4" w:rsidP="00C225E4">
      <w:pPr>
        <w:tabs>
          <w:tab w:val="left" w:pos="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C225E4" w:rsidRPr="00A448DF" w:rsidRDefault="00C225E4" w:rsidP="00C225E4">
      <w:pPr>
        <w:tabs>
          <w:tab w:val="left" w:pos="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C225E4" w:rsidRPr="00A448DF" w:rsidRDefault="00C225E4" w:rsidP="00C225E4">
      <w:pPr>
        <w:tabs>
          <w:tab w:val="left" w:pos="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C225E4" w:rsidRPr="00A448DF" w:rsidRDefault="00C225E4" w:rsidP="00C225E4">
      <w:pPr>
        <w:tabs>
          <w:tab w:val="left" w:pos="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— целесообразности и красоты.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Графический дизайн 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Элементы композиции в графическом дизайне: пятно, линия, цвет, буква, текст и изображение. Формальная композиция как композиционное построение на основе сочетания геометрических фигур, без предметного содержания.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Основные свойства композиции: целостность и соподчинённость элементов.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B51F5C" w:rsidRPr="00A448DF" w:rsidRDefault="00C225E4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Роль цвета в организации композиционного пространства.</w:t>
      </w:r>
      <w:r w:rsidR="00B51F5C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225E4" w:rsidRPr="00A448DF" w:rsidRDefault="00B51F5C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Функциональные задачи цвета в конструктивных искусствах. Цвет и законы колористики. Применение локального цвета. Цветовой акцент, ритм цветовых форм, доминанта.</w:t>
      </w:r>
    </w:p>
    <w:p w:rsidR="00C225E4" w:rsidRPr="00A448DF" w:rsidRDefault="00C225E4" w:rsidP="00C225E4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Шрифты и шрифтовая композиция в графическом дизайне.</w:t>
      </w:r>
    </w:p>
    <w:p w:rsidR="00C225E4" w:rsidRPr="00A448DF" w:rsidRDefault="00C225E4" w:rsidP="00C225E4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Форма буквы как изобразительно-смысловой символ.</w:t>
      </w:r>
    </w:p>
    <w:p w:rsidR="00C225E4" w:rsidRPr="00A448DF" w:rsidRDefault="00C225E4" w:rsidP="00C225E4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Шрифт и содержание текста. Стилизация шрифта.</w:t>
      </w:r>
    </w:p>
    <w:p w:rsidR="00C225E4" w:rsidRPr="00A448DF" w:rsidRDefault="00C225E4" w:rsidP="00C225E4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Типографика. Понимание типографской строки как элемента плоскостной композиции.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аналитических и практических работ по теме «Буква — изобразительный элемент композиции».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lastRenderedPageBreak/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C225E4" w:rsidRPr="00A448DF" w:rsidRDefault="00C225E4" w:rsidP="00C225E4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Макетирование объёмно-пространственных композиций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C225E4" w:rsidRPr="00A448DF" w:rsidRDefault="00C225E4" w:rsidP="00C225E4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практических работ по созданию объёмно-пространственных композиций. Объём и пространство. Взаимо​связь объектов в архитектурном макете.</w:t>
      </w:r>
    </w:p>
    <w:p w:rsidR="00C225E4" w:rsidRPr="00A448DF" w:rsidRDefault="00C225E4" w:rsidP="00C225E4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C225E4" w:rsidRPr="00A448DF" w:rsidRDefault="00C225E4" w:rsidP="00C225E4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— стоечно-балочная конструкция — архитектура сводов; каркасная каменная архитектура; металлический каркас, железобетон и язык современной архитектуры).</w:t>
      </w:r>
    </w:p>
    <w:p w:rsidR="00C225E4" w:rsidRPr="00A448DF" w:rsidRDefault="00C225E4" w:rsidP="00C225E4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C225E4" w:rsidRPr="00A448DF" w:rsidRDefault="00C225E4" w:rsidP="00C225E4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— наиболее полное выявление функции предмета. Влияние развития технологий и материалов на изменение формы предмета.</w:t>
      </w:r>
    </w:p>
    <w:p w:rsidR="00C225E4" w:rsidRPr="00A448DF" w:rsidRDefault="00C225E4" w:rsidP="00C225E4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аналитических зарисовок форм бытовых предметов.</w:t>
      </w:r>
    </w:p>
    <w:p w:rsidR="00C225E4" w:rsidRPr="00A448DF" w:rsidRDefault="00C225E4" w:rsidP="00C225E4">
      <w:pPr>
        <w:tabs>
          <w:tab w:val="left" w:pos="142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C225E4" w:rsidRPr="00A448DF" w:rsidRDefault="00C225E4" w:rsidP="00C225E4">
      <w:pPr>
        <w:tabs>
          <w:tab w:val="left" w:pos="142"/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C225E4" w:rsidRPr="00A448DF" w:rsidRDefault="00C225E4" w:rsidP="00C225E4">
      <w:pPr>
        <w:tabs>
          <w:tab w:val="left" w:pos="142"/>
        </w:tabs>
        <w:autoSpaceDE w:val="0"/>
        <w:autoSpaceDN w:val="0"/>
        <w:spacing w:after="0" w:line="0" w:lineRule="atLeast"/>
        <w:ind w:left="18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C225E4" w:rsidRPr="00A448DF" w:rsidRDefault="00C225E4" w:rsidP="00C225E4">
      <w:pPr>
        <w:tabs>
          <w:tab w:val="left" w:pos="142"/>
        </w:tabs>
        <w:autoSpaceDE w:val="0"/>
        <w:autoSpaceDN w:val="0"/>
        <w:spacing w:after="0" w:line="0" w:lineRule="atLeast"/>
        <w:ind w:left="18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Социальное значение дизайна и архитектуры как среды жизни человека</w:t>
      </w:r>
    </w:p>
    <w:p w:rsidR="00C225E4" w:rsidRPr="00A448DF" w:rsidRDefault="00C225E4" w:rsidP="00C225E4">
      <w:pPr>
        <w:tabs>
          <w:tab w:val="left" w:pos="142"/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</w:t>
      </w:r>
    </w:p>
    <w:p w:rsidR="00C225E4" w:rsidRPr="00A448DF" w:rsidRDefault="00C225E4" w:rsidP="00C225E4">
      <w:pPr>
        <w:tabs>
          <w:tab w:val="left" w:pos="142"/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C225E4" w:rsidRPr="00A448DF" w:rsidRDefault="00C225E4" w:rsidP="00C225E4">
      <w:pPr>
        <w:tabs>
          <w:tab w:val="left" w:pos="142"/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C225E4" w:rsidRPr="00A448DF" w:rsidRDefault="00C225E4" w:rsidP="00C225E4">
      <w:pPr>
        <w:tabs>
          <w:tab w:val="left" w:pos="142"/>
        </w:tabs>
        <w:autoSpaceDE w:val="0"/>
        <w:autoSpaceDN w:val="0"/>
        <w:spacing w:after="0" w:line="0" w:lineRule="atLeast"/>
        <w:ind w:left="18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Пути развития современной архитектуры и дизайна: город сегодня и завтра.</w:t>
      </w:r>
    </w:p>
    <w:p w:rsidR="00C225E4" w:rsidRPr="00A448DF" w:rsidRDefault="00C225E4" w:rsidP="00C225E4">
      <w:pPr>
        <w:tabs>
          <w:tab w:val="left" w:pos="142"/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Архитектурная и градостроительная революция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</w:rPr>
        <w:t>XX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C225E4" w:rsidRPr="00A448DF" w:rsidRDefault="00C225E4" w:rsidP="00C225E4">
      <w:pPr>
        <w:tabs>
          <w:tab w:val="left" w:pos="142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C225E4" w:rsidRPr="00A448DF" w:rsidRDefault="00C225E4" w:rsidP="00C225E4">
      <w:pPr>
        <w:tabs>
          <w:tab w:val="left" w:pos="142"/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C225E4" w:rsidRPr="00A448DF" w:rsidRDefault="00C225E4" w:rsidP="00C225E4">
      <w:pPr>
        <w:tabs>
          <w:tab w:val="left" w:pos="142"/>
        </w:tabs>
        <w:autoSpaceDE w:val="0"/>
        <w:autoSpaceDN w:val="0"/>
        <w:spacing w:after="0" w:line="0" w:lineRule="atLeast"/>
        <w:ind w:left="18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Роль цвета в формировании пространства. Схема-планировка и реальность.</w:t>
      </w:r>
    </w:p>
    <w:p w:rsidR="00C225E4" w:rsidRPr="00A448DF" w:rsidRDefault="00C225E4" w:rsidP="00C225E4">
      <w:pPr>
        <w:tabs>
          <w:tab w:val="left" w:pos="142"/>
        </w:tabs>
        <w:autoSpaceDE w:val="0"/>
        <w:autoSpaceDN w:val="0"/>
        <w:spacing w:after="0" w:line="0" w:lineRule="atLeast"/>
        <w:ind w:left="18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Современные поиски новой эстетики в градостроительстве.</w:t>
      </w:r>
    </w:p>
    <w:p w:rsidR="00C225E4" w:rsidRPr="00A448DF" w:rsidRDefault="00C225E4" w:rsidP="00C225E4">
      <w:pPr>
        <w:tabs>
          <w:tab w:val="left" w:pos="142"/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C225E4" w:rsidRPr="00A448DF" w:rsidRDefault="00C225E4" w:rsidP="00C225E4">
      <w:pPr>
        <w:tabs>
          <w:tab w:val="left" w:pos="142"/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C225E4" w:rsidRPr="00A448DF" w:rsidRDefault="00C225E4" w:rsidP="00C225E4">
      <w:pPr>
        <w:tabs>
          <w:tab w:val="left" w:pos="142"/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C225E4" w:rsidRPr="00A448DF" w:rsidRDefault="00C225E4" w:rsidP="00C225E4">
      <w:pPr>
        <w:tabs>
          <w:tab w:val="left" w:pos="142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Проектирование дизайна объектов городской среды. Устройство пешеходных зон в городах, установка городской мебели (скамьи, «диваны» и пр.), киосков, информационных блоков, блоков локального озеленения и т. д.</w:t>
      </w:r>
    </w:p>
    <w:p w:rsidR="00452F7C" w:rsidRPr="00A448DF" w:rsidRDefault="00C225E4" w:rsidP="00452F7C">
      <w:pPr>
        <w:autoSpaceDE w:val="0"/>
        <w:autoSpaceDN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коллажно-графической композиции или дизайн-проекта оформления витрины</w:t>
      </w:r>
      <w:r w:rsidR="00452F7C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магазина.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Зонирование интерьера — создание многофункционального пространства. Отделочные материалы, введение фактуры и цвета в интерьер.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Интерьеры общественных зданий (театр, кафе, вокзал, офис, школа).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Единство эстетического и функционального в объёмно-пространственной организации среды жизнедеятельности ​людей.</w:t>
      </w:r>
    </w:p>
    <w:p w:rsidR="00452F7C" w:rsidRPr="00A448DF" w:rsidRDefault="00452F7C" w:rsidP="00452F7C">
      <w:pPr>
        <w:autoSpaceDE w:val="0"/>
        <w:autoSpaceDN w:val="0"/>
        <w:spacing w:after="0" w:line="0" w:lineRule="atLeast"/>
        <w:ind w:left="18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Образ человека и индивидуальное проектирование</w:t>
      </w:r>
    </w:p>
    <w:p w:rsidR="00452F7C" w:rsidRPr="00A448DF" w:rsidRDefault="00452F7C" w:rsidP="00452F7C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Организация пространства жилой среды как отражение социального заказа и индивидуальности человека, его вкуса, потребностей и возможностей. Образно-личностное проектирование в дизайне и архитектуре.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</w:t>
      </w:r>
    </w:p>
    <w:p w:rsidR="00452F7C" w:rsidRPr="00A448DF" w:rsidRDefault="00452F7C" w:rsidP="00452F7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Мода и культура как параметры создания собственного костюма или комплекта одежды.</w:t>
      </w:r>
    </w:p>
    <w:p w:rsidR="00452F7C" w:rsidRPr="00A448DF" w:rsidRDefault="00452F7C" w:rsidP="00452F7C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452F7C" w:rsidRPr="00A448DF" w:rsidRDefault="00452F7C" w:rsidP="00452F7C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452F7C" w:rsidRPr="00A448DF" w:rsidRDefault="00452F7C" w:rsidP="00452F7C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Выполнение практических творческих эскизов по теме «Дизайн современной одежды».</w:t>
      </w:r>
    </w:p>
    <w:p w:rsidR="00C225E4" w:rsidRPr="00A448DF" w:rsidRDefault="00452F7C" w:rsidP="003517AE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3517AE" w:rsidRPr="00A448DF" w:rsidRDefault="003517AE" w:rsidP="003517AE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3517AE" w:rsidRPr="00A448DF" w:rsidRDefault="003517AE" w:rsidP="003517AE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Дизайн и архитектура — средства организации среды жизни людей и строительства нового мира.</w:t>
      </w:r>
    </w:p>
    <w:p w:rsidR="003517AE" w:rsidRPr="00A448DF" w:rsidRDefault="003517AE" w:rsidP="00452F7C">
      <w:pPr>
        <w:tabs>
          <w:tab w:val="left" w:pos="142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62B05" w:rsidRPr="00A448DF" w:rsidRDefault="00462B05" w:rsidP="00462B05">
      <w:pPr>
        <w:autoSpaceDE w:val="0"/>
        <w:autoSpaceDN w:val="0"/>
        <w:spacing w:after="0" w:line="262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 ОСВОЕНИЯ МОДУЛЯ «АРХИТЕКТУРА И ДИЗАЙН» НА УРОВНЕ ОСНОВНОГО ОБЩЕГО ОБРАЗОВАНИЯ</w:t>
      </w:r>
    </w:p>
    <w:p w:rsidR="00462B05" w:rsidRPr="00A448DF" w:rsidRDefault="00462B05" w:rsidP="00462B05">
      <w:pPr>
        <w:autoSpaceDE w:val="0"/>
        <w:autoSpaceDN w:val="0"/>
        <w:spacing w:before="394" w:after="0" w:line="230" w:lineRule="auto"/>
        <w:ind w:left="1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62B05" w:rsidRPr="00A448DF" w:rsidRDefault="00462B05" w:rsidP="00462B05">
      <w:pPr>
        <w:tabs>
          <w:tab w:val="left" w:pos="180"/>
        </w:tabs>
        <w:autoSpaceDE w:val="0"/>
        <w:autoSpaceDN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рабочей программы основного общего образования по модулю достигаются в единстве учебной и воспитательной деятельности.</w:t>
      </w:r>
    </w:p>
    <w:p w:rsidR="00462B05" w:rsidRPr="00A448DF" w:rsidRDefault="00462B05" w:rsidP="00462B05">
      <w:pPr>
        <w:autoSpaceDE w:val="0"/>
        <w:autoSpaceDN w:val="0"/>
        <w:spacing w:after="0" w:line="0" w:lineRule="atLeast"/>
        <w:ind w:firstLine="1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центре программы по модулю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462B05" w:rsidRPr="00A448DF" w:rsidRDefault="00462B05" w:rsidP="00902E41">
      <w:pPr>
        <w:autoSpaceDE w:val="0"/>
        <w:autoSpaceDN w:val="0"/>
        <w:spacing w:after="0" w:line="0" w:lineRule="atLeast"/>
        <w:ind w:firstLine="1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Программа призвана обеспечить достижение учащимися личностных результатов, указанных во ФГОС: формирование у обучающихся основ российской идентичности; ценностные установки и социально значимые качества личности; духовно-нравственное развитие обучающихся и отношение школьников к культуре; мотивацию к познанию и обучению, готовность к саморазвитию и активному участию в социально значимой ​деятельности.</w:t>
      </w:r>
    </w:p>
    <w:p w:rsidR="00902E41" w:rsidRPr="00A448DF" w:rsidRDefault="00902E41" w:rsidP="00902E41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lastRenderedPageBreak/>
        <w:t>1. Патриотическое воспитание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Осуществляется через освоение школьниками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не в декларативной форме, а в процессе собственной художественно</w:t>
      </w:r>
      <w:r w:rsidR="00AB40F9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-практической деятельности обуч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ающегося, который учится чувственно-эмоциональному восприятию и творческому созиданию художественного образа.</w:t>
      </w:r>
    </w:p>
    <w:p w:rsidR="00902E41" w:rsidRPr="00A448DF" w:rsidRDefault="00902E41" w:rsidP="00AB40F9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2. Гражданское воспитание</w:t>
      </w:r>
      <w:r w:rsidR="00AB40F9"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Программа направлена на активное приобщение обучающихся к ценностям мировой и отечественной культуры. При этом реализуются задачи социализации и гражданского воспитания школьника</w:t>
      </w:r>
      <w:r w:rsidR="00AB40F9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Формируется чувство личной причастности к жизни общества. Искусство рассматривается как особый язык, развивающий коммуникативные умения. В рамках предмета «Изобразительное искусство» происходит изучение художественной культуры и мировой истории искусства, углубляются интернациональные чувства обучающихся.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 проектах создают условия для разнообразной совместной деятельности, способствуют пониманию другого, становлению чувства личной ответственности.</w:t>
      </w:r>
    </w:p>
    <w:p w:rsidR="00902E41" w:rsidRPr="00A448DF" w:rsidRDefault="00902E41" w:rsidP="00B701FC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3. Духовно-нравственное воспитание</w:t>
      </w:r>
      <w:r w:rsidR="00AB40F9"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школьного предмета. Учебные задания направлены на развитие внутреннего мира учащегося и воспитание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—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</w:t>
      </w:r>
    </w:p>
    <w:p w:rsidR="00B701FC" w:rsidRPr="00A448DF" w:rsidRDefault="00B701FC" w:rsidP="00B51F5C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4. Эстетическое воспитание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Эстетическое (от греч.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</w:rPr>
        <w:t>aisthetikos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— чувствующий, чувственный) —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школьников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E06FFE" w:rsidRPr="00A448DF" w:rsidRDefault="00E06FFE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5. Ценности познавательной деятельности.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— умений активно, т. е.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E06FFE" w:rsidRPr="00A448DF" w:rsidRDefault="00E06FFE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6. Экологическое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E06FFE" w:rsidRPr="00A448DF" w:rsidRDefault="00E06FFE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7. Трудовое воспитание.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коллективной трудовой работы, работы в команде — обязательные требования к определённым заданиям программы.</w:t>
      </w:r>
    </w:p>
    <w:p w:rsidR="00E06FFE" w:rsidRPr="00A448DF" w:rsidRDefault="00E06FFE" w:rsidP="00B51F5C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8. Воспитывающая предметно-эстетическая среда.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школы. При этом школьники должны быть активными участниками (а не только потребителями) её создания и оформления пространства в соответствии с задачами 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школы, оказывает активное воспитательное воздействие и влияет на формирование позитивных ценностных ориентаций и восприятие жизни школьниками.</w:t>
      </w:r>
    </w:p>
    <w:p w:rsidR="00E06FFE" w:rsidRPr="00A448DF" w:rsidRDefault="00E06FFE" w:rsidP="00B51F5C">
      <w:pPr>
        <w:autoSpaceDE w:val="0"/>
        <w:autoSpaceDN w:val="0"/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E06FFE" w:rsidRPr="00A448DF" w:rsidRDefault="00E06FFE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основной образовательной программы, формируемые при изучении модуля:</w:t>
      </w:r>
    </w:p>
    <w:p w:rsidR="00E06FFE" w:rsidRPr="00A448DF" w:rsidRDefault="00E06FFE" w:rsidP="00384DA7">
      <w:pPr>
        <w:pStyle w:val="ae"/>
        <w:numPr>
          <w:ilvl w:val="0"/>
          <w:numId w:val="16"/>
        </w:numPr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Овладение универсальными познавательными действиями </w:t>
      </w:r>
    </w:p>
    <w:p w:rsidR="00E06FFE" w:rsidRPr="00A448DF" w:rsidRDefault="00E06FFE" w:rsidP="00B51F5C">
      <w:pPr>
        <w:pStyle w:val="ae"/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Формирование пространственных представлений и сенсорных способностей: </w:t>
      </w:r>
    </w:p>
    <w:p w:rsidR="00E06FFE" w:rsidRPr="00A448DF" w:rsidRDefault="00E06FFE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сравнивать предметные и пространственные объекты по заданным основаниям;</w:t>
      </w:r>
    </w:p>
    <w:p w:rsidR="00E06FFE" w:rsidRPr="00A448DF" w:rsidRDefault="00E06FFE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форму предмета, конструкции; </w:t>
      </w:r>
    </w:p>
    <w:p w:rsidR="00E06FFE" w:rsidRPr="00A448DF" w:rsidRDefault="00E06FFE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выявлять положение предметной формы в пространстве;</w:t>
      </w:r>
    </w:p>
    <w:p w:rsidR="00E06FFE" w:rsidRPr="00A448DF" w:rsidRDefault="00E06FFE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обобщать форму составной конструкции; </w:t>
      </w:r>
    </w:p>
    <w:p w:rsidR="00E06FFE" w:rsidRPr="00A448DF" w:rsidRDefault="00E06FFE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структуру предмета, конструкции, пространства, зрительного образа; </w:t>
      </w:r>
    </w:p>
    <w:p w:rsidR="00E06FFE" w:rsidRPr="00A448DF" w:rsidRDefault="00E06FFE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структурировать предметно-пространственные явления; </w:t>
      </w:r>
    </w:p>
    <w:p w:rsidR="00E06FFE" w:rsidRPr="00A448DF" w:rsidRDefault="00E06FFE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сопоставлять пропорциональное соотношение частей внутри целого и предметов между собой; </w:t>
      </w:r>
    </w:p>
    <w:p w:rsidR="00E06FFE" w:rsidRPr="00A448DF" w:rsidRDefault="00E06FFE" w:rsidP="00384DA7">
      <w:pPr>
        <w:pStyle w:val="ae"/>
        <w:numPr>
          <w:ilvl w:val="0"/>
          <w:numId w:val="17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E06FFE" w:rsidRPr="00A448DF" w:rsidRDefault="00E06FFE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Базовые логические и исследовательские действия: </w:t>
      </w:r>
    </w:p>
    <w:p w:rsidR="00E06FFE" w:rsidRPr="00A448DF" w:rsidRDefault="00E06FFE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E06FFE" w:rsidRPr="00A448DF" w:rsidRDefault="00E06FFE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сопоставлять, анализировать, сравнивать и оценивать с позиций эстетических категорий явления искусства и действительности; </w:t>
      </w:r>
    </w:p>
    <w:p w:rsidR="00E06FFE" w:rsidRPr="00A448DF" w:rsidRDefault="00E06FFE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классифицировать произведения искусства по видам и, соответственно, по назначению в жизни людей; </w:t>
      </w:r>
    </w:p>
    <w:p w:rsidR="00E06FFE" w:rsidRPr="00A448DF" w:rsidRDefault="00E06FFE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ставить и использовать вопросы как исследовательский инструмент познания; </w:t>
      </w:r>
    </w:p>
    <w:p w:rsidR="00E06FFE" w:rsidRPr="00A448DF" w:rsidRDefault="00E06FFE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вести исследовательскую работу по сбору информационного материала по установленной или выбранной теме; </w:t>
      </w:r>
    </w:p>
    <w:p w:rsidR="00E06FFE" w:rsidRPr="00A448DF" w:rsidRDefault="00E06FFE" w:rsidP="00384DA7">
      <w:pPr>
        <w:pStyle w:val="ae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E06FFE" w:rsidRPr="00A448DF" w:rsidRDefault="00E06FFE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Работа с информацией: </w:t>
      </w:r>
    </w:p>
    <w:p w:rsidR="00E06FFE" w:rsidRPr="00A448DF" w:rsidRDefault="00E06FFE" w:rsidP="00384DA7">
      <w:pPr>
        <w:pStyle w:val="ae"/>
        <w:numPr>
          <w:ilvl w:val="0"/>
          <w:numId w:val="19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 </w:t>
      </w:r>
    </w:p>
    <w:p w:rsidR="00E06FFE" w:rsidRPr="00A448DF" w:rsidRDefault="00E06FFE" w:rsidP="00384DA7">
      <w:pPr>
        <w:pStyle w:val="ae"/>
        <w:numPr>
          <w:ilvl w:val="0"/>
          <w:numId w:val="19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использовать электронные образовательные ресурсы; </w:t>
      </w:r>
    </w:p>
    <w:p w:rsidR="00E06FFE" w:rsidRPr="00A448DF" w:rsidRDefault="00E06FFE" w:rsidP="00384DA7">
      <w:pPr>
        <w:pStyle w:val="ae"/>
        <w:numPr>
          <w:ilvl w:val="0"/>
          <w:numId w:val="19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работать с электронными учебными пособиями и учебниками; </w:t>
      </w:r>
    </w:p>
    <w:p w:rsidR="00E06FFE" w:rsidRPr="00A448DF" w:rsidRDefault="00E06FFE" w:rsidP="00384DA7">
      <w:pPr>
        <w:pStyle w:val="ae"/>
        <w:numPr>
          <w:ilvl w:val="0"/>
          <w:numId w:val="19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 </w:t>
      </w:r>
    </w:p>
    <w:p w:rsidR="00E06FFE" w:rsidRPr="00A448DF" w:rsidRDefault="00E06FFE" w:rsidP="00384DA7">
      <w:pPr>
        <w:pStyle w:val="ae"/>
        <w:numPr>
          <w:ilvl w:val="0"/>
          <w:numId w:val="19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E06FFE" w:rsidRPr="00A448DF" w:rsidRDefault="00E06FFE" w:rsidP="00384DA7">
      <w:pPr>
        <w:pStyle w:val="ae"/>
        <w:numPr>
          <w:ilvl w:val="0"/>
          <w:numId w:val="16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Овладение универсальными коммуникативными действиями </w:t>
      </w:r>
    </w:p>
    <w:p w:rsidR="00E06FFE" w:rsidRPr="00A448DF" w:rsidRDefault="00E06FFE" w:rsidP="00384DA7">
      <w:pPr>
        <w:pStyle w:val="ae"/>
        <w:numPr>
          <w:ilvl w:val="0"/>
          <w:numId w:val="20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Понимать искусство в качестве особого языка общения — межличностного (автор — зритель), между поколениями, между народами; </w:t>
      </w:r>
    </w:p>
    <w:p w:rsidR="00E06FFE" w:rsidRPr="00A448DF" w:rsidRDefault="00E06FFE" w:rsidP="00384DA7">
      <w:pPr>
        <w:pStyle w:val="ae"/>
        <w:numPr>
          <w:ilvl w:val="0"/>
          <w:numId w:val="20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 </w:t>
      </w:r>
    </w:p>
    <w:p w:rsidR="00E06FFE" w:rsidRPr="00A448DF" w:rsidRDefault="00E06FFE" w:rsidP="00384DA7">
      <w:pPr>
        <w:pStyle w:val="ae"/>
        <w:numPr>
          <w:ilvl w:val="0"/>
          <w:numId w:val="20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явления; находить общее решение и разрешать конфликты на основе общих позиций и учёта интересов; </w:t>
      </w:r>
    </w:p>
    <w:p w:rsidR="00E06FFE" w:rsidRPr="00A448DF" w:rsidRDefault="00E06FFE" w:rsidP="00384DA7">
      <w:pPr>
        <w:pStyle w:val="ae"/>
        <w:numPr>
          <w:ilvl w:val="0"/>
          <w:numId w:val="20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публично представлять и объяснять результаты своего ​творческого, художественного или исследовательского опыта; </w:t>
      </w:r>
    </w:p>
    <w:p w:rsidR="00E06FFE" w:rsidRPr="00A448DF" w:rsidRDefault="00E06FFE" w:rsidP="00384DA7">
      <w:pPr>
        <w:pStyle w:val="ae"/>
        <w:numPr>
          <w:ilvl w:val="0"/>
          <w:numId w:val="20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</w:t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поручения, подчиняться, ответственно относиться к задачам, своей роли в достижении общего результата.</w:t>
      </w:r>
    </w:p>
    <w:p w:rsidR="00E06FFE" w:rsidRPr="00A448DF" w:rsidRDefault="00E06FFE" w:rsidP="00384DA7">
      <w:pPr>
        <w:pStyle w:val="ae"/>
        <w:numPr>
          <w:ilvl w:val="0"/>
          <w:numId w:val="16"/>
        </w:numPr>
        <w:tabs>
          <w:tab w:val="left" w:pos="180"/>
        </w:tabs>
        <w:autoSpaceDE w:val="0"/>
        <w:autoSpaceDN w:val="0"/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</w:p>
    <w:p w:rsidR="00E06FFE" w:rsidRPr="00A448DF" w:rsidRDefault="00E06FFE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Самоорганизация: </w:t>
      </w:r>
    </w:p>
    <w:p w:rsidR="00E06FFE" w:rsidRPr="00A448DF" w:rsidRDefault="00E06FFE" w:rsidP="00384DA7">
      <w:pPr>
        <w:pStyle w:val="ae"/>
        <w:numPr>
          <w:ilvl w:val="0"/>
          <w:numId w:val="21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 </w:t>
      </w:r>
    </w:p>
    <w:p w:rsidR="00E06FFE" w:rsidRPr="00A448DF" w:rsidRDefault="00E06FFE" w:rsidP="00384DA7">
      <w:pPr>
        <w:pStyle w:val="ae"/>
        <w:numPr>
          <w:ilvl w:val="0"/>
          <w:numId w:val="21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 </w:t>
      </w:r>
    </w:p>
    <w:p w:rsidR="00E06FFE" w:rsidRPr="00A448DF" w:rsidRDefault="00E06FFE" w:rsidP="00384DA7">
      <w:pPr>
        <w:pStyle w:val="ae"/>
        <w:numPr>
          <w:ilvl w:val="0"/>
          <w:numId w:val="21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E06FFE" w:rsidRPr="00A448DF" w:rsidRDefault="00E06FFE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Самоконтроль: </w:t>
      </w:r>
    </w:p>
    <w:p w:rsidR="00E06FFE" w:rsidRPr="00A448DF" w:rsidRDefault="00E06FFE" w:rsidP="00384DA7">
      <w:pPr>
        <w:pStyle w:val="ae"/>
        <w:numPr>
          <w:ilvl w:val="0"/>
          <w:numId w:val="22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соотносить свои действия с планируемыми результатами, осуществлять контроль своей деятельности в процессе достижения результата; </w:t>
      </w:r>
    </w:p>
    <w:p w:rsidR="00E06FFE" w:rsidRPr="00A448DF" w:rsidRDefault="00E06FFE" w:rsidP="00384DA7">
      <w:pPr>
        <w:pStyle w:val="ae"/>
        <w:numPr>
          <w:ilvl w:val="0"/>
          <w:numId w:val="22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E06FFE" w:rsidRPr="00A448DF" w:rsidRDefault="00E06FFE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Эмоциональный интеллект: </w:t>
      </w:r>
    </w:p>
    <w:p w:rsidR="00E06FFE" w:rsidRPr="00A448DF" w:rsidRDefault="00E06FFE" w:rsidP="00384DA7">
      <w:pPr>
        <w:pStyle w:val="ae"/>
        <w:numPr>
          <w:ilvl w:val="0"/>
          <w:numId w:val="23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развивать способность управлять собственными эмоциями, стремиться к пониманию эмоций других; </w:t>
      </w:r>
    </w:p>
    <w:p w:rsidR="00E06FFE" w:rsidRPr="00A448DF" w:rsidRDefault="00E06FFE" w:rsidP="00384DA7">
      <w:pPr>
        <w:pStyle w:val="ae"/>
        <w:numPr>
          <w:ilvl w:val="0"/>
          <w:numId w:val="23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рефлексировать эмоции как основание для художественного восприятия искусства и собственной художественной деятельности; </w:t>
      </w:r>
    </w:p>
    <w:p w:rsidR="00E06FFE" w:rsidRPr="00A448DF" w:rsidRDefault="00E06FFE" w:rsidP="00384DA7">
      <w:pPr>
        <w:pStyle w:val="ae"/>
        <w:numPr>
          <w:ilvl w:val="0"/>
          <w:numId w:val="23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развивать свои эмпатические способности, способность сопереживать, понимать намерения и переживания свои и других; </w:t>
      </w:r>
    </w:p>
    <w:p w:rsidR="00E06FFE" w:rsidRPr="00A448DF" w:rsidRDefault="00E06FFE" w:rsidP="00384DA7">
      <w:pPr>
        <w:pStyle w:val="ae"/>
        <w:numPr>
          <w:ilvl w:val="0"/>
          <w:numId w:val="23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признавать своё и чужое право на ошибку; </w:t>
      </w:r>
    </w:p>
    <w:p w:rsidR="00E06FFE" w:rsidRPr="00A448DF" w:rsidRDefault="00E06FFE" w:rsidP="00384DA7">
      <w:pPr>
        <w:pStyle w:val="ae"/>
        <w:numPr>
          <w:ilvl w:val="0"/>
          <w:numId w:val="23"/>
        </w:numPr>
        <w:tabs>
          <w:tab w:val="left" w:pos="709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E06FFE" w:rsidRPr="00A448DF" w:rsidRDefault="00E06FFE" w:rsidP="00B51F5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A448DF" w:rsidRDefault="00CC2758" w:rsidP="00B51F5C">
      <w:pPr>
        <w:autoSpaceDE w:val="0"/>
        <w:autoSpaceDN w:val="0"/>
        <w:spacing w:after="0" w:line="0" w:lineRule="atLeast"/>
        <w:ind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77E5F" w:rsidRPr="00A448DF" w:rsidRDefault="00CC2758" w:rsidP="00384DA7">
      <w:pPr>
        <w:pStyle w:val="ae"/>
        <w:numPr>
          <w:ilvl w:val="0"/>
          <w:numId w:val="33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архитектуру и дизайн как конструктивные виды искусства, т. е. искусства художественного построения предметно-пространственной среды жизни людей; </w:t>
      </w:r>
    </w:p>
    <w:p w:rsidR="00577E5F" w:rsidRPr="00A448DF" w:rsidRDefault="00CC2758" w:rsidP="00384DA7">
      <w:pPr>
        <w:pStyle w:val="ae"/>
        <w:numPr>
          <w:ilvl w:val="0"/>
          <w:numId w:val="33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роль архитектуры и дизайна в построении предметно-пространственной среды жизнедеятельности человека; </w:t>
      </w:r>
    </w:p>
    <w:p w:rsidR="00577E5F" w:rsidRPr="00A448DF" w:rsidRDefault="00CC2758" w:rsidP="00384DA7">
      <w:pPr>
        <w:pStyle w:val="ae"/>
        <w:numPr>
          <w:ilvl w:val="0"/>
          <w:numId w:val="33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рассуждать о влиянии предметно-пространственной среды на чувства, установки и поведение человека; </w:t>
      </w:r>
    </w:p>
    <w:p w:rsidR="00577E5F" w:rsidRPr="00A448DF" w:rsidRDefault="00CC2758" w:rsidP="00384DA7">
      <w:pPr>
        <w:pStyle w:val="ae"/>
        <w:numPr>
          <w:ilvl w:val="0"/>
          <w:numId w:val="33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рассуждать о том, как предметно-пространственная среда организует деятельность человека и</w:t>
      </w:r>
      <w:r w:rsidR="00577E5F"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представления о самом себе;</w:t>
      </w:r>
    </w:p>
    <w:p w:rsidR="00577E5F" w:rsidRPr="00A448DF" w:rsidRDefault="00577E5F" w:rsidP="00384DA7">
      <w:pPr>
        <w:pStyle w:val="ae"/>
        <w:numPr>
          <w:ilvl w:val="0"/>
          <w:numId w:val="33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577E5F" w:rsidRPr="00A448DF" w:rsidRDefault="00577E5F" w:rsidP="00B51F5C">
      <w:pPr>
        <w:pStyle w:val="ae"/>
        <w:tabs>
          <w:tab w:val="left" w:pos="0"/>
        </w:tabs>
        <w:autoSpaceDE w:val="0"/>
        <w:autoSpaceDN w:val="0"/>
        <w:spacing w:after="0" w:line="0" w:lineRule="atLeast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Графический дизайн: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основные средства — требования к композиции;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уметь перечислять и объяснять основные типы формальной композиции;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составлять различные формальные композиции на плоскости в зависимости от поставленных задач;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выделять при творческом построении композиции листа композиционную доминанту;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составлять формальные композиции на выражение в них движения и статики;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осваивать навыки вариативности в ритмической организации листа;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роль цвета в конструктивных искусствах;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различать технологию использования цвета в живописи и в конструктивных искусствах;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выражение «цветовой образ»;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применять цвет в графических композициях как акцент или доминанту, объединённые одним стилем;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определять шрифт как графический рисунок начертания букв, объединённых общим стилем, отвечающий законам художественной композиции;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соотносить особенности стилизации рисунка шрифта и содержание текста; различать «архитектуру» шрифта и особенности шрифтовых гарнитур; иметь опыт творческого воплощения шрифтовой композиции (буквицы);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применять печатное слово, типографскую строку в качестве элементов графической композиции; </w:t>
      </w:r>
      <w:r w:rsidRPr="00A448D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объяснять функции логотипа как представительского знака, эмблемы, торговой марки; различать шрифтовой и знаковый виды логотипа; иметь практический опыт разработки логотипа на выбранную тему; </w:t>
      </w:r>
    </w:p>
    <w:p w:rsidR="00577E5F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приобрести творческий опыт построения композиции плаката, поздравительной открытки или рекламы на основе соединения текста и изображения; </w:t>
      </w:r>
    </w:p>
    <w:p w:rsidR="00383A63" w:rsidRPr="00A448DF" w:rsidRDefault="00577E5F" w:rsidP="00384DA7">
      <w:pPr>
        <w:pStyle w:val="ae"/>
        <w:numPr>
          <w:ilvl w:val="0"/>
          <w:numId w:val="34"/>
        </w:numPr>
        <w:tabs>
          <w:tab w:val="left" w:pos="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представление об искусстве конструирования книги, дизайне журнала;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383A63" w:rsidRPr="00A448DF" w:rsidRDefault="00383A63" w:rsidP="00383A63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Социальное значение дизайна и архитектуры как среды жизни человека: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опыт построения объёмно-пространственной композиции как макета архитектурного пространства в реальной жизни;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выполнять построение макета пространственно-объёмной композиции по его чертежу;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материалов; рассуждать о социокультурных противоречиях в организации современной городской среды и поисках путей их преодоления;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знать различные виды планировки города; иметь опыт разработки построения городского пространства в виде макетной или графической схемы;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характеризовать эстетическое и экологическое взаимное сосуществование природы и архитектуры; иметь представление о традициях ландшафтно-парковой архитектуры и школах ландшафтного дизайна;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людьми; видеть образ времени и характер жизнедеятельности человека в предметах его быта;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объяснять, в чём заключается взаимосвязь формы и материала при построении предметного мира; объяснять характер влияния цвета на восприятие человеком формы объектов архитектуры и дизайна;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опыт творческого проектирования интерьерного пространства для конкретных задач жизнедеятельности чело​века;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характер человека, его ценностные позиции и конкретные намерения действий; объяснять, что такое стиль в одежде;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костюма в истории разных эпох; характеризовать понятие моды в одежде; 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tabs>
          <w:tab w:val="left" w:pos="180"/>
        </w:tabs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др.);</w:t>
      </w:r>
    </w:p>
    <w:p w:rsidR="00383A63" w:rsidRPr="00A448DF" w:rsidRDefault="00383A63" w:rsidP="00384DA7">
      <w:pPr>
        <w:pStyle w:val="ae"/>
        <w:numPr>
          <w:ilvl w:val="0"/>
          <w:numId w:val="34"/>
        </w:numPr>
        <w:autoSpaceDE w:val="0"/>
        <w:autoSpaceDN w:val="0"/>
        <w:spacing w:after="0" w:line="0" w:lineRule="atLeast"/>
        <w:ind w:left="0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различать задачи искусства театрального грима и бытового макияжа; иметь представление об имидж-дизайне, его задачах и социальном бытовании; иметь опыт создания эскизов для макияжа театральных образов и опыт бытового макияжа; определять эстетические и этические границы применения макияжа и стилистики причёс​ки в повседневном быту.</w:t>
      </w:r>
    </w:p>
    <w:p w:rsidR="00DE417F" w:rsidRPr="00A448DF" w:rsidRDefault="00DE417F" w:rsidP="00E06FFE">
      <w:pPr>
        <w:autoSpaceDE w:val="0"/>
        <w:autoSpaceDN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 w:rsidSect="00B51F5C">
          <w:pgSz w:w="11900" w:h="16840"/>
          <w:pgMar w:top="298" w:right="660" w:bottom="426" w:left="666" w:header="720" w:footer="720" w:gutter="0"/>
          <w:cols w:space="720" w:equalWidth="0">
            <w:col w:w="10574" w:space="0"/>
          </w:cols>
          <w:docGrid w:linePitch="360"/>
        </w:sectPr>
      </w:pPr>
    </w:p>
    <w:p w:rsidR="00DE417F" w:rsidRPr="00A448DF" w:rsidRDefault="00DE417F" w:rsidP="001D1DAC">
      <w:pPr>
        <w:autoSpaceDE w:val="0"/>
        <w:autoSpaceDN w:val="0"/>
        <w:spacing w:after="64" w:line="22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DE417F" w:rsidRPr="00A448DF" w:rsidRDefault="00CC2758" w:rsidP="00D06DC7">
      <w:pPr>
        <w:autoSpaceDE w:val="0"/>
        <w:autoSpaceDN w:val="0"/>
        <w:spacing w:after="258" w:line="233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48DF">
        <w:rPr>
          <w:rFonts w:ascii="Times New Roman" w:eastAsia="Times New Roman" w:hAnsi="Times New Roman" w:cs="Times New Roman"/>
          <w:b/>
          <w:color w:val="000000"/>
          <w:w w:val="101"/>
          <w:sz w:val="24"/>
          <w:szCs w:val="24"/>
          <w:lang w:val="ru-RU"/>
        </w:rPr>
        <w:t>ТЕМАТИЧЕСКОЕ ПЛАНИРОВАНИЕ МОДУЛЯ «АРХИТЕКТУРА И ДИЗАЙН»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3005"/>
        <w:gridCol w:w="567"/>
        <w:gridCol w:w="567"/>
        <w:gridCol w:w="567"/>
        <w:gridCol w:w="709"/>
        <w:gridCol w:w="7655"/>
        <w:gridCol w:w="850"/>
        <w:gridCol w:w="1186"/>
      </w:tblGrid>
      <w:tr w:rsidR="00DE417F" w:rsidRPr="009E482D" w:rsidTr="00EA175A">
        <w:trPr>
          <w:trHeight w:hRule="exact" w:val="614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06DC7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№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п/п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06DC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06DC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Количество часов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Дата </w:t>
            </w:r>
            <w:r w:rsidRPr="00A448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изуче</w:t>
            </w:r>
            <w:r w:rsidR="00EA175A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ния</w:t>
            </w:r>
          </w:p>
        </w:tc>
        <w:tc>
          <w:tcPr>
            <w:tcW w:w="7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06DC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 деятельности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06DC7" w:rsidP="00D06DC7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Виды, формы контро</w:t>
            </w:r>
            <w:r w:rsidR="00EA175A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л</w:t>
            </w:r>
            <w:r w:rsidR="00CC2758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я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D06DC7">
            <w:pPr>
              <w:autoSpaceDE w:val="0"/>
              <w:autoSpaceDN w:val="0"/>
              <w:spacing w:before="78" w:after="0" w:line="25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Электрон</w:t>
            </w:r>
            <w:r w:rsidR="00D06DC7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ные (циф</w:t>
            </w:r>
            <w:r w:rsidR="00D06DC7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ровые)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образова</w:t>
            </w:r>
            <w:r w:rsidR="00D06DC7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тельные ресурсы</w:t>
            </w:r>
          </w:p>
        </w:tc>
      </w:tr>
      <w:tr w:rsidR="00DE417F" w:rsidRPr="00A448DF" w:rsidTr="00EA175A">
        <w:trPr>
          <w:cantSplit/>
          <w:trHeight w:hRule="exact" w:val="1276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textDirection w:val="btLr"/>
          </w:tcPr>
          <w:p w:rsidR="00DE417F" w:rsidRPr="00A448DF" w:rsidRDefault="00CC2758" w:rsidP="00D06DC7">
            <w:pPr>
              <w:autoSpaceDE w:val="0"/>
              <w:autoSpaceDN w:val="0"/>
              <w:spacing w:before="78" w:after="0" w:line="23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textDirection w:val="btLr"/>
          </w:tcPr>
          <w:p w:rsidR="00DE417F" w:rsidRPr="00A448DF" w:rsidRDefault="00EA175A" w:rsidP="00D06DC7">
            <w:pPr>
              <w:autoSpaceDE w:val="0"/>
              <w:autoSpaceDN w:val="0"/>
              <w:spacing w:before="78" w:after="0" w:line="245" w:lineRule="auto"/>
              <w:ind w:left="72" w:right="113"/>
              <w:rPr>
                <w:rFonts w:ascii="Times New Roman" w:hAnsi="Times New Roman" w:cs="Times New Roman"/>
                <w:sz w:val="20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  <w:lang w:val="ru-RU"/>
              </w:rPr>
              <w:t>к</w:t>
            </w:r>
            <w:r w:rsidR="00CC2758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</w:rPr>
              <w:t>онтроль</w:t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  <w:lang w:val="ru-RU"/>
              </w:rPr>
              <w:t>-</w:t>
            </w:r>
            <w:r w:rsidR="00CC2758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</w:rPr>
              <w:t>ные работы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textDirection w:val="btLr"/>
          </w:tcPr>
          <w:p w:rsidR="00DE417F" w:rsidRPr="00A448DF" w:rsidRDefault="00EA175A" w:rsidP="00D06DC7">
            <w:pPr>
              <w:autoSpaceDE w:val="0"/>
              <w:autoSpaceDN w:val="0"/>
              <w:spacing w:before="78" w:after="0" w:line="245" w:lineRule="auto"/>
              <w:ind w:left="72" w:right="113"/>
              <w:rPr>
                <w:rFonts w:ascii="Times New Roman" w:hAnsi="Times New Roman" w:cs="Times New Roman"/>
                <w:sz w:val="20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  <w:lang w:val="ru-RU"/>
              </w:rPr>
              <w:t>п</w:t>
            </w:r>
            <w:r w:rsidR="00CC2758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</w:rPr>
              <w:t>рактичес</w:t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  <w:lang w:val="ru-RU"/>
              </w:rPr>
              <w:t>-</w:t>
            </w:r>
            <w:r w:rsidR="00CC2758"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0"/>
                <w:szCs w:val="24"/>
              </w:rPr>
              <w:t>кие работы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17F" w:rsidRPr="009E482D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0" w:after="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1. Архитектура и дизайн — искусства художественной постройки предметно</w:t>
            </w:r>
            <w:r w:rsidRPr="00A448DF">
              <w:rPr>
                <w:rFonts w:ascii="Times New Roman" w:eastAsia="DejaVu Serif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‒</w:t>
            </w: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пространственной среды жизни человека</w:t>
            </w:r>
          </w:p>
        </w:tc>
      </w:tr>
      <w:tr w:rsidR="00DE417F" w:rsidRPr="00A448DF" w:rsidTr="00EA175A">
        <w:trPr>
          <w:trHeight w:hRule="exact" w:val="1910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1.1.</w:t>
            </w:r>
          </w:p>
        </w:tc>
        <w:tc>
          <w:tcPr>
            <w:tcW w:w="300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Архитектура и дизайн — предметно-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пространственная среда, создаваемая человеком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роль архитектуры и дизайна в построении предметно-пространственной сре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ды жизнедеятельности человека.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Рассуждать о влиянии предметно-пространственной среды на чувства, у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становки и поведение человека.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Рассуждать о том, как предметно-пространственная среда организует деятельность человека и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его представление о самом себе.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E77F3C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ы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й опрос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DE417F" w:rsidRPr="00A448DF" w:rsidTr="00EA175A">
        <w:trPr>
          <w:trHeight w:hRule="exact" w:val="128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Архитектура — «каменная летопись» истории человечества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ценность сохранения культурного наследия, выраженного в архитектуре, предм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етах труда и быта разных эпох.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 том, что форма материальной культуры обла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дает воспитательным потенциалом.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EA175A" w:rsidP="00EA175A">
            <w:pPr>
              <w:autoSpaceDE w:val="0"/>
              <w:autoSpaceDN w:val="0"/>
              <w:spacing w:before="76" w:after="0" w:line="233" w:lineRule="auto"/>
              <w:ind w:left="72" w:right="-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 опрос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DE417F" w:rsidRPr="00A448DF" w:rsidTr="00EA175A">
        <w:trPr>
          <w:trHeight w:hRule="exact" w:val="297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Основы построения композиции в конструктивных искусствах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A175A" w:rsidRPr="00A448DF" w:rsidRDefault="00CC2758" w:rsidP="001D1DAC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Объяснять понятие формальной композиции и её значение как основы 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языка конструктивных искусств.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основные свойс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тва — требования к композиции.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Уметь перечислять и объяснять основные типы формальной 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композиции.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Составлять различные композиции на плоскости, располагая их по принципу симметрии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или динамического равновесия.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Выделять в построении формата л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иста композиционную доминанту.</w:t>
            </w:r>
          </w:p>
          <w:p w:rsidR="00DE417F" w:rsidRPr="00A448DF" w:rsidRDefault="00CC2758" w:rsidP="00EA175A">
            <w:pPr>
              <w:autoSpaceDE w:val="0"/>
              <w:autoSpaceDN w:val="0"/>
              <w:spacing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Составлять формальные композиции на выраж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ение в них движения и статики.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Осваивать навыки вариативности 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 ритмической организации листа.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EA175A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Практическая работа.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РЭШ, СИРИУС</w:t>
            </w:r>
          </w:p>
        </w:tc>
      </w:tr>
      <w:tr w:rsidR="00DE417F" w:rsidRPr="00A448DF" w:rsidTr="00EA175A">
        <w:trPr>
          <w:trHeight w:hRule="exact" w:val="156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1.4.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Роль цвета в организации композиционного пространства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EA175A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роль цвет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 в конструктивных искусствах.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Различать технологию использования цвета в живописи и конструкти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вных искусствах.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ть выражение «цветовой образ».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Применять цвет в графических компо</w:t>
            </w:r>
            <w:r w:rsidR="00EA175A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зициях как акцент или доминанту.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EA175A" w:rsidP="001D1DAC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DE417F" w:rsidRPr="00A448DF" w:rsidTr="00953E21">
        <w:trPr>
          <w:trHeight w:hRule="exact" w:val="156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Шрифты и шрифтовая композиция в графическом дизайне</w:t>
            </w:r>
            <w:r w:rsidR="00F30FA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F30F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F30F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F30FA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Соотносить особенности стилизации рисун</w:t>
            </w:r>
            <w:r w:rsidR="00F30FA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ка шрифта и содержание текста.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Применять печатное слово, типографскую строку в качестве эле</w:t>
            </w:r>
            <w:r w:rsidR="00F30FA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ментов графической композиции.</w:t>
            </w:r>
            <w:r w:rsidR="00953E21"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</w:t>
            </w:r>
            <w:r w:rsidR="00F30FA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остроение шрифтовой композиции.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«архитектуру» шрифта и особенности шрифтовых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F30FA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гарнитур.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F30FA4" w:rsidP="001D1DAC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DE417F" w:rsidRPr="00A448DF" w:rsidTr="00953E21">
        <w:trPr>
          <w:trHeight w:hRule="exact" w:val="199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1.6.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Логотип. Построение логотипа</w:t>
            </w:r>
            <w:r w:rsidR="00F30FA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F30FA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F30FA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F30FA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DE417F" w:rsidP="001D1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функции логотипа как представительского з</w:t>
            </w:r>
            <w:r w:rsidR="00F30FA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нака, эмблемы, торговой марки.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Различать шрифт</w:t>
            </w:r>
            <w:r w:rsidR="00F30FA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овой и знаковый виды логотипа.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практический опыт разраб</w:t>
            </w:r>
            <w:r w:rsidR="00F30FA4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отки логотипа на выбранную тему.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704DBA" w:rsidP="00F30FA4">
            <w:pPr>
              <w:autoSpaceDE w:val="0"/>
              <w:autoSpaceDN w:val="0"/>
              <w:spacing w:before="76" w:after="0" w:line="250" w:lineRule="auto"/>
              <w:ind w:left="72" w:right="-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E417F" w:rsidRPr="00A448DF" w:rsidRDefault="00CC2758" w:rsidP="001D1DAC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E07C44" w:rsidRPr="00A448DF" w:rsidTr="00E07C44">
        <w:trPr>
          <w:trHeight w:hRule="exact" w:val="240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1.7.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8" w:after="0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Композиционные основы макетирования в графическом дизайне при соединении текста и изображения.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Искусство плаката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E07C4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E07C4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E07C44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 задачах образного построения композиции плаката, поздравительной открытки или рекламы на основе соединения текста и изображения.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и объяснять образно-информационную цельность синтеза текста и изображения в плакате и рекламе.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Выполнять практическую работу по композиции плаката или рекламы на основе макетирования текста и изображения (вручную или на основе компьютерных программ).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E07C44" w:rsidRPr="00A448DF" w:rsidTr="00E07C44">
        <w:trPr>
          <w:trHeight w:hRule="exact" w:val="184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6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Многообразие форм графического дизайна. Дизайн книги и журнала.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E07C44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E07C44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E07C44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Узнавать элементы, составляющие конструкцию и художественное оформление книги, журнала.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Различать и применять различные способы построения книжного и журнального разворота.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Создавать макет разворота книги или журнала по выбранной теме в виде коллажа или на основе компьютерных программ.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6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E07C44" w:rsidRPr="009E482D" w:rsidTr="00953E21">
        <w:trPr>
          <w:trHeight w:hRule="exact" w:val="423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6" w:after="0" w:line="23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2. Макетирование объёмно-пространственных композиций</w:t>
            </w:r>
          </w:p>
        </w:tc>
      </w:tr>
      <w:tr w:rsidR="00E07C44" w:rsidRPr="00A448DF" w:rsidTr="00953E21">
        <w:trPr>
          <w:trHeight w:hRule="exact" w:val="270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От плоскостного изображения к объёмному макету. Объект и пространство. Взаимосвязь объектов в архитектурном макете.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E07C4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E07C4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E07C44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953E21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Развивать пространственное воображение.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плоскостную композицию как схематическое изображение объёмов при виде на них сверху, т. е. чертёж проекции.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Уметь строить плоскостную композицию и выполнять макет пространственно-объёмной композиции по её чертежу.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Овладевать способами обозначения на макете рельефа местности и природных объектов.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Понимать и объяснять взаимосвязь выразительности и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целесообразности конструкции.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Практическая работа.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7C44" w:rsidRPr="00A448DF" w:rsidRDefault="00E07C44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РЭШ, СИРИУС</w:t>
            </w:r>
          </w:p>
        </w:tc>
      </w:tr>
      <w:tr w:rsidR="00953E21" w:rsidRPr="00A448DF" w:rsidTr="00953E21">
        <w:trPr>
          <w:trHeight w:hRule="exact" w:val="241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lastRenderedPageBreak/>
              <w:t>2.2.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Здание как сочетание различных объёмных форм. Конструкц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ия: часть и целое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Выявлять структуру различных типов зданий. Характеризовать горизонтальные, вертикальные, наклонные элементы конструкции постройки.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 модульных элементах в построении архитектурного образа.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Макетирование: создание фантазийной конструкции здания с ритмической организацией вертикальных и горизонтальных плоскостей и выделенной доминантой конструкции.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953E21" w:rsidRPr="00A448DF" w:rsidTr="00953E21">
        <w:trPr>
          <w:trHeight w:hRule="exact" w:val="255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Эволюция архитектурных конструкций и роль эволюции строительных материалов.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953E21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953E21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953E21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Знать о роли строительного материала в эволюции архитектурных конструкций и изменении облика архитектурных сооружений.</w:t>
            </w:r>
          </w:p>
          <w:p w:rsidR="00953E21" w:rsidRPr="00A448DF" w:rsidRDefault="00953E21" w:rsidP="00953E21">
            <w:pPr>
              <w:autoSpaceDE w:val="0"/>
              <w:autoSpaceDN w:val="0"/>
              <w:spacing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Характеризовать, как изменение архитектуры влияет на характер организации и жизнедеятельности общества.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Рассказывать о главных архитектурных элементах здания, их изменениях в процессе исторического развития.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Выполнить зарисовки основных архитектурных конструкций.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953E21">
            <w:pPr>
              <w:autoSpaceDE w:val="0"/>
              <w:autoSpaceDN w:val="0"/>
              <w:spacing w:before="78" w:after="0" w:line="250" w:lineRule="auto"/>
              <w:ind w:left="72" w:right="-14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Само-оценка </w:t>
            </w:r>
          </w:p>
          <w:p w:rsidR="00953E21" w:rsidRPr="00A448DF" w:rsidRDefault="00953E21" w:rsidP="00953E21">
            <w:pPr>
              <w:autoSpaceDE w:val="0"/>
              <w:autoSpaceDN w:val="0"/>
              <w:spacing w:before="78" w:after="0" w:line="250" w:lineRule="auto"/>
              <w:ind w:left="72" w:right="-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 ис-пользо-ванием «Оце-ночного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листа».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РЭШ, СИРИУС</w:t>
            </w:r>
          </w:p>
        </w:tc>
      </w:tr>
      <w:tr w:rsidR="00953E21" w:rsidRPr="00A448DF" w:rsidTr="00A9558D">
        <w:trPr>
          <w:trHeight w:hRule="exact" w:val="156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2.4.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Красота и целесообразность предметного мира. Образ времени в предметах, создаваемых человеком</w:t>
            </w:r>
            <w:r w:rsidR="00A9558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A9558D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A9558D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A9558D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общее и различное во внешнем облике вещи как сочета</w:t>
            </w:r>
            <w:r w:rsidR="00A9558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ние объёмов, образующих форму.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Определять дизайн вещи одновременно как искусство и как социальное </w:t>
            </w:r>
            <w:r w:rsidR="00A9558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проектирование.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Выполнение аналитичес</w:t>
            </w:r>
            <w:r w:rsidR="00A9558D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ких зарисовок бытовых предметов.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4322CB" w:rsidP="00A9558D">
            <w:pPr>
              <w:autoSpaceDE w:val="0"/>
              <w:autoSpaceDN w:val="0"/>
              <w:spacing w:before="76" w:after="0" w:line="230" w:lineRule="auto"/>
              <w:ind w:left="72" w:right="-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53E21" w:rsidRPr="00A448DF" w:rsidRDefault="00953E21" w:rsidP="00DE0A14">
            <w:pPr>
              <w:autoSpaceDE w:val="0"/>
              <w:autoSpaceDN w:val="0"/>
              <w:spacing w:before="76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A9558D" w:rsidRPr="00A448DF" w:rsidTr="00A9558D">
        <w:trPr>
          <w:trHeight w:hRule="exact" w:val="154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2.5.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Форма, материал и функция бытового предмета.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Объяснять, в чём заключается взаимо​связь формы и материала.</w:t>
            </w:r>
          </w:p>
          <w:p w:rsidR="00A9558D" w:rsidRPr="00A448DF" w:rsidRDefault="00A9558D" w:rsidP="00A9558D">
            <w:pPr>
              <w:autoSpaceDE w:val="0"/>
              <w:autoSpaceDN w:val="0"/>
              <w:spacing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Придумывать новые фантазийные или утилитарные функции для старых вещей.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Творческое проектирование предметов быта с определением их функций и материала изготовления.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4322CB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РЭШ, СИРИУС</w:t>
            </w:r>
          </w:p>
        </w:tc>
      </w:tr>
      <w:tr w:rsidR="00A9558D" w:rsidRPr="00A448DF" w:rsidTr="00A9558D">
        <w:trPr>
          <w:trHeight w:hRule="exact" w:val="270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2.6.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Цвет в архитектуре и дизайне.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 влиянии цвета на восприятие формы объектов архитектуры и дизайна.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 значении расположения цвета в пространстве архитектурно-дизайнерского объекта.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особенности воздействия и применения цвета в живописи, дизайне и архитектуре.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Участвовать в коллективной творческой работе по конструированию объектов дизайна или по архитектурному макетированию с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 цвета.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A9558D" w:rsidRPr="009E482D" w:rsidTr="00A9558D">
        <w:trPr>
          <w:trHeight w:hRule="exact" w:val="434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lastRenderedPageBreak/>
              <w:t>Раздел 3. Социальное значение дизайна и архитектуры как среды жизни человека</w:t>
            </w:r>
          </w:p>
        </w:tc>
      </w:tr>
      <w:tr w:rsidR="00A9558D" w:rsidRPr="00A448DF" w:rsidTr="00FA7E08">
        <w:trPr>
          <w:trHeight w:hRule="exact" w:val="354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3.1.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Образ и стиль материальной культуры прошлого.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Рассказывать об особенностях архитектурно-художественных стилей разных эпох.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значение архитектурно-пространственной композиционной доминанты во внешнем облике города.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Рассказывать, проводить аналитический анализ конструктивных и аналитических характеристик известных памятников русской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архитектуры.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Выполнить аналитические зарисовки знаменитых архитектурных памятников.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Осуществлять поисковую деятельность в Интернете.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Участвовать в коллективной работе по созданию фотоколлажа из изображений памятников отечественной архитектуры.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4322CB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Тестирование.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A9558D" w:rsidRPr="00A448DF" w:rsidTr="00FA7E08">
        <w:trPr>
          <w:trHeight w:hRule="exact" w:val="240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Пути развития современной архитектуры и дизайна: город сегодня и завтра.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A9558D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Характеризовать современный уровень развития технологий и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материалов, используемых </w:t>
            </w:r>
            <w:r w:rsidR="00FA7E08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 архитектуре и строительстве.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Определять значение преемственности в искусстве архитектуры и искать собственный способ «примирения» прошлого и настоящего в п</w:t>
            </w:r>
            <w:r w:rsidR="00FA7E08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роцессе реконструкции городов.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Выполнять практические работы по теме «Образ современного города и архитектурного стиля будущего»: фотоколлаж или фантаз</w:t>
            </w:r>
            <w:r w:rsidR="00FA7E08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ийную зарисовку города будущего.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FA7E08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A9558D" w:rsidRPr="00A448DF" w:rsidTr="00FA7E08">
        <w:trPr>
          <w:trHeight w:hRule="exact" w:val="239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Пространство городской среды</w:t>
            </w:r>
            <w:r w:rsidR="00FA7E08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Определ</w:t>
            </w:r>
            <w:r w:rsidR="00FA7E08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ять понятие «городская среда».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Рассматривать и объяснять планировку города как способ о</w:t>
            </w:r>
            <w:r w:rsidR="00FA7E08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рганизации образа жизни людей.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Знать раз</w:t>
            </w:r>
            <w:r w:rsidR="00FA7E08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личные виды планировки города.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Знать о значении сохранения </w:t>
            </w:r>
            <w:r w:rsidR="00FA7E08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исторического облика города для современной жизни.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разработки построения городского пространства в виде макетной или графической схе</w:t>
            </w:r>
            <w:r w:rsidR="00FA7E08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мы (карты).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FA7E08" w:rsidP="00DE0A1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Практическая работа.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9558D" w:rsidRPr="00A448DF" w:rsidRDefault="00A9558D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РЭШ, СИРИУС</w:t>
            </w:r>
          </w:p>
        </w:tc>
      </w:tr>
      <w:tr w:rsidR="00FA7E08" w:rsidRPr="00A448DF" w:rsidTr="00FA7E08">
        <w:trPr>
          <w:trHeight w:hRule="exact" w:val="213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3.4.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Дизайн городской среды. Малые архитектурные формы.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 значении сохранения исторического образа материальной среды города.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Выполнять практические творческие работы в технике коллажа или дизайн-проекта малых архитектурных форм городской среды.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</w:tbl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>
          <w:pgSz w:w="16840" w:h="11900"/>
          <w:pgMar w:top="282" w:right="640" w:bottom="670" w:left="666" w:header="720" w:footer="720" w:gutter="0"/>
          <w:cols w:space="720" w:equalWidth="0">
            <w:col w:w="15534" w:space="0"/>
          </w:cols>
          <w:docGrid w:linePitch="360"/>
        </w:sect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3005"/>
        <w:gridCol w:w="567"/>
        <w:gridCol w:w="567"/>
        <w:gridCol w:w="567"/>
        <w:gridCol w:w="709"/>
        <w:gridCol w:w="7655"/>
        <w:gridCol w:w="850"/>
        <w:gridCol w:w="1186"/>
      </w:tblGrid>
      <w:tr w:rsidR="00FA7E08" w:rsidRPr="00A448DF" w:rsidTr="00293B13">
        <w:trPr>
          <w:trHeight w:hRule="exact" w:val="186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2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Дизайн пространственно-предметной среды интерьера. Интерьер и предметный мир в доме.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роль цвета, фактур и предметного наполнения пространства интерьера общественных мест (театр, кафе, вокзал, офис, школа и пр.), а также индивидуальных помещений.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Выполнять задания по практической и аналитической работе по теме «Роль вещи в образно-стилевом решении интерьера» в форме создания коллажной композиции;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8" w:after="0" w:line="230" w:lineRule="auto"/>
              <w:ind w:left="72" w:right="-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Устный опрос.</w:t>
            </w:r>
            <w:r w:rsidR="00D50E86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Практи-ческая работа.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FA7E08" w:rsidRPr="00A448DF" w:rsidTr="00FA7E08">
        <w:trPr>
          <w:trHeight w:hRule="exact" w:val="239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3.6.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Природа и архитектура. Организация архитектурно-ландшафтного пространства.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эстетическое и экологическое взаимное сосуществование природы и архитектуры.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 традициях ландшафтно-парковой архитектуры и школах ландшафтного дизайна.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Знать о традициях построения и культурной ценности русской усадебной территории.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Осваивать новые приёмы работы с бумагой и природными материалами в процессе макетирования архитектурно-ландшафтных объектов.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D50E86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Устный опрос. Практи-ческая работа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FA7E08" w:rsidRPr="00A448DF" w:rsidTr="00293B13">
        <w:trPr>
          <w:trHeight w:hRule="exact" w:val="226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3.7.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Замысел архитектурного проекта и его осуществление.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Совершенствовать навыки коллективной работы над объёмно-пространственной композицией.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Развивать и реализовывать в макете художественную фантазию в сочетании с архитектурно-смысловой логикой.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Развивать навыки макетирования.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D50E86" w:rsidP="00FA7E08">
            <w:pPr>
              <w:autoSpaceDE w:val="0"/>
              <w:autoSpaceDN w:val="0"/>
              <w:spacing w:before="78" w:after="0" w:line="250" w:lineRule="auto"/>
              <w:ind w:left="72" w:right="-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Практи-ческая работа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РЭШ, СИРИУС</w:t>
            </w:r>
          </w:p>
        </w:tc>
      </w:tr>
      <w:tr w:rsidR="00FA7E08" w:rsidRPr="009E482D" w:rsidTr="00B51F5C">
        <w:trPr>
          <w:trHeight w:hRule="exact" w:val="425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Раздел 4. Образ человека и индивидуальное проектирование</w:t>
            </w:r>
          </w:p>
        </w:tc>
      </w:tr>
      <w:tr w:rsidR="00FA7E08" w:rsidRPr="00A448DF" w:rsidTr="00293B13">
        <w:trPr>
          <w:trHeight w:hRule="exact" w:val="234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4.1.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Фу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нкциональная планировка своего дома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FA7E08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Объяснять, как в организации жилого пространства проявляется индивидуальность человека, род его занятий и интересов.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Осуществлять в архитектурно-дизайнерском проекте как реальные, так и фантазийные представления о своём жилище.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об учёте в проекте инженерно-бытовых и санитарно-технических задач.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Проявлять знание законов композиции и умение владеть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художественными материалами.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D50E86" w:rsidP="00D50E86">
            <w:pPr>
              <w:autoSpaceDE w:val="0"/>
              <w:autoSpaceDN w:val="0"/>
              <w:spacing w:before="76" w:after="0" w:line="233" w:lineRule="auto"/>
              <w:ind w:left="72" w:right="-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FA7E08" w:rsidRPr="00A448DF" w:rsidTr="00293B13">
        <w:trPr>
          <w:trHeight w:hRule="exact" w:val="158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293B13">
            <w:pPr>
              <w:autoSpaceDE w:val="0"/>
              <w:autoSpaceDN w:val="0"/>
              <w:spacing w:before="78" w:after="0" w:line="230" w:lineRule="auto"/>
              <w:ind w:left="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Дизайн предметной среды в интерьере личного дома</w:t>
            </w:r>
            <w:r w:rsidR="00293B1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Объяснять задачи зонирования помещения и искать способ </w:t>
            </w:r>
            <w:r w:rsidR="00293B1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зонирования.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опыт проектирования многофункционального инт</w:t>
            </w:r>
            <w:r w:rsidR="00293B1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ерьера комнаты.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Создать в эскизном проекте или с помощью цифровых программ дизайн интерьера своей комнаты или квартиры, раскрывая образно-архитектурный к</w:t>
            </w:r>
            <w:r w:rsidR="00293B1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омпозиционный замысел интерьера.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293B13" w:rsidP="00DE0A1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FA7E08" w:rsidRPr="00A448DF" w:rsidTr="00293B13">
        <w:trPr>
          <w:trHeight w:hRule="exact" w:val="1863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Дизайн и архитектура сада или приусадебного участка</w:t>
            </w:r>
            <w:r w:rsidR="00293B1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293B1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293B1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293B1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различные варианты планировки садового участка.</w:t>
            </w:r>
          </w:p>
          <w:p w:rsidR="00FA7E08" w:rsidRPr="00A448DF" w:rsidRDefault="00FA7E08" w:rsidP="00DE0A14">
            <w:pPr>
              <w:autoSpaceDE w:val="0"/>
              <w:autoSpaceDN w:val="0"/>
              <w:spacing w:before="1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Совершенствовать навыки работы с различными материа</w:t>
            </w:r>
            <w:r w:rsidR="00293B1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лами в процессе макетирования.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Применять навыки создания объёмно-пространственной композиции в формировании б</w:t>
            </w:r>
            <w:r w:rsidR="00293B1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укета по принципам икебаны.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Выполнить ра</w:t>
            </w:r>
            <w:r w:rsidR="00293B13"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зработку плана садового участка.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293B13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A7E08" w:rsidRPr="00A448DF" w:rsidRDefault="00FA7E08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293B13" w:rsidRPr="00A448DF" w:rsidTr="00293B13">
        <w:trPr>
          <w:trHeight w:hRule="exact" w:val="2399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4.4.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Композиционно-конструктивные принципы дизайна одежды.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293B1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293B1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293B1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Объяснять, как в одежде проявляется характер человека, его ценностные позиции и конкретные намерения его действий.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об истории костюма разных эпох.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Объяснять, что такое стиль в одежде.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Характеризовать понятие моды в одежде.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Применять законы композиции в проектировании одежды, создании силуэта костюма.Объяснять роль моды в современном обществе.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Выполнять практическую работу по разработке проектов одежды.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D50E86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293B13" w:rsidRPr="00A448DF" w:rsidTr="00293B13">
        <w:trPr>
          <w:trHeight w:hRule="exact" w:val="212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80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4.5.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80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Дизайн современной одежды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293B13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293B13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293B13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80" w:after="0" w:line="254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Обсуждать особенности современной молодёжной одежды.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Сравнивать функциональные особенности современной одежды с традиционными функциями одежды прошлых эпох.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Использовать графические навыки и технологии выполнения коллажа в процессе создания эскизов молодёжных комплектов одежды. </w:t>
            </w:r>
          </w:p>
          <w:p w:rsidR="00293B13" w:rsidRPr="00A448DF" w:rsidRDefault="00293B13" w:rsidP="00293B13">
            <w:pPr>
              <w:autoSpaceDE w:val="0"/>
              <w:autoSpaceDN w:val="0"/>
              <w:spacing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Выполнять творческие работы по теме «Дизайн современной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одежды».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D50E86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293B13" w:rsidRPr="00A448DF" w:rsidTr="00293B13">
        <w:trPr>
          <w:trHeight w:hRule="exact" w:val="384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4.6.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Грим и причёска в практике дизайна.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Визажистика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293B1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293B1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293B1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293B13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Объяснять, в чём разница между творческими задачами, стоящими перед гримёром и перед визажистом.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Воспринимать и характеризовать макияж и причёску как единое композиционное целое.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Определять чёткое ощущение эстетических и этических границ применения макияжа и стилистики причёски в повседневном быту. Объяснять связи имидж-дизайна с публичностью, технологией социального поведения, рекламой, общественной деятельностью и политикой.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Выполнять практические творческие работы по созданию разного образа одного и того же лица средствами грима.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Создавать средствами грима образа сценического или карнавального персонажа.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D50E86" w:rsidP="00DE0A14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РЭШ, СИРИУС</w:t>
            </w:r>
          </w:p>
        </w:tc>
      </w:tr>
      <w:tr w:rsidR="00293B13" w:rsidRPr="00A448DF" w:rsidTr="00293B13">
        <w:trPr>
          <w:trHeight w:hRule="exact" w:val="587"/>
        </w:trPr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Cs w:val="24"/>
                <w:lang w:val="ru-RU"/>
              </w:rPr>
              <w:t>ОБЩЕЕ КОЛИЧЕСТВО ЧАСОВ ПО МОДУЛЮ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34</w:t>
            </w:r>
          </w:p>
        </w:tc>
        <w:tc>
          <w:tcPr>
            <w:tcW w:w="10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93B13" w:rsidRPr="00A448DF" w:rsidRDefault="00293B13" w:rsidP="00DE0A14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</w:tbl>
    <w:p w:rsidR="00DE417F" w:rsidRPr="00A448DF" w:rsidRDefault="00DE417F" w:rsidP="001D1DAC">
      <w:pPr>
        <w:rPr>
          <w:rFonts w:ascii="Times New Roman" w:hAnsi="Times New Roman" w:cs="Times New Roman"/>
          <w:sz w:val="24"/>
          <w:szCs w:val="24"/>
          <w:lang w:val="ru-RU"/>
        </w:rPr>
        <w:sectPr w:rsidR="00DE417F" w:rsidRPr="00A448DF">
          <w:pgSz w:w="16840" w:h="11900"/>
          <w:pgMar w:top="284" w:right="640" w:bottom="68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8E78D0" w:rsidRPr="00A448DF" w:rsidRDefault="008E78D0" w:rsidP="008E78D0">
      <w:pPr>
        <w:pStyle w:val="TableParagraph"/>
        <w:ind w:right="328"/>
        <w:jc w:val="center"/>
        <w:rPr>
          <w:b/>
          <w:sz w:val="24"/>
          <w:szCs w:val="24"/>
        </w:rPr>
      </w:pPr>
      <w:r w:rsidRPr="00A448DF">
        <w:rPr>
          <w:b/>
          <w:sz w:val="24"/>
          <w:szCs w:val="24"/>
        </w:rPr>
        <w:lastRenderedPageBreak/>
        <w:t>ПОУРОЧНОЕ ПЛАНИРОВАНИЕ</w:t>
      </w:r>
      <w:r w:rsidR="00350BEB" w:rsidRPr="00A448DF">
        <w:rPr>
          <w:b/>
          <w:sz w:val="24"/>
          <w:szCs w:val="24"/>
        </w:rPr>
        <w:t xml:space="preserve"> 7 КЛАСС</w:t>
      </w:r>
    </w:p>
    <w:tbl>
      <w:tblPr>
        <w:tblStyle w:val="TableNormal"/>
        <w:tblW w:w="10351" w:type="dxa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4013"/>
        <w:gridCol w:w="992"/>
        <w:gridCol w:w="993"/>
        <w:gridCol w:w="992"/>
        <w:gridCol w:w="1134"/>
        <w:gridCol w:w="1701"/>
      </w:tblGrid>
      <w:tr w:rsidR="008E78D0" w:rsidRPr="00A448DF" w:rsidTr="001553E4">
        <w:trPr>
          <w:trHeight w:val="455"/>
        </w:trPr>
        <w:tc>
          <w:tcPr>
            <w:tcW w:w="526" w:type="dxa"/>
            <w:vMerge w:val="restart"/>
          </w:tcPr>
          <w:p w:rsidR="008E78D0" w:rsidRPr="00A448DF" w:rsidRDefault="008E78D0" w:rsidP="001553E4">
            <w:pPr>
              <w:pStyle w:val="TableParagraph"/>
              <w:ind w:left="90" w:right="57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№</w:t>
            </w:r>
            <w:r w:rsidRPr="00A448D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013" w:type="dxa"/>
            <w:vMerge w:val="restart"/>
          </w:tcPr>
          <w:p w:rsidR="008E78D0" w:rsidRPr="00A448DF" w:rsidRDefault="008E78D0" w:rsidP="001553E4">
            <w:pPr>
              <w:pStyle w:val="TableParagraph"/>
              <w:ind w:left="186" w:right="142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Тема</w:t>
            </w:r>
            <w:r w:rsidRPr="00A448D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урока</w:t>
            </w:r>
          </w:p>
        </w:tc>
        <w:tc>
          <w:tcPr>
            <w:tcW w:w="2977" w:type="dxa"/>
            <w:gridSpan w:val="3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Количество</w:t>
            </w:r>
            <w:r w:rsidRPr="00A448D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134" w:type="dxa"/>
            <w:vMerge w:val="restart"/>
          </w:tcPr>
          <w:p w:rsidR="008E78D0" w:rsidRPr="00A448DF" w:rsidRDefault="008E78D0" w:rsidP="001553E4">
            <w:pPr>
              <w:pStyle w:val="TableParagraph"/>
              <w:ind w:left="86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Дата</w:t>
            </w:r>
          </w:p>
          <w:p w:rsidR="008E78D0" w:rsidRPr="00A448DF" w:rsidRDefault="008E78D0" w:rsidP="001553E4">
            <w:pPr>
              <w:pStyle w:val="TableParagraph"/>
              <w:ind w:left="86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изучения</w:t>
            </w:r>
          </w:p>
        </w:tc>
        <w:tc>
          <w:tcPr>
            <w:tcW w:w="1701" w:type="dxa"/>
            <w:vMerge w:val="restart"/>
          </w:tcPr>
          <w:p w:rsidR="008E78D0" w:rsidRPr="00A448DF" w:rsidRDefault="008E78D0" w:rsidP="001553E4">
            <w:pPr>
              <w:pStyle w:val="TableParagraph"/>
              <w:ind w:left="85" w:right="71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pacing w:val="-2"/>
                <w:sz w:val="24"/>
                <w:szCs w:val="24"/>
              </w:rPr>
              <w:t xml:space="preserve">Виды, </w:t>
            </w:r>
            <w:r w:rsidRPr="00A448DF">
              <w:rPr>
                <w:b/>
                <w:spacing w:val="-1"/>
                <w:sz w:val="24"/>
                <w:szCs w:val="24"/>
              </w:rPr>
              <w:t>формы</w:t>
            </w:r>
            <w:r w:rsidRPr="00A448D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контроля</w:t>
            </w:r>
          </w:p>
        </w:tc>
      </w:tr>
      <w:tr w:rsidR="008E78D0" w:rsidRPr="00A448DF" w:rsidTr="001553E4">
        <w:trPr>
          <w:trHeight w:val="731"/>
        </w:trPr>
        <w:tc>
          <w:tcPr>
            <w:tcW w:w="526" w:type="dxa"/>
            <w:vMerge/>
            <w:tcBorders>
              <w:top w:val="nil"/>
            </w:tcBorders>
          </w:tcPr>
          <w:p w:rsidR="008E78D0" w:rsidRPr="00A448DF" w:rsidRDefault="008E78D0" w:rsidP="0015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tcBorders>
              <w:top w:val="nil"/>
            </w:tcBorders>
          </w:tcPr>
          <w:p w:rsidR="008E78D0" w:rsidRPr="00A448DF" w:rsidRDefault="008E78D0" w:rsidP="001553E4">
            <w:pPr>
              <w:ind w:left="186"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68" w:right="59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89" w:right="88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контрольные</w:t>
            </w:r>
            <w:r w:rsidRPr="00A448D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88" w:right="89"/>
              <w:jc w:val="center"/>
              <w:rPr>
                <w:b/>
                <w:sz w:val="24"/>
                <w:szCs w:val="24"/>
              </w:rPr>
            </w:pPr>
            <w:r w:rsidRPr="00A448DF">
              <w:rPr>
                <w:b/>
                <w:sz w:val="24"/>
                <w:szCs w:val="24"/>
              </w:rPr>
              <w:t>практические</w:t>
            </w:r>
            <w:r w:rsidRPr="00A448D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8E78D0" w:rsidRPr="00A448DF" w:rsidRDefault="008E78D0" w:rsidP="0015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8E78D0" w:rsidRPr="00A448DF" w:rsidRDefault="008E78D0" w:rsidP="0015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8D0" w:rsidRPr="00A448DF" w:rsidTr="001553E4">
        <w:trPr>
          <w:trHeight w:val="645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Архитектура и дизайн — предметно-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пространственная среда, создаваемая человеком.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/>
              <w:rPr>
                <w:sz w:val="24"/>
                <w:szCs w:val="24"/>
              </w:rPr>
            </w:pPr>
            <w:r w:rsidRPr="00A448DF">
              <w:rPr>
                <w:color w:val="000000"/>
                <w:w w:val="97"/>
                <w:sz w:val="24"/>
                <w:szCs w:val="24"/>
              </w:rPr>
              <w:t>Устный опрос;</w:t>
            </w:r>
          </w:p>
        </w:tc>
      </w:tr>
      <w:tr w:rsidR="008E78D0" w:rsidRPr="00A448DF" w:rsidTr="001553E4">
        <w:trPr>
          <w:trHeight w:val="697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Архитектура — «каменная летопись» истории человечества.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spacing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hAnsi="Times New Roman" w:cs="Times New Roman"/>
                <w:color w:val="000000"/>
                <w:w w:val="97"/>
                <w:sz w:val="24"/>
                <w:szCs w:val="24"/>
              </w:rPr>
              <w:t>Устный опрос;</w:t>
            </w:r>
          </w:p>
        </w:tc>
      </w:tr>
      <w:tr w:rsidR="008E78D0" w:rsidRPr="00A448DF" w:rsidTr="001553E4">
        <w:trPr>
          <w:trHeight w:val="680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Основы построения композиции в конструктивных искусствах.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8E78D0" w:rsidRPr="00A448DF" w:rsidTr="001553E4">
        <w:trPr>
          <w:trHeight w:val="703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4.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Роль цвета в организации композиционного пространства.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8E78D0" w:rsidRPr="00A448DF" w:rsidTr="001553E4">
        <w:trPr>
          <w:trHeight w:val="703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5.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Шрифты и шрифтовая композиция в графическом дизайне.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spacing w:line="245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8E78D0" w:rsidRPr="00A448DF" w:rsidTr="001553E4">
        <w:trPr>
          <w:trHeight w:val="685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6.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Логотип. Построение логотипа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8E78D0" w:rsidRPr="00A448DF" w:rsidTr="001553E4">
        <w:trPr>
          <w:trHeight w:val="695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7.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47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Композиционные основы макетирования в графическом дизайне при соединении текста и изображения. Искусство плаката.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Практическая работа.</w:t>
            </w:r>
          </w:p>
        </w:tc>
      </w:tr>
      <w:tr w:rsidR="008E78D0" w:rsidRPr="00A448DF" w:rsidTr="001553E4">
        <w:trPr>
          <w:trHeight w:val="691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8.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Многообразие форм графического дизайна. Дизайн книги и журнала.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8E78D0" w:rsidRPr="00A448DF" w:rsidTr="001553E4">
        <w:trPr>
          <w:trHeight w:val="843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9.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От плоскостного изображения к объёмному макету. Объект и пространство. Взаимосвязь объектов в архитектурном макете.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ind w:left="142"/>
              <w:rPr>
                <w:rFonts w:ascii="Times New Roman" w:hAnsi="Times New Roman" w:cs="Times New Roman"/>
                <w:sz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 работа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</w:tr>
      <w:tr w:rsidR="008E78D0" w:rsidRPr="00A448DF" w:rsidTr="001553E4">
        <w:trPr>
          <w:trHeight w:val="826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10.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Здание как сочетание различных объёмных форм. Конструкция: часть и целое.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A448DF">
              <w:rPr>
                <w:rFonts w:ascii="Times New Roman" w:hAnsi="Times New Roman" w:cs="Times New Roman"/>
                <w:sz w:val="24"/>
              </w:rPr>
              <w:t>Практическая</w:t>
            </w:r>
            <w:r w:rsidRPr="00A448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</w:rPr>
              <w:t>работа;</w:t>
            </w:r>
          </w:p>
        </w:tc>
      </w:tr>
      <w:tr w:rsidR="008E78D0" w:rsidRPr="009E482D" w:rsidTr="001553E4">
        <w:trPr>
          <w:trHeight w:val="683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11.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Эволюция архитектурных конструкций и роль эволюции строительных материалов.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ind w:left="142"/>
              <w:rPr>
                <w:w w:val="97"/>
                <w:sz w:val="24"/>
              </w:rPr>
            </w:pPr>
            <w:r w:rsidRPr="00A448DF">
              <w:rPr>
                <w:w w:val="97"/>
                <w:sz w:val="24"/>
              </w:rPr>
              <w:t>Самооценка с использовани-ем «Оценочно-го листа».</w:t>
            </w:r>
          </w:p>
        </w:tc>
      </w:tr>
      <w:tr w:rsidR="008E78D0" w:rsidRPr="00A448DF" w:rsidTr="001553E4">
        <w:trPr>
          <w:trHeight w:val="693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12.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Красота и целесообразность предметного мира. Образ времени в предметах, создаваемых человеком.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689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13.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Форма, материал и функция бытового предмета.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558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14.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Цвет в архитектуре и дизайне.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637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15.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Образ и стиль материальной культуры прошлого.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Тестирование;</w:t>
            </w:r>
          </w:p>
        </w:tc>
      </w:tr>
      <w:tr w:rsidR="008E78D0" w:rsidRPr="00A448DF" w:rsidTr="001553E4">
        <w:trPr>
          <w:trHeight w:val="845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16.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Пути развития современной архитектуры и дизайна: город сегодня и завтра.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687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Пространство городской среды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699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18.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Дизайн городской среды. Малые архитектурные формы.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832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19.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2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Дизайн пространственно-предметной среды интерьера. Интерьер и предметный мир в доме.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ind w:left="142"/>
              <w:rPr>
                <w:sz w:val="24"/>
              </w:rPr>
            </w:pPr>
            <w:r w:rsidRPr="00A448DF">
              <w:rPr>
                <w:sz w:val="24"/>
              </w:rPr>
              <w:t>Устный опрос; Практическая работа;</w:t>
            </w:r>
          </w:p>
        </w:tc>
      </w:tr>
      <w:tr w:rsidR="008E78D0" w:rsidRPr="00A448DF" w:rsidTr="001553E4">
        <w:trPr>
          <w:trHeight w:val="831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20.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Природа и архитектура. Организация архитектурно-ландшафтного пространства.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ind w:left="142"/>
              <w:rPr>
                <w:sz w:val="24"/>
              </w:rPr>
            </w:pPr>
            <w:r w:rsidRPr="00A448DF">
              <w:rPr>
                <w:sz w:val="24"/>
              </w:rPr>
              <w:t>Устный опрос; Практическая работа;</w:t>
            </w:r>
          </w:p>
        </w:tc>
      </w:tr>
      <w:tr w:rsidR="008E78D0" w:rsidRPr="00A448DF" w:rsidTr="001553E4">
        <w:trPr>
          <w:trHeight w:val="545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21.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Замысел архитектурного проекта и его осуществление.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626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22.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Фу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нкциональная планировка своего дома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626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23.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30" w:lineRule="auto"/>
              <w:ind w:left="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Дизайн предметной среды в интерьере личного дома.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626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24.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Дизайн и архитектура сада или приусадебного участка.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626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25.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8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Композиционно-конструктивные принципы дизайна одежды.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pacing w:val="-1"/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626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27.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8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Дизайн современной одежды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pacing w:val="-1"/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Устный опрос;</w:t>
            </w:r>
          </w:p>
        </w:tc>
      </w:tr>
      <w:tr w:rsidR="008E78D0" w:rsidRPr="00A448DF" w:rsidTr="001553E4">
        <w:trPr>
          <w:trHeight w:val="626"/>
        </w:trPr>
        <w:tc>
          <w:tcPr>
            <w:tcW w:w="526" w:type="dxa"/>
          </w:tcPr>
          <w:p w:rsidR="008E78D0" w:rsidRPr="00A448DF" w:rsidRDefault="008E78D0" w:rsidP="001553E4">
            <w:pPr>
              <w:pStyle w:val="TableParagraph"/>
              <w:ind w:left="90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28.</w:t>
            </w:r>
          </w:p>
        </w:tc>
        <w:tc>
          <w:tcPr>
            <w:tcW w:w="4013" w:type="dxa"/>
          </w:tcPr>
          <w:p w:rsidR="008E78D0" w:rsidRPr="00A448DF" w:rsidRDefault="008E78D0" w:rsidP="001553E4">
            <w:pPr>
              <w:spacing w:before="76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Грим и причёска в практике дизайна. 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Визажистика</w:t>
            </w:r>
            <w:r w:rsidRPr="00A448D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101" w:right="17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rPr>
                <w:spacing w:val="-1"/>
                <w:sz w:val="24"/>
                <w:szCs w:val="24"/>
              </w:rPr>
            </w:pPr>
            <w:r w:rsidRPr="00A448DF">
              <w:rPr>
                <w:spacing w:val="-1"/>
                <w:sz w:val="24"/>
                <w:szCs w:val="24"/>
              </w:rPr>
              <w:t>Практическая</w:t>
            </w:r>
            <w:r w:rsidRPr="00A448DF">
              <w:rPr>
                <w:spacing w:val="-57"/>
                <w:sz w:val="24"/>
                <w:szCs w:val="24"/>
              </w:rPr>
              <w:t xml:space="preserve"> </w:t>
            </w:r>
            <w:r w:rsidRPr="00A448DF">
              <w:rPr>
                <w:sz w:val="24"/>
                <w:szCs w:val="24"/>
              </w:rPr>
              <w:t>работа;</w:t>
            </w:r>
          </w:p>
        </w:tc>
      </w:tr>
      <w:tr w:rsidR="008E78D0" w:rsidRPr="00A448DF" w:rsidTr="001553E4">
        <w:trPr>
          <w:trHeight w:val="601"/>
        </w:trPr>
        <w:tc>
          <w:tcPr>
            <w:tcW w:w="4539" w:type="dxa"/>
            <w:gridSpan w:val="2"/>
          </w:tcPr>
          <w:p w:rsidR="008E78D0" w:rsidRPr="00A448DF" w:rsidRDefault="008E78D0" w:rsidP="001553E4">
            <w:pPr>
              <w:ind w:left="145"/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</w:pP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A448DF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A448DF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A448DF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</w:t>
            </w:r>
          </w:p>
          <w:p w:rsidR="008E78D0" w:rsidRPr="00A448DF" w:rsidRDefault="008E78D0" w:rsidP="001553E4">
            <w:pPr>
              <w:ind w:left="14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48D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:rsidR="008E78D0" w:rsidRPr="00A448DF" w:rsidRDefault="008E78D0" w:rsidP="001553E4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E78D0" w:rsidRPr="00A448DF" w:rsidRDefault="008E78D0" w:rsidP="001553E4">
            <w:pPr>
              <w:pStyle w:val="TableParagraph"/>
              <w:ind w:left="102"/>
              <w:jc w:val="center"/>
              <w:rPr>
                <w:sz w:val="24"/>
                <w:szCs w:val="24"/>
              </w:rPr>
            </w:pPr>
            <w:r w:rsidRPr="00A448DF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gridSpan w:val="2"/>
          </w:tcPr>
          <w:p w:rsidR="008E78D0" w:rsidRPr="00A448DF" w:rsidRDefault="008E78D0" w:rsidP="001553E4">
            <w:pPr>
              <w:pStyle w:val="TableParagraph"/>
              <w:spacing w:line="266" w:lineRule="auto"/>
              <w:ind w:left="99" w:right="132"/>
              <w:jc w:val="center"/>
              <w:rPr>
                <w:spacing w:val="-1"/>
                <w:sz w:val="24"/>
                <w:szCs w:val="24"/>
              </w:rPr>
            </w:pPr>
          </w:p>
        </w:tc>
      </w:tr>
    </w:tbl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center"/>
        <w:rPr>
          <w:b/>
          <w:sz w:val="24"/>
          <w:szCs w:val="24"/>
        </w:rPr>
      </w:pPr>
      <w:r w:rsidRPr="00A448DF">
        <w:rPr>
          <w:b/>
          <w:sz w:val="24"/>
          <w:szCs w:val="24"/>
        </w:rPr>
        <w:lastRenderedPageBreak/>
        <w:t>УЧЕБНО-МЕТОДИЧЕСКОЕ</w:t>
      </w:r>
      <w:r w:rsidRPr="00A448DF">
        <w:rPr>
          <w:b/>
          <w:spacing w:val="-5"/>
          <w:sz w:val="24"/>
          <w:szCs w:val="24"/>
        </w:rPr>
        <w:t xml:space="preserve"> </w:t>
      </w:r>
      <w:r w:rsidRPr="00A448DF">
        <w:rPr>
          <w:b/>
          <w:sz w:val="24"/>
          <w:szCs w:val="24"/>
        </w:rPr>
        <w:t>ОБЕСПЕЧЕНИЕ</w:t>
      </w:r>
      <w:r w:rsidRPr="00A448DF">
        <w:rPr>
          <w:b/>
          <w:spacing w:val="-6"/>
          <w:sz w:val="24"/>
          <w:szCs w:val="24"/>
        </w:rPr>
        <w:t xml:space="preserve"> </w:t>
      </w:r>
      <w:r w:rsidRPr="00A448DF">
        <w:rPr>
          <w:b/>
          <w:sz w:val="24"/>
          <w:szCs w:val="24"/>
        </w:rPr>
        <w:t>ОБРАЗОВАТЕЛЬНОГО</w:t>
      </w:r>
      <w:r w:rsidRPr="00A448DF">
        <w:rPr>
          <w:b/>
          <w:spacing w:val="-6"/>
          <w:sz w:val="24"/>
          <w:szCs w:val="24"/>
        </w:rPr>
        <w:t xml:space="preserve"> </w:t>
      </w:r>
      <w:r w:rsidRPr="00A448DF">
        <w:rPr>
          <w:b/>
          <w:sz w:val="24"/>
          <w:szCs w:val="24"/>
        </w:rPr>
        <w:t>ПРОЦЕССА</w:t>
      </w:r>
    </w:p>
    <w:p w:rsidR="008E78D0" w:rsidRPr="00A448DF" w:rsidRDefault="008E78D0" w:rsidP="008E78D0">
      <w:pPr>
        <w:pStyle w:val="TableParagraph"/>
        <w:ind w:firstLine="284"/>
        <w:jc w:val="both"/>
        <w:rPr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both"/>
        <w:rPr>
          <w:sz w:val="24"/>
          <w:szCs w:val="24"/>
        </w:rPr>
      </w:pPr>
      <w:r w:rsidRPr="00A448DF">
        <w:rPr>
          <w:sz w:val="24"/>
          <w:szCs w:val="24"/>
        </w:rPr>
        <w:t>ОБЯЗАТЕЛЬНЫЕ</w:t>
      </w:r>
      <w:r w:rsidRPr="00A448DF">
        <w:rPr>
          <w:spacing w:val="-4"/>
          <w:sz w:val="24"/>
          <w:szCs w:val="24"/>
        </w:rPr>
        <w:t xml:space="preserve"> </w:t>
      </w:r>
      <w:r w:rsidRPr="00A448DF">
        <w:rPr>
          <w:sz w:val="24"/>
          <w:szCs w:val="24"/>
        </w:rPr>
        <w:t>УЧЕБНЫЕ</w:t>
      </w:r>
      <w:r w:rsidRPr="00A448DF">
        <w:rPr>
          <w:spacing w:val="-2"/>
          <w:sz w:val="24"/>
          <w:szCs w:val="24"/>
        </w:rPr>
        <w:t xml:space="preserve"> </w:t>
      </w:r>
      <w:r w:rsidRPr="00A448DF">
        <w:rPr>
          <w:sz w:val="24"/>
          <w:szCs w:val="24"/>
        </w:rPr>
        <w:t>МАТЕРИАЛЫ</w:t>
      </w:r>
      <w:r w:rsidRPr="00A448DF">
        <w:rPr>
          <w:spacing w:val="-3"/>
          <w:sz w:val="24"/>
          <w:szCs w:val="24"/>
        </w:rPr>
        <w:t xml:space="preserve"> </w:t>
      </w:r>
      <w:r w:rsidRPr="00A448DF">
        <w:rPr>
          <w:sz w:val="24"/>
          <w:szCs w:val="24"/>
        </w:rPr>
        <w:t>ДЛЯ</w:t>
      </w:r>
      <w:r w:rsidRPr="00A448DF">
        <w:rPr>
          <w:spacing w:val="-3"/>
          <w:sz w:val="24"/>
          <w:szCs w:val="24"/>
        </w:rPr>
        <w:t xml:space="preserve"> </w:t>
      </w:r>
      <w:r w:rsidRPr="00A448DF">
        <w:rPr>
          <w:sz w:val="24"/>
          <w:szCs w:val="24"/>
        </w:rPr>
        <w:t>УЧЕНИКА</w:t>
      </w:r>
    </w:p>
    <w:p w:rsidR="008E78D0" w:rsidRPr="00A448DF" w:rsidRDefault="008E78D0" w:rsidP="00384DA7">
      <w:pPr>
        <w:pStyle w:val="TableParagraph"/>
        <w:numPr>
          <w:ilvl w:val="0"/>
          <w:numId w:val="35"/>
        </w:numPr>
        <w:ind w:left="567"/>
        <w:jc w:val="both"/>
        <w:rPr>
          <w:sz w:val="24"/>
          <w:szCs w:val="24"/>
        </w:rPr>
      </w:pPr>
      <w:r w:rsidRPr="00A448DF">
        <w:rPr>
          <w:color w:val="000000"/>
          <w:sz w:val="24"/>
          <w:szCs w:val="24"/>
          <w:shd w:val="clear" w:color="auto" w:fill="F7FDF7"/>
        </w:rPr>
        <w:t>Изобразительное искусство. 5 класс/Горяева Н. А., Островская О.В.; под редакцией Неменского Б.М., Акционерное общество «Издательство «Просвещение»;</w:t>
      </w:r>
    </w:p>
    <w:p w:rsidR="008E78D0" w:rsidRPr="00A448DF" w:rsidRDefault="008E78D0" w:rsidP="00384DA7">
      <w:pPr>
        <w:pStyle w:val="TableParagraph"/>
        <w:numPr>
          <w:ilvl w:val="0"/>
          <w:numId w:val="35"/>
        </w:numPr>
        <w:ind w:left="567"/>
        <w:jc w:val="both"/>
        <w:rPr>
          <w:sz w:val="24"/>
          <w:szCs w:val="24"/>
        </w:rPr>
      </w:pPr>
      <w:r w:rsidRPr="00A448DF">
        <w:rPr>
          <w:color w:val="000000"/>
          <w:sz w:val="24"/>
          <w:szCs w:val="24"/>
          <w:shd w:val="clear" w:color="auto" w:fill="F7FDF7"/>
        </w:rPr>
        <w:t>Изобразительное искусство. 6 класс/</w:t>
      </w:r>
      <w:r w:rsidR="005746AF">
        <w:rPr>
          <w:color w:val="000000"/>
          <w:sz w:val="24"/>
          <w:szCs w:val="24"/>
          <w:shd w:val="clear" w:color="auto" w:fill="F7FDF7"/>
        </w:rPr>
        <w:t xml:space="preserve"> </w:t>
      </w:r>
      <w:r w:rsidRPr="00A448DF">
        <w:rPr>
          <w:color w:val="000000"/>
          <w:sz w:val="24"/>
          <w:szCs w:val="24"/>
          <w:shd w:val="clear" w:color="auto" w:fill="F7FDF7"/>
        </w:rPr>
        <w:t>Неменская Л.А.; под редакцией Неменского Б.М., Акционерное общество «Издательство «Просвещение»;</w:t>
      </w:r>
    </w:p>
    <w:p w:rsidR="008E78D0" w:rsidRPr="00A448DF" w:rsidRDefault="008E78D0" w:rsidP="00384DA7">
      <w:pPr>
        <w:pStyle w:val="TableParagraph"/>
        <w:numPr>
          <w:ilvl w:val="0"/>
          <w:numId w:val="35"/>
        </w:numPr>
        <w:ind w:left="567"/>
        <w:jc w:val="both"/>
        <w:rPr>
          <w:sz w:val="24"/>
          <w:szCs w:val="24"/>
        </w:rPr>
      </w:pPr>
      <w:r w:rsidRPr="00A448DF">
        <w:rPr>
          <w:color w:val="000000"/>
          <w:sz w:val="24"/>
          <w:szCs w:val="24"/>
          <w:shd w:val="clear" w:color="auto" w:fill="F7FDF7"/>
        </w:rPr>
        <w:t>Изобразительное искусство. 7 класс/Питерских А.С., Гуров Г.Е.; под редакцией Неменского Б.М., Акционерное общество «Издательство «Просвещение»;</w:t>
      </w:r>
      <w:r w:rsidRPr="00A448DF">
        <w:rPr>
          <w:color w:val="000000"/>
          <w:sz w:val="24"/>
          <w:szCs w:val="24"/>
        </w:rPr>
        <w:br/>
      </w:r>
    </w:p>
    <w:p w:rsidR="008E78D0" w:rsidRPr="00A448DF" w:rsidRDefault="008E78D0" w:rsidP="00384DA7">
      <w:pPr>
        <w:pStyle w:val="TableParagraph"/>
        <w:ind w:firstLine="284"/>
        <w:jc w:val="center"/>
        <w:rPr>
          <w:b/>
          <w:sz w:val="24"/>
          <w:szCs w:val="24"/>
        </w:rPr>
      </w:pPr>
      <w:r w:rsidRPr="00A448DF">
        <w:rPr>
          <w:b/>
          <w:sz w:val="24"/>
          <w:szCs w:val="24"/>
        </w:rPr>
        <w:t>МЕТОДИЧЕСКИЕ</w:t>
      </w:r>
      <w:r w:rsidRPr="00A448DF">
        <w:rPr>
          <w:b/>
          <w:spacing w:val="-6"/>
          <w:sz w:val="24"/>
          <w:szCs w:val="24"/>
        </w:rPr>
        <w:t xml:space="preserve"> </w:t>
      </w:r>
      <w:r w:rsidRPr="00A448DF">
        <w:rPr>
          <w:b/>
          <w:sz w:val="24"/>
          <w:szCs w:val="24"/>
        </w:rPr>
        <w:t>МАТЕРИАЛЫ</w:t>
      </w:r>
      <w:r w:rsidRPr="00A448DF">
        <w:rPr>
          <w:b/>
          <w:spacing w:val="-3"/>
          <w:sz w:val="24"/>
          <w:szCs w:val="24"/>
        </w:rPr>
        <w:t xml:space="preserve"> </w:t>
      </w:r>
      <w:r w:rsidRPr="00A448DF">
        <w:rPr>
          <w:b/>
          <w:sz w:val="24"/>
          <w:szCs w:val="24"/>
        </w:rPr>
        <w:t>ДЛЯ</w:t>
      </w:r>
      <w:r w:rsidRPr="00A448DF">
        <w:rPr>
          <w:b/>
          <w:spacing w:val="-2"/>
          <w:sz w:val="24"/>
          <w:szCs w:val="24"/>
        </w:rPr>
        <w:t xml:space="preserve"> </w:t>
      </w:r>
      <w:r w:rsidRPr="00A448DF">
        <w:rPr>
          <w:b/>
          <w:sz w:val="24"/>
          <w:szCs w:val="24"/>
        </w:rPr>
        <w:t>УЧИТЕЛЯ</w:t>
      </w:r>
    </w:p>
    <w:p w:rsidR="008E78D0" w:rsidRPr="00A448DF" w:rsidRDefault="008E78D0" w:rsidP="008E78D0">
      <w:pPr>
        <w:pStyle w:val="TableParagraph"/>
        <w:ind w:firstLine="284"/>
        <w:jc w:val="both"/>
        <w:rPr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both"/>
        <w:rPr>
          <w:sz w:val="24"/>
          <w:szCs w:val="24"/>
        </w:rPr>
      </w:pPr>
      <w:r w:rsidRPr="00A448DF">
        <w:rPr>
          <w:sz w:val="24"/>
          <w:szCs w:val="24"/>
        </w:rPr>
        <w:t>ЦИФРОВЫЕ</w:t>
      </w:r>
      <w:r w:rsidRPr="00A448DF">
        <w:rPr>
          <w:spacing w:val="-6"/>
          <w:sz w:val="24"/>
          <w:szCs w:val="24"/>
        </w:rPr>
        <w:t xml:space="preserve"> </w:t>
      </w:r>
      <w:r w:rsidRPr="00A448DF">
        <w:rPr>
          <w:sz w:val="24"/>
          <w:szCs w:val="24"/>
        </w:rPr>
        <w:t>ОБРАЗОВАТЕЛЬНЫЕ</w:t>
      </w:r>
      <w:r w:rsidRPr="00A448DF">
        <w:rPr>
          <w:spacing w:val="-2"/>
          <w:sz w:val="24"/>
          <w:szCs w:val="24"/>
        </w:rPr>
        <w:t xml:space="preserve"> </w:t>
      </w:r>
      <w:r w:rsidRPr="00A448DF">
        <w:rPr>
          <w:sz w:val="24"/>
          <w:szCs w:val="24"/>
        </w:rPr>
        <w:t>РЕСУРСЫ</w:t>
      </w:r>
      <w:r w:rsidRPr="00A448DF">
        <w:rPr>
          <w:spacing w:val="-3"/>
          <w:sz w:val="24"/>
          <w:szCs w:val="24"/>
        </w:rPr>
        <w:t xml:space="preserve"> </w:t>
      </w:r>
      <w:r w:rsidRPr="00A448DF">
        <w:rPr>
          <w:sz w:val="24"/>
          <w:szCs w:val="24"/>
        </w:rPr>
        <w:t>И</w:t>
      </w:r>
      <w:r w:rsidRPr="00A448DF">
        <w:rPr>
          <w:spacing w:val="-3"/>
          <w:sz w:val="24"/>
          <w:szCs w:val="24"/>
        </w:rPr>
        <w:t xml:space="preserve"> </w:t>
      </w:r>
      <w:r w:rsidRPr="00A448DF">
        <w:rPr>
          <w:sz w:val="24"/>
          <w:szCs w:val="24"/>
        </w:rPr>
        <w:t>РЕСУРСЫ</w:t>
      </w:r>
      <w:r w:rsidRPr="00A448DF">
        <w:rPr>
          <w:spacing w:val="-3"/>
          <w:sz w:val="24"/>
          <w:szCs w:val="24"/>
        </w:rPr>
        <w:t xml:space="preserve"> </w:t>
      </w:r>
      <w:r w:rsidRPr="00A448DF">
        <w:rPr>
          <w:sz w:val="24"/>
          <w:szCs w:val="24"/>
        </w:rPr>
        <w:t>СЕТИ</w:t>
      </w:r>
      <w:r w:rsidRPr="00A448DF">
        <w:rPr>
          <w:spacing w:val="-4"/>
          <w:sz w:val="24"/>
          <w:szCs w:val="24"/>
        </w:rPr>
        <w:t xml:space="preserve"> </w:t>
      </w:r>
      <w:r w:rsidRPr="00A448DF">
        <w:rPr>
          <w:sz w:val="24"/>
          <w:szCs w:val="24"/>
        </w:rPr>
        <w:t>ИНТЕРНЕТ</w:t>
      </w:r>
    </w:p>
    <w:p w:rsidR="008E78D0" w:rsidRPr="00A448DF" w:rsidRDefault="008E78D0" w:rsidP="00384DA7">
      <w:pPr>
        <w:pStyle w:val="TableParagraph"/>
        <w:numPr>
          <w:ilvl w:val="0"/>
          <w:numId w:val="36"/>
        </w:numPr>
        <w:ind w:left="567"/>
        <w:jc w:val="both"/>
        <w:rPr>
          <w:sz w:val="24"/>
          <w:szCs w:val="24"/>
        </w:rPr>
      </w:pPr>
      <w:r w:rsidRPr="00A448DF">
        <w:rPr>
          <w:sz w:val="24"/>
          <w:szCs w:val="24"/>
        </w:rPr>
        <w:t xml:space="preserve">Единая коллекция цифровых образовательных ресурсов: </w:t>
      </w:r>
      <w:hyperlink r:id="rId7">
        <w:r w:rsidRPr="00A448DF">
          <w:rPr>
            <w:sz w:val="24"/>
            <w:szCs w:val="24"/>
          </w:rPr>
          <w:t>http://school-collection.edu.ru/</w:t>
        </w:r>
      </w:hyperlink>
    </w:p>
    <w:p w:rsidR="008E78D0" w:rsidRPr="00A448DF" w:rsidRDefault="008E78D0" w:rsidP="00384DA7">
      <w:pPr>
        <w:pStyle w:val="TableParagraph"/>
        <w:numPr>
          <w:ilvl w:val="0"/>
          <w:numId w:val="36"/>
        </w:numPr>
        <w:ind w:left="567"/>
        <w:jc w:val="both"/>
        <w:rPr>
          <w:sz w:val="24"/>
          <w:szCs w:val="24"/>
        </w:rPr>
      </w:pPr>
      <w:r w:rsidRPr="00A448DF">
        <w:rPr>
          <w:sz w:val="24"/>
          <w:szCs w:val="24"/>
        </w:rPr>
        <w:t>Фестиваль</w:t>
      </w:r>
      <w:r w:rsidRPr="00A448DF">
        <w:rPr>
          <w:spacing w:val="-1"/>
          <w:sz w:val="24"/>
          <w:szCs w:val="24"/>
        </w:rPr>
        <w:t xml:space="preserve"> </w:t>
      </w:r>
      <w:r w:rsidRPr="00A448DF">
        <w:rPr>
          <w:sz w:val="24"/>
          <w:szCs w:val="24"/>
        </w:rPr>
        <w:t>педагогических</w:t>
      </w:r>
      <w:r w:rsidRPr="00A448DF">
        <w:rPr>
          <w:spacing w:val="2"/>
          <w:sz w:val="24"/>
          <w:szCs w:val="24"/>
        </w:rPr>
        <w:t xml:space="preserve"> </w:t>
      </w:r>
      <w:r w:rsidRPr="00A448DF">
        <w:rPr>
          <w:sz w:val="24"/>
          <w:szCs w:val="24"/>
        </w:rPr>
        <w:t>идей :</w:t>
      </w:r>
      <w:r w:rsidRPr="00A448DF">
        <w:rPr>
          <w:spacing w:val="-1"/>
          <w:sz w:val="24"/>
          <w:szCs w:val="24"/>
        </w:rPr>
        <w:t xml:space="preserve"> </w:t>
      </w:r>
      <w:hyperlink r:id="rId8" w:history="1">
        <w:r w:rsidRPr="00A448DF">
          <w:rPr>
            <w:rStyle w:val="aff8"/>
            <w:sz w:val="24"/>
            <w:szCs w:val="24"/>
          </w:rPr>
          <w:t>https://urok.1sept.ru/</w:t>
        </w:r>
      </w:hyperlink>
      <w:r w:rsidRPr="00A448DF">
        <w:rPr>
          <w:sz w:val="24"/>
          <w:szCs w:val="24"/>
        </w:rPr>
        <w:t xml:space="preserve"> </w:t>
      </w:r>
    </w:p>
    <w:p w:rsidR="008E78D0" w:rsidRPr="00A448DF" w:rsidRDefault="008E78D0" w:rsidP="00384DA7">
      <w:pPr>
        <w:pStyle w:val="TableParagraph"/>
        <w:numPr>
          <w:ilvl w:val="0"/>
          <w:numId w:val="36"/>
        </w:numPr>
        <w:ind w:left="567"/>
        <w:jc w:val="both"/>
        <w:rPr>
          <w:sz w:val="24"/>
          <w:szCs w:val="24"/>
        </w:rPr>
      </w:pPr>
      <w:bookmarkStart w:id="1" w:name="МАТЕРИАЛЬНО-ТЕХНИЧЕСКОЕ_ОБЕСПЕЧЕНИЕ_ОБРА"/>
      <w:bookmarkStart w:id="2" w:name="УЧЕБНОЕ_ОБОРУДОВАНИЕ"/>
      <w:bookmarkStart w:id="3" w:name="ОБОРУДОВАНИЕ_ДЛЯ_ПРОВЕДЕНИЯ_ПРАКТИЧЕСКИХ"/>
      <w:bookmarkEnd w:id="1"/>
      <w:bookmarkEnd w:id="2"/>
      <w:bookmarkEnd w:id="3"/>
      <w:r w:rsidRPr="00A448DF">
        <w:rPr>
          <w:sz w:val="24"/>
          <w:szCs w:val="24"/>
        </w:rPr>
        <w:t xml:space="preserve">Открытый класс. Сетевые образовательные сообщества:https://multiurok.ru/blog/sietievyie-obrazovatiel-nyie-soobshchiestva-otkrytyi-klass. </w:t>
      </w:r>
    </w:p>
    <w:p w:rsidR="008E78D0" w:rsidRPr="00A448DF" w:rsidRDefault="008E78D0" w:rsidP="00384DA7">
      <w:pPr>
        <w:pStyle w:val="TableParagraph"/>
        <w:numPr>
          <w:ilvl w:val="0"/>
          <w:numId w:val="36"/>
        </w:numPr>
        <w:ind w:left="567"/>
        <w:jc w:val="both"/>
        <w:rPr>
          <w:sz w:val="24"/>
          <w:szCs w:val="24"/>
        </w:rPr>
      </w:pPr>
      <w:r w:rsidRPr="00A448DF">
        <w:rPr>
          <w:sz w:val="24"/>
          <w:szCs w:val="24"/>
        </w:rPr>
        <w:t>Официальный</w:t>
      </w:r>
      <w:r w:rsidRPr="00A448DF">
        <w:rPr>
          <w:spacing w:val="-2"/>
          <w:sz w:val="24"/>
          <w:szCs w:val="24"/>
        </w:rPr>
        <w:t xml:space="preserve"> </w:t>
      </w:r>
      <w:r w:rsidRPr="00A448DF">
        <w:rPr>
          <w:sz w:val="24"/>
          <w:szCs w:val="24"/>
        </w:rPr>
        <w:t>ресурс</w:t>
      </w:r>
      <w:r w:rsidRPr="00A448DF">
        <w:rPr>
          <w:spacing w:val="-2"/>
          <w:sz w:val="24"/>
          <w:szCs w:val="24"/>
        </w:rPr>
        <w:t xml:space="preserve"> </w:t>
      </w:r>
      <w:r w:rsidRPr="00A448DF">
        <w:rPr>
          <w:sz w:val="24"/>
          <w:szCs w:val="24"/>
        </w:rPr>
        <w:t>для</w:t>
      </w:r>
      <w:r w:rsidRPr="00A448DF">
        <w:rPr>
          <w:spacing w:val="1"/>
          <w:sz w:val="24"/>
          <w:szCs w:val="24"/>
        </w:rPr>
        <w:t xml:space="preserve"> </w:t>
      </w:r>
      <w:r w:rsidRPr="00A448DF">
        <w:rPr>
          <w:sz w:val="24"/>
          <w:szCs w:val="24"/>
        </w:rPr>
        <w:t>учителей,</w:t>
      </w:r>
      <w:r w:rsidRPr="00A448DF">
        <w:rPr>
          <w:spacing w:val="-1"/>
          <w:sz w:val="24"/>
          <w:szCs w:val="24"/>
        </w:rPr>
        <w:t xml:space="preserve"> </w:t>
      </w:r>
      <w:r w:rsidRPr="00A448DF">
        <w:rPr>
          <w:sz w:val="24"/>
          <w:szCs w:val="24"/>
        </w:rPr>
        <w:t>детей</w:t>
      </w:r>
      <w:r w:rsidRPr="00A448DF">
        <w:rPr>
          <w:spacing w:val="-1"/>
          <w:sz w:val="24"/>
          <w:szCs w:val="24"/>
        </w:rPr>
        <w:t xml:space="preserve"> </w:t>
      </w:r>
      <w:r w:rsidRPr="00A448DF">
        <w:rPr>
          <w:sz w:val="24"/>
          <w:szCs w:val="24"/>
        </w:rPr>
        <w:t>и</w:t>
      </w:r>
      <w:r w:rsidRPr="00A448DF">
        <w:rPr>
          <w:spacing w:val="-2"/>
          <w:sz w:val="24"/>
          <w:szCs w:val="24"/>
        </w:rPr>
        <w:t xml:space="preserve"> </w:t>
      </w:r>
      <w:r w:rsidRPr="00A448DF">
        <w:rPr>
          <w:sz w:val="24"/>
          <w:szCs w:val="24"/>
        </w:rPr>
        <w:t>родителей:</w:t>
      </w:r>
      <w:r w:rsidRPr="00A448DF">
        <w:rPr>
          <w:spacing w:val="-1"/>
          <w:sz w:val="24"/>
          <w:szCs w:val="24"/>
        </w:rPr>
        <w:t xml:space="preserve"> </w:t>
      </w:r>
      <w:hyperlink r:id="rId9" w:history="1">
        <w:r w:rsidRPr="00A448DF">
          <w:rPr>
            <w:rStyle w:val="aff8"/>
            <w:sz w:val="24"/>
            <w:szCs w:val="24"/>
          </w:rPr>
          <w:t>https://rosuchebnik.ru/material/40-saytov-kotorye-oblegchat-rabotu-uchitelya/</w:t>
        </w:r>
      </w:hyperlink>
      <w:r w:rsidRPr="00A448DF">
        <w:rPr>
          <w:sz w:val="24"/>
          <w:szCs w:val="24"/>
        </w:rPr>
        <w:t xml:space="preserve"> </w:t>
      </w:r>
    </w:p>
    <w:p w:rsidR="008E78D0" w:rsidRPr="00A448DF" w:rsidRDefault="008E78D0" w:rsidP="00384DA7">
      <w:pPr>
        <w:pStyle w:val="TableParagraph"/>
        <w:numPr>
          <w:ilvl w:val="0"/>
          <w:numId w:val="36"/>
        </w:numPr>
        <w:ind w:left="567"/>
        <w:jc w:val="both"/>
        <w:rPr>
          <w:sz w:val="24"/>
          <w:szCs w:val="24"/>
        </w:rPr>
      </w:pPr>
      <w:r w:rsidRPr="00A448DF">
        <w:rPr>
          <w:sz w:val="24"/>
          <w:szCs w:val="24"/>
        </w:rPr>
        <w:t xml:space="preserve">Российская электронная школа: </w:t>
      </w:r>
      <w:hyperlink r:id="rId10" w:history="1">
        <w:r w:rsidRPr="00A448DF">
          <w:rPr>
            <w:rStyle w:val="aff8"/>
            <w:sz w:val="24"/>
            <w:szCs w:val="24"/>
          </w:rPr>
          <w:t>https://resh.edu.ru/</w:t>
        </w:r>
      </w:hyperlink>
      <w:r w:rsidRPr="00A448DF">
        <w:rPr>
          <w:spacing w:val="-57"/>
          <w:sz w:val="24"/>
          <w:szCs w:val="24"/>
        </w:rPr>
        <w:t xml:space="preserve"> </w:t>
      </w:r>
    </w:p>
    <w:p w:rsidR="008E78D0" w:rsidRPr="00A448DF" w:rsidRDefault="008E78D0" w:rsidP="00384DA7">
      <w:pPr>
        <w:pStyle w:val="TableParagraph"/>
        <w:numPr>
          <w:ilvl w:val="0"/>
          <w:numId w:val="36"/>
        </w:numPr>
        <w:ind w:left="567"/>
        <w:jc w:val="both"/>
        <w:rPr>
          <w:sz w:val="24"/>
          <w:szCs w:val="24"/>
        </w:rPr>
      </w:pPr>
      <w:r w:rsidRPr="00A448DF">
        <w:rPr>
          <w:sz w:val="24"/>
          <w:szCs w:val="24"/>
        </w:rPr>
        <w:t>Фоксфорд</w:t>
      </w:r>
      <w:r w:rsidRPr="00A448DF">
        <w:rPr>
          <w:spacing w:val="-1"/>
          <w:sz w:val="24"/>
          <w:szCs w:val="24"/>
        </w:rPr>
        <w:t xml:space="preserve"> </w:t>
      </w:r>
      <w:hyperlink r:id="rId11" w:history="1">
        <w:r w:rsidRPr="00A448DF">
          <w:rPr>
            <w:rStyle w:val="aff8"/>
            <w:sz w:val="24"/>
            <w:szCs w:val="24"/>
          </w:rPr>
          <w:t>https://foxford.ru/#</w:t>
        </w:r>
      </w:hyperlink>
      <w:r w:rsidRPr="00A448DF">
        <w:rPr>
          <w:sz w:val="24"/>
          <w:szCs w:val="24"/>
        </w:rPr>
        <w:t xml:space="preserve">! </w:t>
      </w:r>
    </w:p>
    <w:p w:rsidR="00384DA7" w:rsidRPr="00A448DF" w:rsidRDefault="00384DA7" w:rsidP="00384DA7">
      <w:pPr>
        <w:pStyle w:val="TableParagraph"/>
        <w:numPr>
          <w:ilvl w:val="0"/>
          <w:numId w:val="36"/>
        </w:numPr>
        <w:ind w:left="567"/>
        <w:jc w:val="both"/>
        <w:rPr>
          <w:sz w:val="24"/>
          <w:szCs w:val="24"/>
        </w:rPr>
      </w:pPr>
      <w:r w:rsidRPr="00A448DF">
        <w:rPr>
          <w:color w:val="000000"/>
          <w:w w:val="97"/>
          <w:sz w:val="24"/>
          <w:szCs w:val="24"/>
        </w:rPr>
        <w:t>Виртуальная экскурсия: мини-экскурсий</w:t>
      </w:r>
      <w:r w:rsidRPr="00A448DF">
        <w:t xml:space="preserve"> </w:t>
      </w:r>
      <w:hyperlink r:id="rId12" w:history="1">
        <w:r w:rsidRPr="00A448DF">
          <w:rPr>
            <w:rStyle w:val="aff8"/>
            <w:w w:val="97"/>
            <w:sz w:val="24"/>
            <w:szCs w:val="24"/>
          </w:rPr>
          <w:t>http://www.museum-arms.ru/</w:t>
        </w:r>
      </w:hyperlink>
      <w:r w:rsidRPr="00A448DF">
        <w:rPr>
          <w:color w:val="000000"/>
          <w:w w:val="97"/>
          <w:sz w:val="24"/>
          <w:szCs w:val="24"/>
        </w:rPr>
        <w:t xml:space="preserve"> </w:t>
      </w:r>
    </w:p>
    <w:p w:rsidR="008E78D0" w:rsidRPr="00A448DF" w:rsidRDefault="008E78D0" w:rsidP="008E78D0">
      <w:pPr>
        <w:pStyle w:val="TableParagraph"/>
        <w:ind w:firstLine="284"/>
        <w:jc w:val="both"/>
        <w:rPr>
          <w:sz w:val="24"/>
          <w:szCs w:val="24"/>
        </w:rPr>
      </w:pPr>
    </w:p>
    <w:p w:rsidR="008E78D0" w:rsidRPr="00A448DF" w:rsidRDefault="008E78D0" w:rsidP="00384DA7">
      <w:pPr>
        <w:pStyle w:val="TableParagraph"/>
        <w:ind w:firstLine="284"/>
        <w:jc w:val="center"/>
        <w:rPr>
          <w:b/>
          <w:sz w:val="24"/>
          <w:szCs w:val="24"/>
        </w:rPr>
      </w:pPr>
      <w:r w:rsidRPr="00A448DF">
        <w:rPr>
          <w:b/>
          <w:sz w:val="24"/>
          <w:szCs w:val="24"/>
        </w:rPr>
        <w:t>МАТЕРИАЛЬНО-ТЕХНИЧЕСКОЕ</w:t>
      </w:r>
      <w:r w:rsidRPr="00A448DF">
        <w:rPr>
          <w:b/>
          <w:spacing w:val="-6"/>
          <w:sz w:val="24"/>
          <w:szCs w:val="24"/>
        </w:rPr>
        <w:t xml:space="preserve"> </w:t>
      </w:r>
      <w:r w:rsidRPr="00A448DF">
        <w:rPr>
          <w:b/>
          <w:sz w:val="24"/>
          <w:szCs w:val="24"/>
        </w:rPr>
        <w:t>ОБЕСПЕЧЕНИЕ</w:t>
      </w:r>
      <w:r w:rsidRPr="00A448DF">
        <w:rPr>
          <w:b/>
          <w:spacing w:val="-6"/>
          <w:sz w:val="24"/>
          <w:szCs w:val="24"/>
        </w:rPr>
        <w:t xml:space="preserve"> </w:t>
      </w:r>
      <w:r w:rsidRPr="00A448DF">
        <w:rPr>
          <w:b/>
          <w:sz w:val="24"/>
          <w:szCs w:val="24"/>
        </w:rPr>
        <w:t>ОБРАЗОВАТЕЛЬНОГО</w:t>
      </w:r>
      <w:r w:rsidRPr="00A448DF">
        <w:rPr>
          <w:b/>
          <w:spacing w:val="-6"/>
          <w:sz w:val="24"/>
          <w:szCs w:val="24"/>
        </w:rPr>
        <w:t xml:space="preserve"> </w:t>
      </w:r>
      <w:r w:rsidRPr="00A448DF">
        <w:rPr>
          <w:b/>
          <w:sz w:val="24"/>
          <w:szCs w:val="24"/>
        </w:rPr>
        <w:t>ПРОЦЕССА</w:t>
      </w:r>
    </w:p>
    <w:p w:rsidR="008E78D0" w:rsidRPr="00A448DF" w:rsidRDefault="008E78D0" w:rsidP="008E78D0">
      <w:pPr>
        <w:pStyle w:val="TableParagraph"/>
        <w:ind w:firstLine="284"/>
        <w:jc w:val="both"/>
        <w:rPr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both"/>
        <w:rPr>
          <w:sz w:val="24"/>
          <w:szCs w:val="24"/>
        </w:rPr>
      </w:pPr>
      <w:r w:rsidRPr="00A448DF">
        <w:rPr>
          <w:sz w:val="24"/>
          <w:szCs w:val="24"/>
        </w:rPr>
        <w:t>УЧЕБНОЕ</w:t>
      </w:r>
      <w:r w:rsidRPr="00A448DF">
        <w:rPr>
          <w:spacing w:val="-7"/>
          <w:sz w:val="24"/>
          <w:szCs w:val="24"/>
        </w:rPr>
        <w:t xml:space="preserve"> </w:t>
      </w:r>
      <w:r w:rsidRPr="00A448DF">
        <w:rPr>
          <w:sz w:val="24"/>
          <w:szCs w:val="24"/>
        </w:rPr>
        <w:t>ОБОРУДОВАНИЕ</w:t>
      </w:r>
    </w:p>
    <w:p w:rsidR="008E78D0" w:rsidRPr="00A448DF" w:rsidRDefault="008E78D0" w:rsidP="005746AF">
      <w:pPr>
        <w:pStyle w:val="TableParagraph"/>
        <w:ind w:firstLine="284"/>
        <w:jc w:val="both"/>
        <w:rPr>
          <w:sz w:val="24"/>
          <w:szCs w:val="24"/>
        </w:rPr>
      </w:pPr>
      <w:r w:rsidRPr="00A448DF">
        <w:rPr>
          <w:sz w:val="24"/>
          <w:szCs w:val="24"/>
        </w:rPr>
        <w:t>Классная</w:t>
      </w:r>
      <w:r w:rsidRPr="00A448DF">
        <w:rPr>
          <w:spacing w:val="-4"/>
          <w:sz w:val="24"/>
          <w:szCs w:val="24"/>
        </w:rPr>
        <w:t xml:space="preserve"> </w:t>
      </w:r>
      <w:r w:rsidRPr="00A448DF">
        <w:rPr>
          <w:sz w:val="24"/>
          <w:szCs w:val="24"/>
        </w:rPr>
        <w:t>доска</w:t>
      </w:r>
      <w:r w:rsidRPr="00A448DF">
        <w:rPr>
          <w:spacing w:val="-2"/>
          <w:sz w:val="24"/>
          <w:szCs w:val="24"/>
        </w:rPr>
        <w:t xml:space="preserve"> </w:t>
      </w:r>
      <w:r w:rsidRPr="00A448DF">
        <w:rPr>
          <w:sz w:val="24"/>
          <w:szCs w:val="24"/>
        </w:rPr>
        <w:t>для</w:t>
      </w:r>
      <w:r w:rsidRPr="00A448DF">
        <w:rPr>
          <w:spacing w:val="-5"/>
          <w:sz w:val="24"/>
          <w:szCs w:val="24"/>
        </w:rPr>
        <w:t xml:space="preserve"> </w:t>
      </w:r>
      <w:r w:rsidRPr="00A448DF">
        <w:rPr>
          <w:sz w:val="24"/>
          <w:szCs w:val="24"/>
        </w:rPr>
        <w:t>демонстрации</w:t>
      </w:r>
      <w:r w:rsidRPr="00A448DF">
        <w:rPr>
          <w:spacing w:val="-2"/>
          <w:sz w:val="24"/>
          <w:szCs w:val="24"/>
        </w:rPr>
        <w:t xml:space="preserve"> </w:t>
      </w:r>
      <w:r w:rsidRPr="00A448DF">
        <w:rPr>
          <w:sz w:val="24"/>
          <w:szCs w:val="24"/>
        </w:rPr>
        <w:t>учебного</w:t>
      </w:r>
      <w:r w:rsidRPr="00A448DF">
        <w:rPr>
          <w:spacing w:val="-3"/>
          <w:sz w:val="24"/>
          <w:szCs w:val="24"/>
        </w:rPr>
        <w:t xml:space="preserve"> </w:t>
      </w:r>
      <w:r w:rsidR="005746AF" w:rsidRPr="00A448DF">
        <w:rPr>
          <w:sz w:val="24"/>
          <w:szCs w:val="24"/>
        </w:rPr>
        <w:t xml:space="preserve">материала, </w:t>
      </w:r>
      <w:r w:rsidR="005746AF" w:rsidRPr="00A448DF">
        <w:rPr>
          <w:spacing w:val="-47"/>
          <w:sz w:val="24"/>
          <w:szCs w:val="24"/>
        </w:rPr>
        <w:t>персональный</w:t>
      </w:r>
      <w:r w:rsidRPr="00A448DF">
        <w:rPr>
          <w:spacing w:val="2"/>
          <w:sz w:val="24"/>
          <w:szCs w:val="24"/>
        </w:rPr>
        <w:t xml:space="preserve"> </w:t>
      </w:r>
      <w:r w:rsidRPr="00A448DF">
        <w:rPr>
          <w:sz w:val="24"/>
          <w:szCs w:val="24"/>
        </w:rPr>
        <w:t>компьютер, мультимедийный</w:t>
      </w:r>
      <w:r w:rsidRPr="00A448DF">
        <w:rPr>
          <w:spacing w:val="-10"/>
          <w:sz w:val="24"/>
          <w:szCs w:val="24"/>
        </w:rPr>
        <w:t xml:space="preserve"> </w:t>
      </w:r>
      <w:r w:rsidRPr="00A448DF">
        <w:rPr>
          <w:sz w:val="24"/>
          <w:szCs w:val="24"/>
        </w:rPr>
        <w:t>проектор</w:t>
      </w:r>
      <w:r w:rsidRPr="00A448DF">
        <w:rPr>
          <w:spacing w:val="-47"/>
          <w:sz w:val="24"/>
          <w:szCs w:val="24"/>
        </w:rPr>
        <w:t xml:space="preserve"> ,</w:t>
      </w:r>
      <w:r w:rsidR="005746AF">
        <w:rPr>
          <w:spacing w:val="-47"/>
          <w:sz w:val="24"/>
          <w:szCs w:val="24"/>
        </w:rPr>
        <w:t xml:space="preserve"> </w:t>
      </w:r>
      <w:r w:rsidRPr="00A448DF">
        <w:rPr>
          <w:spacing w:val="-47"/>
          <w:sz w:val="24"/>
          <w:szCs w:val="24"/>
        </w:rPr>
        <w:t xml:space="preserve"> </w:t>
      </w:r>
      <w:r w:rsidRPr="00A448DF">
        <w:rPr>
          <w:sz w:val="24"/>
          <w:szCs w:val="24"/>
        </w:rPr>
        <w:t>экран, колонки.</w:t>
      </w:r>
    </w:p>
    <w:p w:rsidR="00384DA7" w:rsidRPr="00A448DF" w:rsidRDefault="00384DA7" w:rsidP="008E78D0">
      <w:pPr>
        <w:pStyle w:val="TableParagraph"/>
        <w:ind w:firstLine="284"/>
        <w:jc w:val="both"/>
        <w:rPr>
          <w:sz w:val="24"/>
          <w:szCs w:val="24"/>
        </w:rPr>
      </w:pPr>
    </w:p>
    <w:p w:rsidR="008E78D0" w:rsidRPr="00A448DF" w:rsidRDefault="008E78D0" w:rsidP="008E78D0">
      <w:pPr>
        <w:pStyle w:val="TableParagraph"/>
        <w:ind w:firstLine="284"/>
        <w:jc w:val="both"/>
        <w:rPr>
          <w:sz w:val="24"/>
          <w:szCs w:val="24"/>
        </w:rPr>
      </w:pPr>
      <w:r w:rsidRPr="00A448DF">
        <w:rPr>
          <w:sz w:val="24"/>
          <w:szCs w:val="24"/>
        </w:rPr>
        <w:t>ОБОРУДОВАНИЕ</w:t>
      </w:r>
      <w:r w:rsidRPr="00A448DF">
        <w:rPr>
          <w:spacing w:val="-4"/>
          <w:sz w:val="24"/>
          <w:szCs w:val="24"/>
        </w:rPr>
        <w:t xml:space="preserve"> </w:t>
      </w:r>
      <w:r w:rsidRPr="00A448DF">
        <w:rPr>
          <w:sz w:val="24"/>
          <w:szCs w:val="24"/>
        </w:rPr>
        <w:t>ДЛЯ</w:t>
      </w:r>
      <w:r w:rsidRPr="00A448DF">
        <w:rPr>
          <w:spacing w:val="-6"/>
          <w:sz w:val="24"/>
          <w:szCs w:val="24"/>
        </w:rPr>
        <w:t xml:space="preserve"> </w:t>
      </w:r>
      <w:r w:rsidRPr="00A448DF">
        <w:rPr>
          <w:sz w:val="24"/>
          <w:szCs w:val="24"/>
        </w:rPr>
        <w:t>ПРОВЕДЕНИЯ</w:t>
      </w:r>
      <w:r w:rsidRPr="00A448DF">
        <w:rPr>
          <w:spacing w:val="-7"/>
          <w:sz w:val="24"/>
          <w:szCs w:val="24"/>
        </w:rPr>
        <w:t xml:space="preserve"> </w:t>
      </w:r>
      <w:r w:rsidRPr="00A448DF">
        <w:rPr>
          <w:sz w:val="24"/>
          <w:szCs w:val="24"/>
        </w:rPr>
        <w:t>ПРАКТИЧЕСКИХ</w:t>
      </w:r>
      <w:r w:rsidRPr="00A448DF">
        <w:rPr>
          <w:spacing w:val="-3"/>
          <w:sz w:val="24"/>
          <w:szCs w:val="24"/>
        </w:rPr>
        <w:t xml:space="preserve"> </w:t>
      </w:r>
      <w:r w:rsidRPr="00A448DF">
        <w:rPr>
          <w:sz w:val="24"/>
          <w:szCs w:val="24"/>
        </w:rPr>
        <w:t>РАБОТ</w:t>
      </w:r>
    </w:p>
    <w:p w:rsidR="008E78D0" w:rsidRPr="00A448DF" w:rsidRDefault="008E78D0" w:rsidP="008E78D0">
      <w:pPr>
        <w:pStyle w:val="TableParagraph"/>
        <w:ind w:firstLine="284"/>
        <w:jc w:val="both"/>
        <w:rPr>
          <w:sz w:val="24"/>
          <w:szCs w:val="24"/>
        </w:rPr>
      </w:pPr>
      <w:r w:rsidRPr="00A448DF">
        <w:rPr>
          <w:sz w:val="24"/>
          <w:szCs w:val="24"/>
        </w:rPr>
        <w:t>Парта,</w:t>
      </w:r>
      <w:r w:rsidRPr="00A448DF">
        <w:rPr>
          <w:spacing w:val="1"/>
          <w:sz w:val="24"/>
          <w:szCs w:val="24"/>
        </w:rPr>
        <w:t xml:space="preserve"> </w:t>
      </w:r>
      <w:r w:rsidRPr="00A448DF">
        <w:rPr>
          <w:spacing w:val="-1"/>
          <w:sz w:val="24"/>
          <w:szCs w:val="24"/>
        </w:rPr>
        <w:t>клеенка,</w:t>
      </w:r>
      <w:r w:rsidRPr="00A448DF">
        <w:rPr>
          <w:sz w:val="24"/>
          <w:szCs w:val="24"/>
        </w:rPr>
        <w:t xml:space="preserve"> краски,</w:t>
      </w:r>
      <w:r w:rsidRPr="00A448DF">
        <w:rPr>
          <w:spacing w:val="-4"/>
          <w:sz w:val="24"/>
          <w:szCs w:val="24"/>
        </w:rPr>
        <w:t xml:space="preserve"> </w:t>
      </w:r>
      <w:r w:rsidRPr="00A448DF">
        <w:rPr>
          <w:sz w:val="24"/>
          <w:szCs w:val="24"/>
        </w:rPr>
        <w:t>гуашь, палитра,</w:t>
      </w:r>
      <w:r w:rsidRPr="00A448DF">
        <w:rPr>
          <w:spacing w:val="-3"/>
          <w:sz w:val="24"/>
          <w:szCs w:val="24"/>
        </w:rPr>
        <w:t xml:space="preserve"> </w:t>
      </w:r>
      <w:r w:rsidRPr="00A448DF">
        <w:rPr>
          <w:sz w:val="24"/>
          <w:szCs w:val="24"/>
        </w:rPr>
        <w:t>цветные</w:t>
      </w:r>
      <w:r w:rsidRPr="00A448DF">
        <w:rPr>
          <w:spacing w:val="-3"/>
          <w:sz w:val="24"/>
          <w:szCs w:val="24"/>
        </w:rPr>
        <w:t xml:space="preserve"> </w:t>
      </w:r>
      <w:r w:rsidRPr="00A448DF">
        <w:rPr>
          <w:sz w:val="24"/>
          <w:szCs w:val="24"/>
        </w:rPr>
        <w:t>карандаши,</w:t>
      </w:r>
      <w:r w:rsidRPr="00A448DF">
        <w:rPr>
          <w:spacing w:val="-2"/>
          <w:sz w:val="24"/>
          <w:szCs w:val="24"/>
        </w:rPr>
        <w:t xml:space="preserve"> </w:t>
      </w:r>
      <w:r w:rsidRPr="00A448DF">
        <w:rPr>
          <w:sz w:val="24"/>
          <w:szCs w:val="24"/>
        </w:rPr>
        <w:t>простой</w:t>
      </w:r>
      <w:r w:rsidRPr="00A448DF">
        <w:rPr>
          <w:spacing w:val="-5"/>
          <w:sz w:val="24"/>
          <w:szCs w:val="24"/>
        </w:rPr>
        <w:t xml:space="preserve"> </w:t>
      </w:r>
      <w:r w:rsidRPr="00A448DF">
        <w:rPr>
          <w:sz w:val="24"/>
          <w:szCs w:val="24"/>
        </w:rPr>
        <w:t>карандаш,</w:t>
      </w:r>
      <w:r w:rsidRPr="00A448DF">
        <w:rPr>
          <w:spacing w:val="-3"/>
          <w:sz w:val="24"/>
          <w:szCs w:val="24"/>
        </w:rPr>
        <w:t xml:space="preserve"> </w:t>
      </w:r>
      <w:r w:rsidRPr="00A448DF">
        <w:rPr>
          <w:sz w:val="24"/>
          <w:szCs w:val="24"/>
        </w:rPr>
        <w:t>ластик,</w:t>
      </w:r>
      <w:r w:rsidRPr="00A448DF">
        <w:rPr>
          <w:spacing w:val="-4"/>
          <w:sz w:val="24"/>
          <w:szCs w:val="24"/>
        </w:rPr>
        <w:t xml:space="preserve"> </w:t>
      </w:r>
      <w:r w:rsidRPr="00A448DF">
        <w:rPr>
          <w:sz w:val="24"/>
          <w:szCs w:val="24"/>
        </w:rPr>
        <w:t>кисточки,</w:t>
      </w:r>
      <w:r w:rsidRPr="00A448DF">
        <w:rPr>
          <w:spacing w:val="3"/>
          <w:sz w:val="24"/>
          <w:szCs w:val="24"/>
        </w:rPr>
        <w:t xml:space="preserve"> </w:t>
      </w:r>
      <w:r w:rsidRPr="00A448DF">
        <w:rPr>
          <w:sz w:val="24"/>
          <w:szCs w:val="24"/>
        </w:rPr>
        <w:t>различной</w:t>
      </w:r>
      <w:r w:rsidRPr="00A448DF">
        <w:rPr>
          <w:spacing w:val="-5"/>
          <w:sz w:val="24"/>
          <w:szCs w:val="24"/>
        </w:rPr>
        <w:t xml:space="preserve"> </w:t>
      </w:r>
      <w:r w:rsidRPr="00A448DF">
        <w:rPr>
          <w:sz w:val="24"/>
          <w:szCs w:val="24"/>
        </w:rPr>
        <w:t>толщины,</w:t>
      </w:r>
      <w:r w:rsidRPr="00A448DF">
        <w:rPr>
          <w:spacing w:val="-2"/>
          <w:sz w:val="24"/>
          <w:szCs w:val="24"/>
        </w:rPr>
        <w:t xml:space="preserve"> </w:t>
      </w:r>
      <w:r w:rsidRPr="00A448DF">
        <w:rPr>
          <w:sz w:val="24"/>
          <w:szCs w:val="24"/>
        </w:rPr>
        <w:t>баночка</w:t>
      </w:r>
      <w:r w:rsidRPr="00A448DF">
        <w:rPr>
          <w:spacing w:val="-4"/>
          <w:sz w:val="24"/>
          <w:szCs w:val="24"/>
        </w:rPr>
        <w:t xml:space="preserve"> </w:t>
      </w:r>
      <w:r w:rsidRPr="00A448DF">
        <w:rPr>
          <w:sz w:val="24"/>
          <w:szCs w:val="24"/>
        </w:rPr>
        <w:t>для</w:t>
      </w:r>
      <w:r w:rsidRPr="00A448DF">
        <w:rPr>
          <w:spacing w:val="-2"/>
          <w:sz w:val="24"/>
          <w:szCs w:val="24"/>
        </w:rPr>
        <w:t xml:space="preserve"> </w:t>
      </w:r>
      <w:r w:rsidRPr="00A448DF">
        <w:rPr>
          <w:sz w:val="24"/>
          <w:szCs w:val="24"/>
        </w:rPr>
        <w:t>воды,</w:t>
      </w:r>
      <w:r w:rsidRPr="00A448DF">
        <w:rPr>
          <w:spacing w:val="-47"/>
          <w:sz w:val="24"/>
          <w:szCs w:val="24"/>
        </w:rPr>
        <w:t xml:space="preserve"> </w:t>
      </w:r>
      <w:r w:rsidRPr="00A448DF">
        <w:rPr>
          <w:sz w:val="24"/>
          <w:szCs w:val="24"/>
        </w:rPr>
        <w:t>альбом</w:t>
      </w:r>
      <w:r w:rsidR="00384DA7" w:rsidRPr="00A448DF">
        <w:rPr>
          <w:sz w:val="24"/>
          <w:szCs w:val="24"/>
        </w:rPr>
        <w:t>, ножницы, линейка, клей.</w:t>
      </w:r>
    </w:p>
    <w:p w:rsidR="001416B6" w:rsidRPr="00A448DF" w:rsidRDefault="001416B6" w:rsidP="00632ECA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7FDF7"/>
          <w:lang w:val="ru-RU"/>
        </w:rPr>
      </w:pPr>
    </w:p>
    <w:p w:rsidR="00A448DF" w:rsidRPr="00494391" w:rsidRDefault="001416B6" w:rsidP="005746AF">
      <w:pPr>
        <w:pStyle w:val="1"/>
        <w:tabs>
          <w:tab w:val="left" w:pos="720"/>
          <w:tab w:val="left" w:pos="7056"/>
        </w:tabs>
        <w:spacing w:after="126"/>
        <w:ind w:left="1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448DF">
        <w:rPr>
          <w:rFonts w:ascii="Times New Roman" w:hAnsi="Times New Roman" w:cs="Times New Roman"/>
          <w:sz w:val="20"/>
          <w:szCs w:val="20"/>
          <w:lang w:val="ru-RU"/>
        </w:rPr>
        <w:tab/>
      </w:r>
      <w:r w:rsidR="005746AF">
        <w:rPr>
          <w:rFonts w:ascii="Times New Roman" w:hAnsi="Times New Roman" w:cs="Times New Roman"/>
          <w:sz w:val="20"/>
          <w:szCs w:val="20"/>
          <w:lang w:val="ru-RU"/>
        </w:rPr>
        <w:tab/>
      </w:r>
      <w:r w:rsidR="005746AF" w:rsidRPr="00494391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ПРИЛОЖЕНИЕ №1</w:t>
      </w:r>
    </w:p>
    <w:p w:rsidR="00A448DF" w:rsidRPr="00885F8E" w:rsidRDefault="005746AF" w:rsidP="005746AF">
      <w:pPr>
        <w:tabs>
          <w:tab w:val="left" w:pos="7056"/>
        </w:tabs>
        <w:rPr>
          <w:rFonts w:ascii="Times New Roman" w:hAnsi="Times New Roman" w:cs="Times New Roman"/>
          <w:lang w:val="ru-RU"/>
        </w:rPr>
        <w:sectPr w:rsidR="00A448DF" w:rsidRPr="00885F8E">
          <w:pgSz w:w="11900" w:h="16840"/>
          <w:pgMar w:top="576" w:right="684" w:bottom="578" w:left="666" w:header="720" w:footer="720" w:gutter="0"/>
          <w:cols w:space="720"/>
        </w:sectPr>
      </w:pPr>
      <w:r w:rsidRPr="00885F8E">
        <w:rPr>
          <w:rFonts w:ascii="Times New Roman" w:hAnsi="Times New Roman" w:cs="Times New Roman"/>
          <w:lang w:val="ru-RU"/>
        </w:rPr>
        <w:tab/>
      </w:r>
    </w:p>
    <w:p w:rsidR="00A448DF" w:rsidRPr="005746AF" w:rsidRDefault="00A448DF" w:rsidP="00A448DF">
      <w:pPr>
        <w:keepNext/>
        <w:keepLines/>
        <w:spacing w:after="0" w:line="259" w:lineRule="auto"/>
        <w:ind w:right="2096"/>
        <w:jc w:val="center"/>
        <w:outlineLvl w:val="0"/>
        <w:rPr>
          <w:rFonts w:ascii="Times New Roman" w:hAnsi="Times New Roman" w:cs="Times New Roman"/>
          <w:b/>
          <w:lang w:val="ru-RU"/>
        </w:rPr>
      </w:pPr>
      <w:r w:rsidRPr="005746AF">
        <w:rPr>
          <w:rFonts w:ascii="Times New Roman" w:hAnsi="Times New Roman" w:cs="Times New Roman"/>
          <w:b/>
          <w:lang w:val="ru-RU"/>
        </w:rPr>
        <w:lastRenderedPageBreak/>
        <w:t xml:space="preserve">Оценочные материал по ИЗО 5-7 классы ФГОС Критерии оценивания </w:t>
      </w:r>
    </w:p>
    <w:tbl>
      <w:tblPr>
        <w:tblStyle w:val="TableGrid"/>
        <w:tblW w:w="10567" w:type="dxa"/>
        <w:tblInd w:w="0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83"/>
        <w:gridCol w:w="5284"/>
      </w:tblGrid>
      <w:tr w:rsidR="00A448DF" w:rsidRPr="00A448DF" w:rsidTr="00246639">
        <w:trPr>
          <w:trHeight w:val="288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Оценка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Количество правильных ответов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«отлично»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7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9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«хорошо»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7-8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5-6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«неудовлетворительно»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1-4 </w:t>
            </w:r>
          </w:p>
        </w:tc>
      </w:tr>
    </w:tbl>
    <w:p w:rsidR="00A448DF" w:rsidRPr="00A448DF" w:rsidRDefault="00A448DF" w:rsidP="00A448DF">
      <w:pPr>
        <w:spacing w:after="31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 </w:t>
      </w:r>
    </w:p>
    <w:p w:rsidR="00A448DF" w:rsidRPr="00A448DF" w:rsidRDefault="00A448DF" w:rsidP="00A448DF">
      <w:pPr>
        <w:spacing w:after="17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i/>
          <w:lang w:val="ru-RU"/>
        </w:rPr>
        <w:t xml:space="preserve">Критерии оценивания детских работ по творческому заданию следующие: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"отлично"</w:t>
      </w:r>
      <w:r w:rsidRPr="00A448DF">
        <w:rPr>
          <w:rFonts w:ascii="Times New Roman" w:hAnsi="Times New Roman" w:cs="Times New Roman"/>
          <w:lang w:val="ru-RU"/>
        </w:rPr>
        <w:t xml:space="preserve"> -  работа выполнена в соответствии вышеназванным требованиям, в ней раскрыта  поставленная проблема, сформулированы выводы, имеющие теоретическую  и, – или практическую направленность для современного общества.                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"хорошо"</w:t>
      </w:r>
      <w:r w:rsidRPr="00A448DF">
        <w:rPr>
          <w:rFonts w:ascii="Times New Roman" w:hAnsi="Times New Roman" w:cs="Times New Roman"/>
          <w:lang w:val="ru-RU"/>
        </w:rPr>
        <w:t xml:space="preserve">  - работа выполнена в соответствии вышеназванным требованиям, в ней раскрыта  поставленная проблема, однако, выводы сформулированы не четко, не достаточно раскрыто  теоретическое  и, – или практическое значение выполненной работы.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"удовлетворительно"-</w:t>
      </w:r>
      <w:r w:rsidRPr="00A448DF">
        <w:rPr>
          <w:rFonts w:ascii="Times New Roman" w:hAnsi="Times New Roman" w:cs="Times New Roman"/>
          <w:lang w:val="ru-RU"/>
        </w:rPr>
        <w:t xml:space="preserve"> работа выполнена в соответствии вышеназванным требованиям, в ней не достаточно четко сформулирована проблема,  выводы сформулированы не четко, не достаточно раскрыто ее теоретическое  и, – или практическое значение.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"неудовлетворительно"- работа не выполнена в соответствии с вышеназванными требованиями </w:t>
      </w:r>
    </w:p>
    <w:p w:rsidR="00A448DF" w:rsidRPr="00A448DF" w:rsidRDefault="00A448DF" w:rsidP="00A448DF">
      <w:pPr>
        <w:spacing w:after="5" w:line="271" w:lineRule="auto"/>
        <w:ind w:right="4100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Оценочные материалы (КИМ+критерии оценивания) КИМ №1—5класс  Входная диагностика </w:t>
      </w:r>
      <w:r w:rsidRPr="00A448DF">
        <w:rPr>
          <w:rFonts w:ascii="Times New Roman" w:hAnsi="Times New Roman" w:cs="Times New Roman"/>
          <w:lang w:val="ru-RU"/>
        </w:rPr>
        <w:t xml:space="preserve"> </w:t>
      </w:r>
    </w:p>
    <w:p w:rsidR="00A448DF" w:rsidRPr="00A448DF" w:rsidRDefault="00A448DF" w:rsidP="00A448DF">
      <w:pPr>
        <w:spacing w:after="143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Вопрос № 1 </w:t>
      </w:r>
      <w:r w:rsidRPr="00A448DF">
        <w:rPr>
          <w:rFonts w:ascii="Times New Roman" w:hAnsi="Times New Roman" w:cs="Times New Roman"/>
          <w:lang w:val="ru-RU"/>
        </w:rPr>
        <w:t xml:space="preserve">Узор из повторяющихся элементов. </w:t>
      </w:r>
    </w:p>
    <w:p w:rsidR="00A448DF" w:rsidRPr="00A448DF" w:rsidRDefault="00A448DF" w:rsidP="00A448DF">
      <w:pPr>
        <w:spacing w:after="5" w:line="392" w:lineRule="auto"/>
        <w:ind w:right="8331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7ABBAC94" wp14:editId="0CD8A4CD">
                <wp:simplePos x="0" y="0"/>
                <wp:positionH relativeFrom="column">
                  <wp:posOffset>69342</wp:posOffset>
                </wp:positionH>
                <wp:positionV relativeFrom="paragraph">
                  <wp:posOffset>-118806</wp:posOffset>
                </wp:positionV>
                <wp:extent cx="257810" cy="751205"/>
                <wp:effectExtent l="0" t="0" r="0" b="0"/>
                <wp:wrapSquare wrapText="bothSides"/>
                <wp:docPr id="37637" name="Group 37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751205"/>
                          <a:chOff x="0" y="0"/>
                          <a:chExt cx="257810" cy="751205"/>
                        </a:xfrm>
                      </wpg:grpSpPr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Picture 17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26225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Picture 18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52260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7FF5CA" id="Group 37637" o:spid="_x0000_s1026" style="position:absolute;margin-left:5.45pt;margin-top:-9.35pt;width:20.3pt;height:59.15pt;z-index:251645952" coordsize="2578,7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2" o:spid="_x0000_s1027" type="#_x0000_t75" style="position:absolute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">
                  <v:imagedata r:id="rId14" o:title=""/>
                </v:shape>
                <v:shape id="Picture 177" o:spid="_x0000_s1028" type="#_x0000_t75" style="position:absolute;top:2622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">
                  <v:imagedata r:id="rId14" o:title=""/>
                </v:shape>
                <v:shape id="Picture 183" o:spid="_x0000_s1029" type="#_x0000_t75" style="position:absolute;top:5226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">
                  <v:imagedata r:id="rId14" o:title=""/>
                </v:shape>
                <w10:wrap type="square"/>
              </v:group>
            </w:pict>
          </mc:Fallback>
        </mc:AlternateContent>
      </w:r>
      <w:r w:rsidRPr="00A448DF">
        <w:rPr>
          <w:rFonts w:ascii="Times New Roman" w:hAnsi="Times New Roman" w:cs="Times New Roman"/>
          <w:lang w:val="ru-RU"/>
        </w:rPr>
        <w:t xml:space="preserve"> картина  орнамент  вышивка </w:t>
      </w:r>
    </w:p>
    <w:p w:rsidR="00A448DF" w:rsidRPr="00A448DF" w:rsidRDefault="00A448DF" w:rsidP="00A448DF">
      <w:pPr>
        <w:spacing w:after="144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Вопрос № 2 </w:t>
      </w:r>
      <w:r w:rsidRPr="00A448DF">
        <w:rPr>
          <w:rFonts w:ascii="Times New Roman" w:hAnsi="Times New Roman" w:cs="Times New Roman"/>
          <w:lang w:val="ru-RU"/>
        </w:rPr>
        <w:t xml:space="preserve">Крупнейший художественный музей Санкт-Петербурга: </w:t>
      </w:r>
    </w:p>
    <w:p w:rsidR="00A448DF" w:rsidRPr="00A448DF" w:rsidRDefault="00A448DF" w:rsidP="00A448DF">
      <w:pPr>
        <w:spacing w:after="147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6E3709D6" wp14:editId="50814DE1">
                <wp:simplePos x="0" y="0"/>
                <wp:positionH relativeFrom="column">
                  <wp:posOffset>69342</wp:posOffset>
                </wp:positionH>
                <wp:positionV relativeFrom="paragraph">
                  <wp:posOffset>-119253</wp:posOffset>
                </wp:positionV>
                <wp:extent cx="257810" cy="751205"/>
                <wp:effectExtent l="0" t="0" r="0" b="0"/>
                <wp:wrapSquare wrapText="bothSides"/>
                <wp:docPr id="37638" name="Group 37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751205"/>
                          <a:chOff x="0" y="0"/>
                          <a:chExt cx="257810" cy="751205"/>
                        </a:xfrm>
                      </wpg:grpSpPr>
                      <pic:pic xmlns:pic="http://schemas.openxmlformats.org/drawingml/2006/picture">
                        <pic:nvPicPr>
                          <pic:cNvPr id="194" name="Picture 19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Picture 19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26225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Picture 20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52260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29868F" id="Group 37638" o:spid="_x0000_s1026" style="position:absolute;margin-left:5.45pt;margin-top:-9.4pt;width:20.3pt;height:59.15pt;z-index:251648000" coordsize="2578,7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">
                <v:shape id="Picture 194" o:spid="_x0000_s1027" type="#_x0000_t75" style="position:absolute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">
                  <v:imagedata r:id="rId14" o:title=""/>
                </v:shape>
                <v:shape id="Picture 199" o:spid="_x0000_s1028" type="#_x0000_t75" style="position:absolute;top:2622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">
                  <v:imagedata r:id="rId14" o:title=""/>
                </v:shape>
                <v:shape id="Picture 204" o:spid="_x0000_s1029" type="#_x0000_t75" style="position:absolute;top:5226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">
                  <v:imagedata r:id="rId14" o:title=""/>
                </v:shape>
                <w10:wrap type="square"/>
              </v:group>
            </w:pict>
          </mc:Fallback>
        </mc:AlternateContent>
      </w:r>
      <w:r w:rsidRPr="00A448DF">
        <w:rPr>
          <w:rFonts w:ascii="Times New Roman" w:hAnsi="Times New Roman" w:cs="Times New Roman"/>
          <w:lang w:val="ru-RU"/>
        </w:rPr>
        <w:t xml:space="preserve"> Эрмитаж </w:t>
      </w:r>
    </w:p>
    <w:p w:rsidR="00A448DF" w:rsidRPr="00A448DF" w:rsidRDefault="00A448DF" w:rsidP="00A448DF">
      <w:pPr>
        <w:spacing w:after="138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Третьяковская галерея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Лувр </w:t>
      </w:r>
    </w:p>
    <w:p w:rsidR="00A448DF" w:rsidRPr="00A448DF" w:rsidRDefault="00A448DF" w:rsidP="00A448DF">
      <w:pPr>
        <w:spacing w:after="144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Вопрос № 3 </w:t>
      </w:r>
      <w:r w:rsidRPr="00A448DF">
        <w:rPr>
          <w:rFonts w:ascii="Times New Roman" w:hAnsi="Times New Roman" w:cs="Times New Roman"/>
          <w:lang w:val="ru-RU"/>
        </w:rPr>
        <w:t xml:space="preserve">Пирамиды - архитектурная достопримечательность... </w:t>
      </w:r>
    </w:p>
    <w:p w:rsidR="00A448DF" w:rsidRPr="00A448DF" w:rsidRDefault="00A448DF" w:rsidP="00A448DF">
      <w:pPr>
        <w:spacing w:after="143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0B958363" wp14:editId="01DE2DDB">
                <wp:simplePos x="0" y="0"/>
                <wp:positionH relativeFrom="column">
                  <wp:posOffset>69342</wp:posOffset>
                </wp:positionH>
                <wp:positionV relativeFrom="paragraph">
                  <wp:posOffset>-119487</wp:posOffset>
                </wp:positionV>
                <wp:extent cx="257810" cy="751205"/>
                <wp:effectExtent l="0" t="0" r="0" b="0"/>
                <wp:wrapSquare wrapText="bothSides"/>
                <wp:docPr id="37639" name="Group 37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751205"/>
                          <a:chOff x="0" y="0"/>
                          <a:chExt cx="257810" cy="751205"/>
                        </a:xfrm>
                      </wpg:grpSpPr>
                      <pic:pic xmlns:pic="http://schemas.openxmlformats.org/drawingml/2006/picture">
                        <pic:nvPicPr>
                          <pic:cNvPr id="217" name="Picture 21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" name="Picture 22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26225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7" name="Picture 22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52260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DDD3A5" id="Group 37639" o:spid="_x0000_s1026" style="position:absolute;margin-left:5.45pt;margin-top:-9.4pt;width:20.3pt;height:59.15pt;z-index:251650048" coordsize="2578,7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">
                <v:shape id="Picture 217" o:spid="_x0000_s1027" type="#_x0000_t75" style="position:absolute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">
                  <v:imagedata r:id="rId14" o:title=""/>
                </v:shape>
                <v:shape id="Picture 222" o:spid="_x0000_s1028" type="#_x0000_t75" style="position:absolute;top:2622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">
                  <v:imagedata r:id="rId14" o:title=""/>
                </v:shape>
                <v:shape id="Picture 227" o:spid="_x0000_s1029" type="#_x0000_t75" style="position:absolute;top:5226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">
                  <v:imagedata r:id="rId14" o:title=""/>
                </v:shape>
                <w10:wrap type="square"/>
              </v:group>
            </w:pict>
          </mc:Fallback>
        </mc:AlternateContent>
      </w:r>
      <w:r w:rsidRPr="00A448DF">
        <w:rPr>
          <w:rFonts w:ascii="Times New Roman" w:hAnsi="Times New Roman" w:cs="Times New Roman"/>
          <w:lang w:val="ru-RU"/>
        </w:rPr>
        <w:t xml:space="preserve"> Франции </w:t>
      </w:r>
    </w:p>
    <w:p w:rsidR="00A448DF" w:rsidRPr="00A448DF" w:rsidRDefault="00A448DF" w:rsidP="00A448DF">
      <w:pPr>
        <w:spacing w:after="140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Италии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Египта </w:t>
      </w:r>
    </w:p>
    <w:p w:rsidR="00A448DF" w:rsidRPr="00A448DF" w:rsidRDefault="00A448DF" w:rsidP="00A448DF">
      <w:pPr>
        <w:spacing w:after="143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Вопрос № 4 </w:t>
      </w:r>
      <w:r w:rsidRPr="00A448DF">
        <w:rPr>
          <w:rFonts w:ascii="Times New Roman" w:hAnsi="Times New Roman" w:cs="Times New Roman"/>
          <w:lang w:val="ru-RU"/>
        </w:rPr>
        <w:t xml:space="preserve">Вид изобразительного искусства, художественным средством которого является цвет - это... </w:t>
      </w:r>
    </w:p>
    <w:p w:rsidR="00A448DF" w:rsidRPr="00A448DF" w:rsidRDefault="00A448DF" w:rsidP="00A448DF">
      <w:pPr>
        <w:spacing w:after="5" w:line="392" w:lineRule="auto"/>
        <w:ind w:right="7958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4391E993" wp14:editId="4FBA7D07">
                <wp:simplePos x="0" y="0"/>
                <wp:positionH relativeFrom="column">
                  <wp:posOffset>69342</wp:posOffset>
                </wp:positionH>
                <wp:positionV relativeFrom="paragraph">
                  <wp:posOffset>-120297</wp:posOffset>
                </wp:positionV>
                <wp:extent cx="257810" cy="751205"/>
                <wp:effectExtent l="0" t="0" r="0" b="0"/>
                <wp:wrapSquare wrapText="bothSides"/>
                <wp:docPr id="37643" name="Group 37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751205"/>
                          <a:chOff x="0" y="0"/>
                          <a:chExt cx="257810" cy="751205"/>
                        </a:xfrm>
                      </wpg:grpSpPr>
                      <pic:pic xmlns:pic="http://schemas.openxmlformats.org/drawingml/2006/picture">
                        <pic:nvPicPr>
                          <pic:cNvPr id="241" name="Picture 24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" name="Picture 24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26035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1" name="Picture 25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52260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B0CE94" id="Group 37643" o:spid="_x0000_s1026" style="position:absolute;margin-left:5.45pt;margin-top:-9.45pt;width:20.3pt;height:59.15pt;z-index:251652096" coordsize="2578,7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">
                <v:shape id="Picture 241" o:spid="_x0000_s1027" type="#_x0000_t75" style="position:absolute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">
                  <v:imagedata r:id="rId14" o:title=""/>
                </v:shape>
                <v:shape id="Picture 246" o:spid="_x0000_s1028" type="#_x0000_t75" style="position:absolute;top:2603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">
                  <v:imagedata r:id="rId14" o:title=""/>
                </v:shape>
                <v:shape id="Picture 251" o:spid="_x0000_s1029" type="#_x0000_t75" style="position:absolute;top:5226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">
                  <v:imagedata r:id="rId14" o:title=""/>
                </v:shape>
                <w10:wrap type="square"/>
              </v:group>
            </w:pict>
          </mc:Fallback>
        </mc:AlternateContent>
      </w:r>
      <w:r w:rsidRPr="00A448DF">
        <w:rPr>
          <w:rFonts w:ascii="Times New Roman" w:hAnsi="Times New Roman" w:cs="Times New Roman"/>
          <w:lang w:val="ru-RU"/>
        </w:rPr>
        <w:t xml:space="preserve"> архитектура  живопись  скульптура </w:t>
      </w:r>
    </w:p>
    <w:p w:rsidR="00A448DF" w:rsidRPr="00A448DF" w:rsidRDefault="00A448DF" w:rsidP="00A448DF">
      <w:pPr>
        <w:spacing w:after="144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Вопрос № 5 </w:t>
      </w:r>
      <w:r w:rsidRPr="00A448DF">
        <w:rPr>
          <w:rFonts w:ascii="Times New Roman" w:hAnsi="Times New Roman" w:cs="Times New Roman"/>
          <w:lang w:val="ru-RU"/>
        </w:rPr>
        <w:t xml:space="preserve">Художественные изделия из обожженной глины: </w:t>
      </w:r>
    </w:p>
    <w:p w:rsidR="00A448DF" w:rsidRPr="00A448DF" w:rsidRDefault="00A448DF" w:rsidP="00A448DF">
      <w:pPr>
        <w:spacing w:after="5" w:line="390" w:lineRule="auto"/>
        <w:ind w:right="8711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405B511B" wp14:editId="0A43514D">
                <wp:simplePos x="0" y="0"/>
                <wp:positionH relativeFrom="column">
                  <wp:posOffset>69342</wp:posOffset>
                </wp:positionH>
                <wp:positionV relativeFrom="paragraph">
                  <wp:posOffset>-119392</wp:posOffset>
                </wp:positionV>
                <wp:extent cx="257810" cy="751205"/>
                <wp:effectExtent l="0" t="0" r="0" b="0"/>
                <wp:wrapSquare wrapText="bothSides"/>
                <wp:docPr id="37644" name="Group 37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751205"/>
                          <a:chOff x="0" y="0"/>
                          <a:chExt cx="257810" cy="751205"/>
                        </a:xfrm>
                      </wpg:grpSpPr>
                      <pic:pic xmlns:pic="http://schemas.openxmlformats.org/drawingml/2006/picture">
                        <pic:nvPicPr>
                          <pic:cNvPr id="260" name="Picture 26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Picture 26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26035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Picture 27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52260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DE52FD" id="Group 37644" o:spid="_x0000_s1026" style="position:absolute;margin-left:5.45pt;margin-top:-9.4pt;width:20.3pt;height:59.15pt;z-index:251654144" coordsize="2578,7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">
                <v:shape id="Picture 260" o:spid="_x0000_s1027" type="#_x0000_t75" style="position:absolute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">
                  <v:imagedata r:id="rId14" o:title=""/>
                </v:shape>
                <v:shape id="Picture 265" o:spid="_x0000_s1028" type="#_x0000_t75" style="position:absolute;top:2603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">
                  <v:imagedata r:id="rId14" o:title=""/>
                </v:shape>
                <v:shape id="Picture 270" o:spid="_x0000_s1029" type="#_x0000_t75" style="position:absolute;top:5226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">
                  <v:imagedata r:id="rId14" o:title=""/>
                </v:shape>
                <w10:wrap type="square"/>
              </v:group>
            </w:pict>
          </mc:Fallback>
        </mc:AlternateContent>
      </w:r>
      <w:r w:rsidRPr="00A448DF">
        <w:rPr>
          <w:rFonts w:ascii="Times New Roman" w:hAnsi="Times New Roman" w:cs="Times New Roman"/>
          <w:lang w:val="ru-RU"/>
        </w:rPr>
        <w:t xml:space="preserve"> чеканка  фарфор  офорт </w:t>
      </w:r>
    </w:p>
    <w:p w:rsidR="00A448DF" w:rsidRPr="00A448DF" w:rsidRDefault="00A448DF" w:rsidP="00A448DF">
      <w:pPr>
        <w:spacing w:after="14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Вопрос № 6 </w:t>
      </w:r>
      <w:r w:rsidRPr="00A448DF">
        <w:rPr>
          <w:rFonts w:ascii="Times New Roman" w:hAnsi="Times New Roman" w:cs="Times New Roman"/>
          <w:lang w:val="ru-RU"/>
        </w:rPr>
        <w:t xml:space="preserve">Автор картины "Утро в сосновом лесу» </w:t>
      </w:r>
    </w:p>
    <w:p w:rsidR="00A448DF" w:rsidRPr="00A448DF" w:rsidRDefault="00A448DF" w:rsidP="00A448DF">
      <w:pPr>
        <w:spacing w:after="5" w:line="391" w:lineRule="auto"/>
        <w:ind w:right="8232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392BE4E" wp14:editId="3F9B8D2E">
                <wp:simplePos x="0" y="0"/>
                <wp:positionH relativeFrom="column">
                  <wp:posOffset>68580</wp:posOffset>
                </wp:positionH>
                <wp:positionV relativeFrom="paragraph">
                  <wp:posOffset>-120867</wp:posOffset>
                </wp:positionV>
                <wp:extent cx="301117" cy="751205"/>
                <wp:effectExtent l="0" t="0" r="0" b="0"/>
                <wp:wrapSquare wrapText="bothSides"/>
                <wp:docPr id="37645" name="Group 37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117" cy="751205"/>
                          <a:chOff x="0" y="0"/>
                          <a:chExt cx="301117" cy="751205"/>
                        </a:xfrm>
                      </wpg:grpSpPr>
                      <wps:wsp>
                        <wps:cNvPr id="278" name="Rectangle 278"/>
                        <wps:cNvSpPr/>
                        <wps:spPr>
                          <a:xfrm>
                            <a:off x="0" y="93142"/>
                            <a:ext cx="5631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3307" y="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Picture 28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62" y="26035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" name="Picture 29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62" y="52260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92BE4E" id="Group 37645" o:spid="_x0000_s1026" style="position:absolute;margin-left:5.4pt;margin-top:-9.5pt;width:23.7pt;height:59.15pt;z-index:251656192" coordsize="3011,7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">
                <v:rect id="Rectangle 278" o:spid="_x0000_s1027" style="position:absolute;top:931;width:56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:rsidR="00246639" w:rsidRDefault="00246639" w:rsidP="00A448DF">
                        <w:r>
                          <w:t>:</w:t>
                        </w:r>
                      </w:p>
                    </w:txbxContent>
                  </v:textbox>
                </v:rect>
                <v:shape id="Picture 280" o:spid="_x0000_s1028" type="#_x0000_t75" style="position:absolute;left:433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">
                  <v:imagedata r:id="rId16" o:title=""/>
                </v:shape>
                <v:shape id="Picture 285" o:spid="_x0000_s1029" type="#_x0000_t75" style="position:absolute;left:7;top:2603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">
                  <v:imagedata r:id="rId14" o:title=""/>
                </v:shape>
                <v:shape id="Picture 290" o:spid="_x0000_s1030" type="#_x0000_t75" style="position:absolute;left:7;top:5226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">
                  <v:imagedata r:id="rId14" o:title=""/>
                </v:shape>
                <w10:wrap type="square"/>
              </v:group>
            </w:pict>
          </mc:Fallback>
        </mc:AlternateContent>
      </w:r>
      <w:r w:rsidRPr="00A448DF">
        <w:rPr>
          <w:rFonts w:ascii="Times New Roman" w:hAnsi="Times New Roman" w:cs="Times New Roman"/>
          <w:lang w:val="ru-RU"/>
        </w:rPr>
        <w:t xml:space="preserve"> В.И. Суриков  В.Г. Перов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И.И. Шишкин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Вопрос № 7 </w:t>
      </w:r>
      <w:r w:rsidRPr="00A448DF">
        <w:rPr>
          <w:rFonts w:ascii="Times New Roman" w:hAnsi="Times New Roman" w:cs="Times New Roman"/>
          <w:lang w:val="ru-RU"/>
        </w:rPr>
        <w:t xml:space="preserve">Картина, на которой художник изображает самого себя: </w:t>
      </w:r>
    </w:p>
    <w:p w:rsidR="00A448DF" w:rsidRPr="00A448DF" w:rsidRDefault="00A448DF" w:rsidP="00A448DF">
      <w:pPr>
        <w:spacing w:after="5" w:line="394" w:lineRule="auto"/>
        <w:ind w:right="8056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D83E531" wp14:editId="57FC6D94">
                <wp:simplePos x="0" y="0"/>
                <wp:positionH relativeFrom="column">
                  <wp:posOffset>69342</wp:posOffset>
                </wp:positionH>
                <wp:positionV relativeFrom="paragraph">
                  <wp:posOffset>-118135</wp:posOffset>
                </wp:positionV>
                <wp:extent cx="257810" cy="752475"/>
                <wp:effectExtent l="0" t="0" r="0" b="0"/>
                <wp:wrapSquare wrapText="bothSides"/>
                <wp:docPr id="42967" name="Group 429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752475"/>
                          <a:chOff x="0" y="0"/>
                          <a:chExt cx="257810" cy="752475"/>
                        </a:xfrm>
                      </wpg:grpSpPr>
                      <pic:pic xmlns:pic="http://schemas.openxmlformats.org/drawingml/2006/picture">
                        <pic:nvPicPr>
                          <pic:cNvPr id="305" name="Picture 30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Picture 3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26225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Picture 31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52387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3393F8" id="Group 42967" o:spid="_x0000_s1026" style="position:absolute;margin-left:5.45pt;margin-top:-9.3pt;width:20.3pt;height:59.25pt;z-index:251658240" coordsize="2578,7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">
                <v:shape id="Picture 305" o:spid="_x0000_s1027" type="#_x0000_t75" style="position:absolute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">
                  <v:imagedata r:id="rId18" o:title=""/>
                </v:shape>
                <v:shape id="Picture 310" o:spid="_x0000_s1028" type="#_x0000_t75" style="position:absolute;top:2622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">
                  <v:imagedata r:id="rId16" o:title=""/>
                </v:shape>
                <v:shape id="Picture 315" o:spid="_x0000_s1029" type="#_x0000_t75" style="position:absolute;top:5238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">
                  <v:imagedata r:id="rId14" o:title=""/>
                </v:shape>
                <w10:wrap type="square"/>
              </v:group>
            </w:pict>
          </mc:Fallback>
        </mc:AlternateContent>
      </w:r>
      <w:r w:rsidRPr="00A448DF">
        <w:rPr>
          <w:rFonts w:ascii="Times New Roman" w:hAnsi="Times New Roman" w:cs="Times New Roman"/>
          <w:lang w:val="ru-RU"/>
        </w:rPr>
        <w:t xml:space="preserve"> портрет  автопортрет  карикатура </w:t>
      </w:r>
    </w:p>
    <w:p w:rsidR="00A448DF" w:rsidRPr="00A448DF" w:rsidRDefault="00A448DF" w:rsidP="00A448DF">
      <w:pPr>
        <w:spacing w:after="143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Вопрос № 8 </w:t>
      </w:r>
      <w:r w:rsidRPr="00A448DF">
        <w:rPr>
          <w:rFonts w:ascii="Times New Roman" w:hAnsi="Times New Roman" w:cs="Times New Roman"/>
          <w:lang w:val="ru-RU"/>
        </w:rPr>
        <w:t xml:space="preserve">Дощечка, на которой художник смешивает краски - это: </w:t>
      </w:r>
    </w:p>
    <w:p w:rsidR="00A448DF" w:rsidRPr="00A448DF" w:rsidRDefault="00A448DF" w:rsidP="00A448DF">
      <w:pPr>
        <w:spacing w:after="5" w:line="392" w:lineRule="auto"/>
        <w:ind w:right="8514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A04AC5F" wp14:editId="705577AC">
                <wp:simplePos x="0" y="0"/>
                <wp:positionH relativeFrom="column">
                  <wp:posOffset>69342</wp:posOffset>
                </wp:positionH>
                <wp:positionV relativeFrom="paragraph">
                  <wp:posOffset>-118436</wp:posOffset>
                </wp:positionV>
                <wp:extent cx="257810" cy="752475"/>
                <wp:effectExtent l="0" t="0" r="0" b="0"/>
                <wp:wrapSquare wrapText="bothSides"/>
                <wp:docPr id="42968" name="Group 42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752475"/>
                          <a:chOff x="0" y="0"/>
                          <a:chExt cx="257810" cy="752475"/>
                        </a:xfrm>
                      </wpg:grpSpPr>
                      <pic:pic xmlns:pic="http://schemas.openxmlformats.org/drawingml/2006/picture">
                        <pic:nvPicPr>
                          <pic:cNvPr id="327" name="Picture 32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" name="Picture 33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26225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" name="Picture 33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523875"/>
                            <a:ext cx="25781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2C2FFE" id="Group 42968" o:spid="_x0000_s1026" style="position:absolute;margin-left:5.45pt;margin-top:-9.35pt;width:20.3pt;height:59.25pt;z-index:251660288" coordsize="2578,7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">
                <v:shape id="Picture 327" o:spid="_x0000_s1027" type="#_x0000_t75" style="position:absolute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">
                  <v:imagedata r:id="rId16" o:title=""/>
                </v:shape>
                <v:shape id="Picture 332" o:spid="_x0000_s1028" type="#_x0000_t75" style="position:absolute;top:2622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">
                  <v:imagedata r:id="rId16" o:title=""/>
                </v:shape>
                <v:shape id="Picture 337" o:spid="_x0000_s1029" type="#_x0000_t75" style="position:absolute;top:5238;width:257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">
                  <v:imagedata r:id="rId16" o:title=""/>
                </v:shape>
                <w10:wrap type="square"/>
              </v:group>
            </w:pict>
          </mc:Fallback>
        </mc:AlternateContent>
      </w:r>
      <w:r w:rsidRPr="00A448DF">
        <w:rPr>
          <w:rFonts w:ascii="Times New Roman" w:hAnsi="Times New Roman" w:cs="Times New Roman"/>
          <w:lang w:val="ru-RU"/>
        </w:rPr>
        <w:t xml:space="preserve"> палитра  пастель  мольберт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Вопрос № 9 </w:t>
      </w:r>
      <w:r w:rsidRPr="00A448DF">
        <w:rPr>
          <w:rFonts w:ascii="Times New Roman" w:hAnsi="Times New Roman" w:cs="Times New Roman"/>
          <w:lang w:val="ru-RU"/>
        </w:rPr>
        <w:t xml:space="preserve">Деревянный крестьянский дом - это: хата, изба, юрта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tbl>
      <w:tblPr>
        <w:tblStyle w:val="TableGrid"/>
        <w:tblW w:w="10567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44"/>
        <w:gridCol w:w="5245"/>
        <w:gridCol w:w="1277"/>
        <w:gridCol w:w="2801"/>
      </w:tblGrid>
      <w:tr w:rsidR="00A448DF" w:rsidRPr="00A448DF" w:rsidTr="00246639">
        <w:trPr>
          <w:trHeight w:val="562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задания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Правильные   ответы 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задания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Правильные   ответы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A448DF" w:rsidRPr="00A448DF" w:rsidTr="00246639">
        <w:trPr>
          <w:trHeight w:val="28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9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Критерии оценивания </w:t>
      </w:r>
    </w:p>
    <w:tbl>
      <w:tblPr>
        <w:tblStyle w:val="TableGrid"/>
        <w:tblW w:w="10567" w:type="dxa"/>
        <w:tblInd w:w="0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83"/>
        <w:gridCol w:w="5284"/>
      </w:tblGrid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Оценка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Количество правильных ответов </w:t>
            </w:r>
          </w:p>
        </w:tc>
      </w:tr>
      <w:tr w:rsidR="00A448DF" w:rsidRPr="00A448DF" w:rsidTr="00246639">
        <w:trPr>
          <w:trHeight w:val="288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«отлично»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7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9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«хорошо»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6-8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4-5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«неудовлетворительно»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1-3 </w:t>
            </w:r>
          </w:p>
        </w:tc>
      </w:tr>
    </w:tbl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19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 </w:t>
      </w:r>
    </w:p>
    <w:p w:rsidR="00A448DF" w:rsidRPr="00A448DF" w:rsidRDefault="00A448DF" w:rsidP="00A448DF">
      <w:pPr>
        <w:spacing w:after="25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  КИМ №2(5класс). Полугодовая проверочная работа. Слайд-тест</w:t>
      </w:r>
      <w:r w:rsidRPr="00A448DF">
        <w:rPr>
          <w:rFonts w:ascii="Times New Roman" w:hAnsi="Times New Roman" w:cs="Times New Roman"/>
          <w:i/>
          <w:lang w:val="ru-RU"/>
        </w:rPr>
        <w:t xml:space="preserve">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     </w:t>
      </w:r>
      <w:r w:rsidRPr="00A448DF">
        <w:rPr>
          <w:rFonts w:ascii="Times New Roman" w:hAnsi="Times New Roman" w:cs="Times New Roman"/>
          <w:lang w:val="ru-RU"/>
        </w:rPr>
        <w:t xml:space="preserve">Фамилия, имя _____________________________________________________  Класс______________________________________________________ </w:t>
      </w:r>
    </w:p>
    <w:p w:rsidR="00A448DF" w:rsidRPr="00A448DF" w:rsidRDefault="00A448DF" w:rsidP="00A448DF">
      <w:pPr>
        <w:keepNext/>
        <w:keepLines/>
        <w:spacing w:after="26" w:line="259" w:lineRule="auto"/>
        <w:ind w:right="1794"/>
        <w:jc w:val="center"/>
        <w:outlineLvl w:val="0"/>
        <w:rPr>
          <w:rFonts w:ascii="Times New Roman" w:hAnsi="Times New Roman" w:cs="Times New Roman"/>
          <w:b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СЛАЙД-ТЕСТ </w:t>
      </w:r>
    </w:p>
    <w:p w:rsidR="00A448DF" w:rsidRPr="00A448DF" w:rsidRDefault="00A448DF" w:rsidP="00A448DF">
      <w:pPr>
        <w:spacing w:after="17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i/>
          <w:lang w:val="ru-RU"/>
        </w:rPr>
        <w:t xml:space="preserve">1. Обведи кружочком правильный ответ </w:t>
      </w:r>
    </w:p>
    <w:p w:rsidR="00A448DF" w:rsidRPr="00A448DF" w:rsidRDefault="00A448DF" w:rsidP="00A448DF">
      <w:pPr>
        <w:spacing w:after="26" w:line="259" w:lineRule="auto"/>
        <w:ind w:right="2433"/>
        <w:jc w:val="center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numPr>
          <w:ilvl w:val="0"/>
          <w:numId w:val="39"/>
        </w:numPr>
        <w:spacing w:after="5" w:line="271" w:lineRule="auto"/>
        <w:ind w:hanging="360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0" wp14:anchorId="19DD0669" wp14:editId="4F4BA69C">
            <wp:simplePos x="0" y="0"/>
            <wp:positionH relativeFrom="column">
              <wp:posOffset>4172585</wp:posOffset>
            </wp:positionH>
            <wp:positionV relativeFrom="paragraph">
              <wp:posOffset>-42235</wp:posOffset>
            </wp:positionV>
            <wp:extent cx="1104265" cy="828675"/>
            <wp:effectExtent l="0" t="0" r="0" b="0"/>
            <wp:wrapSquare wrapText="bothSides"/>
            <wp:docPr id="1" name="Picture 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Picture 65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48DF">
        <w:rPr>
          <w:rFonts w:ascii="Times New Roman" w:hAnsi="Times New Roman" w:cs="Times New Roman"/>
          <w:b/>
          <w:lang w:val="ru-RU"/>
        </w:rPr>
        <w:t xml:space="preserve">К какому виду искусства относится эта работа?   </w:t>
      </w:r>
      <w:r w:rsidRPr="00A448DF">
        <w:rPr>
          <w:rFonts w:ascii="Times New Roman" w:hAnsi="Times New Roman" w:cs="Times New Roman"/>
        </w:rPr>
        <w:t xml:space="preserve">А) скульптура        </w:t>
      </w:r>
    </w:p>
    <w:p w:rsidR="00A448DF" w:rsidRPr="00A448DF" w:rsidRDefault="00A448DF" w:rsidP="00A448DF">
      <w:pPr>
        <w:spacing w:after="5" w:line="270" w:lineRule="auto"/>
        <w:ind w:right="2433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Б) графика       </w:t>
      </w:r>
    </w:p>
    <w:p w:rsidR="00A448DF" w:rsidRPr="00A448DF" w:rsidRDefault="00A448DF" w:rsidP="00A448DF">
      <w:pPr>
        <w:spacing w:after="5" w:line="270" w:lineRule="auto"/>
        <w:ind w:right="2433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В) архитектура </w:t>
      </w:r>
    </w:p>
    <w:p w:rsidR="00A448DF" w:rsidRPr="00A448DF" w:rsidRDefault="00A448DF" w:rsidP="00A448DF">
      <w:pPr>
        <w:spacing w:after="26" w:line="259" w:lineRule="auto"/>
        <w:ind w:right="2433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numPr>
          <w:ilvl w:val="0"/>
          <w:numId w:val="39"/>
        </w:numPr>
        <w:spacing w:after="5" w:line="271" w:lineRule="auto"/>
        <w:ind w:hanging="360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Какое из этих произведений относится к графике? </w:t>
      </w:r>
    </w:p>
    <w:p w:rsidR="00A448DF" w:rsidRPr="00A448DF" w:rsidRDefault="00A448DF" w:rsidP="00A448DF">
      <w:pPr>
        <w:spacing w:after="4" w:line="259" w:lineRule="auto"/>
        <w:ind w:right="2361"/>
        <w:jc w:val="right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24439EEB" wp14:editId="51345498">
            <wp:extent cx="617220" cy="949325"/>
            <wp:effectExtent l="0" t="0" r="0" b="0"/>
            <wp:docPr id="2" name="Picture 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Picture 61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</w:rPr>
        <w:t xml:space="preserve"> </w:t>
      </w:r>
      <w:r w:rsidRPr="00A448DF">
        <w:rPr>
          <w:rFonts w:ascii="Times New Roman" w:hAnsi="Times New Roman" w:cs="Times New Roman"/>
          <w:b/>
        </w:rPr>
        <w:t>А</w:t>
      </w:r>
      <w:r w:rsidRPr="00A448DF">
        <w:rPr>
          <w:rFonts w:ascii="Times New Roman" w:hAnsi="Times New Roman" w:cs="Times New Roman"/>
        </w:rPr>
        <w:t xml:space="preserve">             </w:t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5F9E2009" wp14:editId="503FEAC9">
            <wp:extent cx="879475" cy="885190"/>
            <wp:effectExtent l="0" t="0" r="0" b="0"/>
            <wp:docPr id="3" name="Picture 6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Picture 61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79475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</w:rPr>
        <w:t xml:space="preserve"> </w:t>
      </w:r>
      <w:r w:rsidRPr="00A448DF">
        <w:rPr>
          <w:rFonts w:ascii="Times New Roman" w:hAnsi="Times New Roman" w:cs="Times New Roman"/>
          <w:b/>
        </w:rPr>
        <w:t>Б</w:t>
      </w:r>
      <w:r w:rsidRPr="00A448DF">
        <w:rPr>
          <w:rFonts w:ascii="Times New Roman" w:hAnsi="Times New Roman" w:cs="Times New Roman"/>
        </w:rPr>
        <w:t xml:space="preserve">            </w:t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3F1F01FA" wp14:editId="239BAF4F">
            <wp:extent cx="765175" cy="964565"/>
            <wp:effectExtent l="0" t="0" r="0" b="0"/>
            <wp:docPr id="4" name="Picture 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Picture 62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65175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</w:rPr>
        <w:t xml:space="preserve">    </w:t>
      </w:r>
      <w:r w:rsidRPr="00A448DF">
        <w:rPr>
          <w:rFonts w:ascii="Times New Roman" w:hAnsi="Times New Roman" w:cs="Times New Roman"/>
          <w:b/>
        </w:rPr>
        <w:t xml:space="preserve">В </w:t>
      </w:r>
    </w:p>
    <w:p w:rsidR="00A448DF" w:rsidRPr="00A448DF" w:rsidRDefault="00A448DF" w:rsidP="00A448DF">
      <w:pPr>
        <w:spacing w:after="26" w:line="259" w:lineRule="auto"/>
        <w:jc w:val="center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numPr>
          <w:ilvl w:val="0"/>
          <w:numId w:val="39"/>
        </w:numPr>
        <w:spacing w:after="5" w:line="271" w:lineRule="auto"/>
        <w:ind w:hanging="360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Какая из картин выполнена в жанре пейзаж? </w:t>
      </w:r>
    </w:p>
    <w:p w:rsidR="00A448DF" w:rsidRPr="00A448DF" w:rsidRDefault="00A448DF" w:rsidP="00A448DF">
      <w:pPr>
        <w:tabs>
          <w:tab w:val="center" w:pos="3896"/>
          <w:tab w:val="center" w:pos="6708"/>
        </w:tabs>
        <w:spacing w:after="5" w:line="271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lastRenderedPageBreak/>
        <w:drawing>
          <wp:inline distT="0" distB="0" distL="0" distR="0" wp14:anchorId="26A13B39" wp14:editId="1269C52A">
            <wp:extent cx="786130" cy="978535"/>
            <wp:effectExtent l="0" t="0" r="0" b="0"/>
            <wp:docPr id="5" name="Picture 6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Picture 63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</w:rPr>
        <w:t xml:space="preserve">  </w:t>
      </w:r>
      <w:r w:rsidRPr="00A448DF">
        <w:rPr>
          <w:rFonts w:ascii="Times New Roman" w:hAnsi="Times New Roman" w:cs="Times New Roman"/>
          <w:b/>
        </w:rPr>
        <w:t xml:space="preserve">А </w:t>
      </w:r>
      <w:r w:rsidRPr="00A448DF">
        <w:rPr>
          <w:rFonts w:ascii="Times New Roman" w:hAnsi="Times New Roman" w:cs="Times New Roman"/>
        </w:rPr>
        <w:t xml:space="preserve">    </w:t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inline distT="0" distB="0" distL="0" distR="0" wp14:anchorId="7EBD8C5C" wp14:editId="48BE96CA">
                <wp:extent cx="2938145" cy="906780"/>
                <wp:effectExtent l="0" t="0" r="0" b="0"/>
                <wp:docPr id="42877" name="Group 42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8145" cy="906780"/>
                          <a:chOff x="0" y="0"/>
                          <a:chExt cx="2938145" cy="906780"/>
                        </a:xfrm>
                      </wpg:grpSpPr>
                      <pic:pic xmlns:pic="http://schemas.openxmlformats.org/drawingml/2006/picture">
                        <pic:nvPicPr>
                          <pic:cNvPr id="637" name="Picture 63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54611"/>
                            <a:ext cx="1153795" cy="852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2" name="Picture 642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1520825" y="0"/>
                            <a:ext cx="1417320" cy="906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5D2FCDF" id="Group 42877" o:spid="_x0000_s1026" style="width:231.35pt;height:71.4pt;mso-position-horizontal-relative:char;mso-position-vertical-relative:line" coordsize="29381,906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">
                <v:shape id="Picture 637" o:spid="_x0000_s1027" type="#_x0000_t75" style="position:absolute;top:546;width:11537;height:8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">
                  <v:imagedata r:id="rId26" o:title=""/>
                </v:shape>
                <v:shape id="Picture 642" o:spid="_x0000_s1028" type="#_x0000_t75" style="position:absolute;left:15208;width:14173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">
                  <v:imagedata r:id="rId27" o:title=""/>
                </v:shape>
                <w10:anchorlock/>
              </v:group>
            </w:pict>
          </mc:Fallback>
        </mc:AlternateContent>
      </w:r>
      <w:r w:rsidRPr="00A448DF">
        <w:rPr>
          <w:rFonts w:ascii="Times New Roman" w:hAnsi="Times New Roman" w:cs="Times New Roman"/>
        </w:rPr>
        <w:tab/>
        <w:t xml:space="preserve">  </w:t>
      </w:r>
      <w:r w:rsidRPr="00A448DF">
        <w:rPr>
          <w:rFonts w:ascii="Times New Roman" w:hAnsi="Times New Roman" w:cs="Times New Roman"/>
          <w:b/>
        </w:rPr>
        <w:t>Б</w:t>
      </w:r>
      <w:r w:rsidRPr="00A448DF">
        <w:rPr>
          <w:rFonts w:ascii="Times New Roman" w:hAnsi="Times New Roman" w:cs="Times New Roman"/>
        </w:rPr>
        <w:t xml:space="preserve">     </w:t>
      </w:r>
      <w:r w:rsidRPr="00A448DF">
        <w:rPr>
          <w:rFonts w:ascii="Times New Roman" w:hAnsi="Times New Roman" w:cs="Times New Roman"/>
        </w:rPr>
        <w:tab/>
        <w:t xml:space="preserve">  </w:t>
      </w:r>
      <w:r w:rsidRPr="00A448DF">
        <w:rPr>
          <w:rFonts w:ascii="Times New Roman" w:hAnsi="Times New Roman" w:cs="Times New Roman"/>
          <w:b/>
        </w:rPr>
        <w:t xml:space="preserve">В </w:t>
      </w:r>
    </w:p>
    <w:p w:rsidR="00A448DF" w:rsidRPr="00A448DF" w:rsidRDefault="00A448DF" w:rsidP="00A448DF">
      <w:pPr>
        <w:spacing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numPr>
          <w:ilvl w:val="0"/>
          <w:numId w:val="39"/>
        </w:numPr>
        <w:spacing w:after="5" w:line="271" w:lineRule="auto"/>
        <w:ind w:hanging="360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Определи, каким материалом нарисована каждая из представленных картин </w:t>
      </w:r>
      <w:r w:rsidRPr="00A448DF">
        <w:rPr>
          <w:rFonts w:ascii="Times New Roman" w:hAnsi="Times New Roman" w:cs="Times New Roman"/>
          <w:i/>
          <w:lang w:val="ru-RU"/>
        </w:rPr>
        <w:t xml:space="preserve">Впиши буквы в нужные столбики </w:t>
      </w:r>
    </w:p>
    <w:p w:rsidR="00A448DF" w:rsidRPr="00A448DF" w:rsidRDefault="00A448DF" w:rsidP="00A448DF">
      <w:pPr>
        <w:spacing w:after="0" w:line="259" w:lineRule="auto"/>
        <w:ind w:right="2499"/>
        <w:jc w:val="right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inline distT="0" distB="0" distL="0" distR="0" wp14:anchorId="52AB967A" wp14:editId="1BB8B105">
                <wp:extent cx="5126990" cy="935380"/>
                <wp:effectExtent l="0" t="0" r="0" b="0"/>
                <wp:docPr id="41331" name="Group 41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6990" cy="935380"/>
                          <a:chOff x="0" y="0"/>
                          <a:chExt cx="5126990" cy="935380"/>
                        </a:xfrm>
                      </wpg:grpSpPr>
                      <pic:pic xmlns:pic="http://schemas.openxmlformats.org/drawingml/2006/picture">
                        <pic:nvPicPr>
                          <pic:cNvPr id="666" name="Picture 66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62230"/>
                            <a:ext cx="1177925" cy="840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7" name="Rectangle 667"/>
                        <wps:cNvSpPr/>
                        <wps:spPr>
                          <a:xfrm>
                            <a:off x="1178306" y="766674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rPr>
                                  <w:b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9" name="Picture 66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254125" y="0"/>
                            <a:ext cx="1260475" cy="9023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0" name="Rectangle 670"/>
                        <wps:cNvSpPr/>
                        <wps:spPr>
                          <a:xfrm>
                            <a:off x="2515235" y="766674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rPr>
                                  <w:b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2" name="Picture 672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628900" y="30480"/>
                            <a:ext cx="1238885" cy="871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3" name="Rectangle 673"/>
                        <wps:cNvSpPr/>
                        <wps:spPr>
                          <a:xfrm>
                            <a:off x="3868801" y="766674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rPr>
                                  <w:b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5" name="Picture 675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3982085" y="133985"/>
                            <a:ext cx="1144905" cy="768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2AB967A" id="Group 41331" o:spid="_x0000_s1031" style="width:403.7pt;height:73.65pt;mso-position-horizontal-relative:char;mso-position-vertical-relative:line" coordsize="51269,935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">
                <v:shape id="Picture 666" o:spid="_x0000_s1032" type="#_x0000_t75" style="position:absolute;top:622;width:11779;height:8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">
                  <v:imagedata r:id="rId32" o:title=""/>
                </v:shape>
                <v:rect id="Rectangle 667" o:spid="_x0000_s1033" style="position:absolute;left:11783;top:7666;width:101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1z7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" filled="f" stroked="f">
                  <v:textbox inset="0,0,0,0">
                    <w:txbxContent>
                      <w:p w:rsidR="00246639" w:rsidRDefault="00246639" w:rsidP="00A448DF">
                        <w:r>
                          <w:rPr>
                            <w:b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Picture 669" o:spid="_x0000_s1034" type="#_x0000_t75" style="position:absolute;left:12541;width:12605;height:9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">
                  <v:imagedata r:id="rId33" o:title=""/>
                </v:shape>
                <v:rect id="Rectangle 670" o:spid="_x0000_s1035" style="position:absolute;left:25152;top:7666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J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" filled="f" stroked="f">
                  <v:textbox inset="0,0,0,0">
                    <w:txbxContent>
                      <w:p w:rsidR="00246639" w:rsidRDefault="00246639" w:rsidP="00A448DF">
                        <w:r>
                          <w:rPr>
                            <w:b/>
                          </w:rPr>
                          <w:t xml:space="preserve">   </w:t>
                        </w:r>
                      </w:p>
                    </w:txbxContent>
                  </v:textbox>
                </v:rect>
                <v:shape id="Picture 672" o:spid="_x0000_s1036" type="#_x0000_t75" style="position:absolute;left:26289;top:304;width:12388;height:8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">
                  <v:imagedata r:id="rId34" o:title=""/>
                </v:shape>
                <v:rect id="Rectangle 673" o:spid="_x0000_s1037" style="position:absolute;left:38688;top:7666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cw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CnRcwlxQAAANwAAAAP&#10;AAAAAAAAAAAAAAAAAAcCAABkcnMvZG93bnJldi54bWxQSwUGAAAAAAMAAwC3AAAA+QIAAAAA&#10;" filled="f" stroked="f">
                  <v:textbox inset="0,0,0,0">
                    <w:txbxContent>
                      <w:p w:rsidR="00246639" w:rsidRDefault="00246639" w:rsidP="00A448DF">
                        <w:r>
                          <w:rPr>
                            <w:b/>
                          </w:rPr>
                          <w:t xml:space="preserve">   </w:t>
                        </w:r>
                      </w:p>
                    </w:txbxContent>
                  </v:textbox>
                </v:rect>
                <v:shape id="Picture 675" o:spid="_x0000_s1038" type="#_x0000_t75" style="position:absolute;left:39820;top:1339;width:11449;height:7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">
                  <v:imagedata r:id="rId35" o:title=""/>
                </v:shape>
                <w10:anchorlock/>
              </v:group>
            </w:pict>
          </mc:Fallback>
        </mc:AlternateContent>
      </w: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spacing w:after="4" w:line="259" w:lineRule="auto"/>
        <w:ind w:right="1816"/>
        <w:jc w:val="right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А                                 Б                                    В                                     Г</w:t>
      </w:r>
      <w:r w:rsidRPr="00A448DF">
        <w:rPr>
          <w:rFonts w:ascii="Times New Roman" w:hAnsi="Times New Roman" w:cs="Times New Roman"/>
          <w:i/>
          <w:lang w:val="ru-RU"/>
        </w:rPr>
        <w:t xml:space="preserve"> </w:t>
      </w:r>
    </w:p>
    <w:p w:rsidR="00A448DF" w:rsidRPr="00A448DF" w:rsidRDefault="00A448DF" w:rsidP="00A448DF">
      <w:pPr>
        <w:spacing w:after="14" w:line="259" w:lineRule="auto"/>
        <w:jc w:val="center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…   -  гуашь </w:t>
      </w:r>
    </w:p>
    <w:p w:rsidR="00A448DF" w:rsidRPr="00A448DF" w:rsidRDefault="00A448DF" w:rsidP="00A448DF">
      <w:pPr>
        <w:spacing w:after="14" w:line="259" w:lineRule="auto"/>
        <w:ind w:right="5"/>
        <w:jc w:val="center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…   -  акварель </w:t>
      </w:r>
    </w:p>
    <w:p w:rsidR="00A448DF" w:rsidRPr="00A448DF" w:rsidRDefault="00A448DF" w:rsidP="00A448DF">
      <w:pPr>
        <w:spacing w:after="14" w:line="259" w:lineRule="auto"/>
        <w:ind w:right="5"/>
        <w:jc w:val="center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…   -  тушь </w:t>
      </w:r>
    </w:p>
    <w:p w:rsidR="00A448DF" w:rsidRPr="00A448DF" w:rsidRDefault="00A448DF" w:rsidP="00A448DF">
      <w:pPr>
        <w:spacing w:after="14" w:line="259" w:lineRule="auto"/>
        <w:jc w:val="center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…   -  пастель </w:t>
      </w:r>
    </w:p>
    <w:p w:rsidR="00A448DF" w:rsidRPr="00A448DF" w:rsidRDefault="00A448DF" w:rsidP="00A448DF">
      <w:pPr>
        <w:numPr>
          <w:ilvl w:val="0"/>
          <w:numId w:val="39"/>
        </w:numPr>
        <w:spacing w:after="5" w:line="271" w:lineRule="auto"/>
        <w:ind w:hanging="360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Найди «лишнюю» картину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176BD979" wp14:editId="1F82A377">
            <wp:extent cx="838200" cy="1005840"/>
            <wp:effectExtent l="0" t="0" r="0" b="0"/>
            <wp:docPr id="6" name="Picture 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Picture 70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b/>
        </w:rPr>
        <w:t xml:space="preserve"> А             </w:t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71C5E205" wp14:editId="4F7CD932">
            <wp:extent cx="879475" cy="1068705"/>
            <wp:effectExtent l="0" t="0" r="0" b="0"/>
            <wp:docPr id="7" name="Picture 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Picture 70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7947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b/>
        </w:rPr>
        <w:t xml:space="preserve"> Б               </w:t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03A524EA" wp14:editId="7185DF00">
            <wp:extent cx="1296670" cy="1061085"/>
            <wp:effectExtent l="0" t="0" r="0" b="0"/>
            <wp:docPr id="8" name="Picture 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Picture 71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106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b/>
        </w:rPr>
        <w:t xml:space="preserve"> В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25" w:line="259" w:lineRule="auto"/>
        <w:jc w:val="center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 </w:t>
      </w:r>
    </w:p>
    <w:p w:rsidR="00A448DF" w:rsidRPr="00A448DF" w:rsidRDefault="00A448DF" w:rsidP="00A448DF">
      <w:pPr>
        <w:numPr>
          <w:ilvl w:val="0"/>
          <w:numId w:val="39"/>
        </w:numPr>
        <w:spacing w:after="5" w:line="271" w:lineRule="auto"/>
        <w:ind w:hanging="360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Какие из фигур добрые, а какие – злые? </w:t>
      </w:r>
      <w:r w:rsidRPr="00A448DF">
        <w:rPr>
          <w:rFonts w:ascii="Times New Roman" w:hAnsi="Times New Roman" w:cs="Times New Roman"/>
          <w:i/>
        </w:rPr>
        <w:t xml:space="preserve">Напиши ответ 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inline distT="0" distB="0" distL="0" distR="0" wp14:anchorId="37C8F378" wp14:editId="33310ECC">
                <wp:extent cx="5223510" cy="833653"/>
                <wp:effectExtent l="0" t="0" r="0" b="0"/>
                <wp:docPr id="41335" name="Group 41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3510" cy="833653"/>
                          <a:chOff x="0" y="0"/>
                          <a:chExt cx="5223510" cy="833653"/>
                        </a:xfrm>
                      </wpg:grpSpPr>
                      <wps:wsp>
                        <wps:cNvPr id="724" name="Rectangle 724"/>
                        <wps:cNvSpPr/>
                        <wps:spPr>
                          <a:xfrm>
                            <a:off x="0" y="664947"/>
                            <a:ext cx="45605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rPr>
                                  <w:b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6" name="Picture 726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54610"/>
                            <a:ext cx="1066800" cy="745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7" name="Rectangle 727"/>
                        <wps:cNvSpPr/>
                        <wps:spPr>
                          <a:xfrm>
                            <a:off x="1409954" y="664947"/>
                            <a:ext cx="192557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rPr>
                                  <w:b/>
                                </w:rPr>
                                <w:t xml:space="preserve">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9" name="Picture 729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2857500" y="0"/>
                            <a:ext cx="1170305" cy="800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0" name="Rectangle 730"/>
                        <wps:cNvSpPr/>
                        <wps:spPr>
                          <a:xfrm>
                            <a:off x="4028821" y="66494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Shape 798"/>
                        <wps:cNvSpPr/>
                        <wps:spPr>
                          <a:xfrm>
                            <a:off x="4148455" y="192405"/>
                            <a:ext cx="1075055" cy="210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055" h="210185">
                                <a:moveTo>
                                  <a:pt x="179197" y="0"/>
                                </a:moveTo>
                                <a:lnTo>
                                  <a:pt x="179197" y="78867"/>
                                </a:lnTo>
                                <a:lnTo>
                                  <a:pt x="92075" y="78867"/>
                                </a:lnTo>
                                <a:lnTo>
                                  <a:pt x="92075" y="52578"/>
                                </a:lnTo>
                                <a:lnTo>
                                  <a:pt x="0" y="105029"/>
                                </a:lnTo>
                                <a:lnTo>
                                  <a:pt x="92075" y="157607"/>
                                </a:lnTo>
                                <a:lnTo>
                                  <a:pt x="92075" y="131318"/>
                                </a:lnTo>
                                <a:lnTo>
                                  <a:pt x="179197" y="131318"/>
                                </a:lnTo>
                                <a:lnTo>
                                  <a:pt x="179197" y="210185"/>
                                </a:lnTo>
                                <a:lnTo>
                                  <a:pt x="1075055" y="210185"/>
                                </a:lnTo>
                                <a:lnTo>
                                  <a:pt x="107505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800" name="Shape 800"/>
                        <wps:cNvSpPr/>
                        <wps:spPr>
                          <a:xfrm>
                            <a:off x="1499235" y="250825"/>
                            <a:ext cx="114236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2365" h="195580">
                                <a:moveTo>
                                  <a:pt x="190373" y="0"/>
                                </a:moveTo>
                                <a:lnTo>
                                  <a:pt x="190373" y="73279"/>
                                </a:lnTo>
                                <a:lnTo>
                                  <a:pt x="97790" y="73279"/>
                                </a:lnTo>
                                <a:lnTo>
                                  <a:pt x="97790" y="48895"/>
                                </a:lnTo>
                                <a:lnTo>
                                  <a:pt x="0" y="97790"/>
                                </a:lnTo>
                                <a:lnTo>
                                  <a:pt x="97790" y="146685"/>
                                </a:lnTo>
                                <a:lnTo>
                                  <a:pt x="97790" y="122174"/>
                                </a:lnTo>
                                <a:lnTo>
                                  <a:pt x="190373" y="122174"/>
                                </a:lnTo>
                                <a:lnTo>
                                  <a:pt x="190373" y="195580"/>
                                </a:lnTo>
                                <a:lnTo>
                                  <a:pt x="1142365" y="195580"/>
                                </a:lnTo>
                                <a:lnTo>
                                  <a:pt x="11423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C8F378" id="Group 41335" o:spid="_x0000_s1039" style="width:411.3pt;height:65.65pt;mso-position-horizontal-relative:char;mso-position-vertical-relative:line" coordsize="52235,833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">
                <v:rect id="Rectangle 724" o:spid="_x0000_s1040" style="position:absolute;top:6649;width:456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nTR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BN/nTRxQAAANwAAAAP&#10;AAAAAAAAAAAAAAAAAAcCAABkcnMvZG93bnJldi54bWxQSwUGAAAAAAMAAwC3AAAA+QIAAAAA&#10;" filled="f" stroked="f">
                  <v:textbox inset="0,0,0,0">
                    <w:txbxContent>
                      <w:p w:rsidR="00246639" w:rsidRDefault="00246639" w:rsidP="00A448DF">
                        <w:r>
                          <w:rPr>
                            <w:b/>
                          </w:rPr>
                          <w:t xml:space="preserve">         </w:t>
                        </w:r>
                      </w:p>
                    </w:txbxContent>
                  </v:textbox>
                </v:rect>
                <v:shape id="Picture 726" o:spid="_x0000_s1041" type="#_x0000_t75" style="position:absolute;left:3429;top:546;width:10668;height:7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">
                  <v:imagedata r:id="rId41" o:title=""/>
                </v:shape>
                <v:rect id="Rectangle 727" o:spid="_x0000_s1042" style="position:absolute;left:14099;top:6649;width:1925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Oqm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" filled="f" stroked="f">
                  <v:textbox inset="0,0,0,0">
                    <w:txbxContent>
                      <w:p w:rsidR="00246639" w:rsidRDefault="00246639" w:rsidP="00A448DF">
                        <w:r>
                          <w:rPr>
                            <w:b/>
                          </w:rPr>
                          <w:t xml:space="preserve">                                      </w:t>
                        </w:r>
                      </w:p>
                    </w:txbxContent>
                  </v:textbox>
                </v:rect>
                <v:shape id="Picture 729" o:spid="_x0000_s1043" type="#_x0000_t75" style="position:absolute;left:28575;width:11703;height:8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">
                  <v:imagedata r:id="rId42" o:title=""/>
                </v:shape>
                <v:rect id="Rectangle 730" o:spid="_x0000_s1044" style="position:absolute;left:40288;top:6649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OQP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Lcc5A/BAAAA3AAAAA8AAAAA&#10;AAAAAAAAAAAABwIAAGRycy9kb3ducmV2LnhtbFBLBQYAAAAAAwADALcAAAD1AgAAAAA=&#10;" filled="f" stroked="f">
                  <v:textbox inset="0,0,0,0">
                    <w:txbxContent>
                      <w:p w:rsidR="00246639" w:rsidRDefault="00246639" w:rsidP="00A448DF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98" o:spid="_x0000_s1045" style="position:absolute;left:41484;top:1924;width:10751;height:2101;visibility:visible;mso-wrap-style:square;v-text-anchor:top" coordsize="1075055,21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" path="m179197,r,78867l92075,78867r,-26289l,105029r92075,52578l92075,131318r87122,l179197,210185r895858,l1075055,,179197,xe" filled="f">
                  <v:stroke endcap="round"/>
                  <v:path arrowok="t" textboxrect="0,0,1075055,210185"/>
                </v:shape>
                <v:shape id="Shape 800" o:spid="_x0000_s1046" style="position:absolute;left:14992;top:2508;width:11424;height:1956;visibility:visible;mso-wrap-style:square;v-text-anchor:top" coordsize="114236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" path="m190373,r,73279l97790,73279r,-24384l,97790r97790,48895l97790,122174r92583,l190373,195580r951992,l1142365,,190373,xe" filled="f">
                  <v:stroke endcap="round"/>
                  <v:path arrowok="t" textboxrect="0,0,1142365,195580"/>
                </v:shape>
                <w10:anchorlock/>
              </v:group>
            </w:pict>
          </mc:Fallback>
        </mc:AlternateConten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26" w:line="259" w:lineRule="auto"/>
        <w:ind w:right="2487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anchor distT="0" distB="0" distL="114300" distR="114300" simplePos="0" relativeHeight="251664384" behindDoc="0" locked="0" layoutInCell="1" allowOverlap="0" wp14:anchorId="7C117788" wp14:editId="45238AED">
            <wp:simplePos x="0" y="0"/>
            <wp:positionH relativeFrom="column">
              <wp:posOffset>4224655</wp:posOffset>
            </wp:positionH>
            <wp:positionV relativeFrom="paragraph">
              <wp:posOffset>25</wp:posOffset>
            </wp:positionV>
            <wp:extent cx="1017905" cy="1111885"/>
            <wp:effectExtent l="0" t="0" r="0" b="0"/>
            <wp:wrapSquare wrapText="bothSides"/>
            <wp:docPr id="9" name="Picture 8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" name="Picture 80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17905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numPr>
          <w:ilvl w:val="0"/>
          <w:numId w:val="39"/>
        </w:numPr>
        <w:spacing w:after="5" w:line="271" w:lineRule="auto"/>
        <w:ind w:hanging="360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Определите, к какому промыслу  относится изделие: </w:t>
      </w:r>
    </w:p>
    <w:p w:rsidR="00A448DF" w:rsidRPr="00A448DF" w:rsidRDefault="00A448DF" w:rsidP="00A448DF">
      <w:pPr>
        <w:spacing w:after="0" w:line="259" w:lineRule="auto"/>
        <w:ind w:right="2487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spacing w:after="0" w:line="259" w:lineRule="auto"/>
        <w:ind w:right="2487"/>
        <w:jc w:val="center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spacing w:after="23" w:line="259" w:lineRule="auto"/>
        <w:ind w:right="2487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 </w:t>
      </w:r>
    </w:p>
    <w:p w:rsidR="00A448DF" w:rsidRPr="00A448DF" w:rsidRDefault="00A448DF" w:rsidP="00A448DF">
      <w:pPr>
        <w:spacing w:after="5" w:line="270" w:lineRule="auto"/>
        <w:ind w:right="2487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А</w:t>
      </w:r>
      <w:r w:rsidRPr="00A448DF">
        <w:rPr>
          <w:rFonts w:ascii="Times New Roman" w:hAnsi="Times New Roman" w:cs="Times New Roman"/>
          <w:lang w:val="ru-RU"/>
        </w:rPr>
        <w:t xml:space="preserve">) Городец    </w:t>
      </w:r>
      <w:r w:rsidRPr="00A448DF">
        <w:rPr>
          <w:rFonts w:ascii="Times New Roman" w:hAnsi="Times New Roman" w:cs="Times New Roman"/>
          <w:b/>
          <w:lang w:val="ru-RU"/>
        </w:rPr>
        <w:t>Б</w:t>
      </w:r>
      <w:r w:rsidRPr="00A448DF">
        <w:rPr>
          <w:rFonts w:ascii="Times New Roman" w:hAnsi="Times New Roman" w:cs="Times New Roman"/>
          <w:lang w:val="ru-RU"/>
        </w:rPr>
        <w:t xml:space="preserve">) Хохлома    </w:t>
      </w:r>
      <w:r w:rsidRPr="00A448DF">
        <w:rPr>
          <w:rFonts w:ascii="Times New Roman" w:hAnsi="Times New Roman" w:cs="Times New Roman"/>
          <w:b/>
          <w:lang w:val="ru-RU"/>
        </w:rPr>
        <w:t>В</w:t>
      </w:r>
      <w:r w:rsidRPr="00A448DF">
        <w:rPr>
          <w:rFonts w:ascii="Times New Roman" w:hAnsi="Times New Roman" w:cs="Times New Roman"/>
          <w:lang w:val="ru-RU"/>
        </w:rPr>
        <w:t xml:space="preserve">)  Гжель </w:t>
      </w:r>
    </w:p>
    <w:p w:rsidR="00A448DF" w:rsidRPr="00A448DF" w:rsidRDefault="00A448DF" w:rsidP="00A448DF">
      <w:pPr>
        <w:spacing w:line="259" w:lineRule="auto"/>
        <w:ind w:right="2487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numPr>
          <w:ilvl w:val="0"/>
          <w:numId w:val="39"/>
        </w:numPr>
        <w:spacing w:after="5" w:line="271" w:lineRule="auto"/>
        <w:ind w:hanging="360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Найдите игрушку, которую сделали мастера из села Дымково </w:t>
      </w:r>
    </w:p>
    <w:p w:rsidR="00A448DF" w:rsidRPr="00A448DF" w:rsidRDefault="00A448DF" w:rsidP="00A448DF">
      <w:pPr>
        <w:tabs>
          <w:tab w:val="center" w:pos="5316"/>
          <w:tab w:val="center" w:pos="4946"/>
          <w:tab w:val="center" w:pos="6686"/>
          <w:tab w:val="center" w:pos="8957"/>
        </w:tabs>
        <w:spacing w:after="4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  <w:lang w:val="ru-RU"/>
        </w:rPr>
        <w:tab/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inline distT="0" distB="0" distL="0" distR="0" wp14:anchorId="7F957CF0" wp14:editId="24E6F109">
                <wp:extent cx="4486910" cy="1054735"/>
                <wp:effectExtent l="0" t="0" r="0" b="0"/>
                <wp:docPr id="41336" name="Group 41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6910" cy="1054735"/>
                          <a:chOff x="0" y="0"/>
                          <a:chExt cx="4486910" cy="1054735"/>
                        </a:xfrm>
                      </wpg:grpSpPr>
                      <pic:pic xmlns:pic="http://schemas.openxmlformats.org/drawingml/2006/picture">
                        <pic:nvPicPr>
                          <pic:cNvPr id="754" name="Picture 754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775" cy="1054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9" name="Picture 759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1179830" y="296748"/>
                            <a:ext cx="720725" cy="7579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4" name="Picture 764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2153285" y="88265"/>
                            <a:ext cx="870585" cy="9664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" name="Picture 76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3240405" y="177165"/>
                            <a:ext cx="1246505" cy="877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7933182" id="Group 41336" o:spid="_x0000_s1026" style="width:353.3pt;height:83.05pt;mso-position-horizontal-relative:char;mso-position-vertical-relative:line" coordsize="44869,1054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">
                <v:shape id="Picture 754" o:spid="_x0000_s1027" type="#_x0000_t75" style="position:absolute;width:9937;height:10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">
                  <v:imagedata r:id="rId48" o:title=""/>
                </v:shape>
                <v:shape id="Picture 759" o:spid="_x0000_s1028" type="#_x0000_t75" style="position:absolute;left:11798;top:2967;width:7207;height:7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">
                  <v:imagedata r:id="rId49" o:title=""/>
                </v:shape>
                <v:shape id="Picture 764" o:spid="_x0000_s1029" type="#_x0000_t75" style="position:absolute;left:21532;top:882;width:8706;height:9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">
                  <v:imagedata r:id="rId50" o:title=""/>
                </v:shape>
                <v:shape id="Picture 769" o:spid="_x0000_s1030" type="#_x0000_t75" style="position:absolute;left:32404;top:1771;width:12465;height:8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">
                  <v:imagedata r:id="rId51" o:title=""/>
                </v:shape>
                <w10:anchorlock/>
              </v:group>
            </w:pict>
          </mc:Fallback>
        </mc:AlternateContent>
      </w:r>
      <w:r w:rsidRPr="00A448DF">
        <w:rPr>
          <w:rFonts w:ascii="Times New Roman" w:hAnsi="Times New Roman" w:cs="Times New Roman"/>
          <w:b/>
        </w:rPr>
        <w:t xml:space="preserve"> А </w:t>
      </w:r>
      <w:r w:rsidRPr="00A448DF">
        <w:rPr>
          <w:rFonts w:ascii="Times New Roman" w:hAnsi="Times New Roman" w:cs="Times New Roman"/>
          <w:b/>
        </w:rPr>
        <w:tab/>
        <w:t xml:space="preserve">   Б </w:t>
      </w:r>
      <w:r w:rsidRPr="00A448DF">
        <w:rPr>
          <w:rFonts w:ascii="Times New Roman" w:hAnsi="Times New Roman" w:cs="Times New Roman"/>
          <w:b/>
        </w:rPr>
        <w:tab/>
        <w:t xml:space="preserve">  В </w:t>
      </w:r>
      <w:r w:rsidRPr="00A448DF">
        <w:rPr>
          <w:rFonts w:ascii="Times New Roman" w:hAnsi="Times New Roman" w:cs="Times New Roman"/>
          <w:b/>
        </w:rPr>
        <w:tab/>
        <w:t xml:space="preserve"> Г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lastRenderedPageBreak/>
        <w:t xml:space="preserve"> </w:t>
      </w:r>
    </w:p>
    <w:p w:rsidR="00A448DF" w:rsidRPr="00A448DF" w:rsidRDefault="00A448DF" w:rsidP="00A448DF">
      <w:pPr>
        <w:spacing w:after="26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numPr>
          <w:ilvl w:val="0"/>
          <w:numId w:val="39"/>
        </w:numPr>
        <w:spacing w:after="5" w:line="271" w:lineRule="auto"/>
        <w:ind w:hanging="360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Найдите картину, выполненную в жанре натюрморт  </w:t>
      </w:r>
    </w:p>
    <w:p w:rsidR="00A448DF" w:rsidRPr="00A448DF" w:rsidRDefault="00A448DF" w:rsidP="00A448DF">
      <w:pPr>
        <w:spacing w:after="5" w:line="269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i/>
          <w:lang w:val="ru-RU"/>
        </w:rPr>
        <w:t xml:space="preserve">Правильный ответ обведи кружочком </w:t>
      </w:r>
    </w:p>
    <w:p w:rsidR="00A448DF" w:rsidRPr="00A448DF" w:rsidRDefault="00A448DF" w:rsidP="00A448DF">
      <w:pPr>
        <w:tabs>
          <w:tab w:val="center" w:pos="3767"/>
          <w:tab w:val="center" w:pos="6799"/>
        </w:tabs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4AB9A4D6" wp14:editId="4EF572EB">
            <wp:extent cx="743585" cy="826135"/>
            <wp:effectExtent l="0" t="0" r="0" b="0"/>
            <wp:docPr id="10" name="Picture 7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" name="Picture 783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43585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b/>
          <w:lang w:val="ru-RU"/>
        </w:rPr>
        <w:t xml:space="preserve"> </w:t>
      </w:r>
      <w:r w:rsidRPr="00A448DF">
        <w:rPr>
          <w:rFonts w:ascii="Times New Roman" w:hAnsi="Times New Roman" w:cs="Times New Roman"/>
          <w:b/>
          <w:lang w:val="ru-RU"/>
        </w:rPr>
        <w:tab/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39467EA8" wp14:editId="6075D257">
            <wp:extent cx="1437005" cy="1031875"/>
            <wp:effectExtent l="0" t="0" r="0" b="0"/>
            <wp:docPr id="11" name="Picture 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" name="Picture 78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37005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b/>
          <w:lang w:val="ru-RU"/>
        </w:rPr>
        <w:t xml:space="preserve"> </w:t>
      </w:r>
      <w:r w:rsidRPr="00A448DF">
        <w:rPr>
          <w:rFonts w:ascii="Times New Roman" w:hAnsi="Times New Roman" w:cs="Times New Roman"/>
          <w:b/>
          <w:lang w:val="ru-RU"/>
        </w:rPr>
        <w:tab/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23132F3F" wp14:editId="32083CFC">
            <wp:extent cx="572770" cy="958850"/>
            <wp:effectExtent l="0" t="0" r="0" b="0"/>
            <wp:docPr id="12" name="Picture 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" name="Picture 789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tabs>
          <w:tab w:val="center" w:pos="2636"/>
          <w:tab w:val="center" w:pos="6398"/>
        </w:tabs>
        <w:spacing w:after="5" w:line="271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А </w:t>
      </w:r>
      <w:r w:rsidRPr="00A448DF">
        <w:rPr>
          <w:rFonts w:ascii="Times New Roman" w:hAnsi="Times New Roman" w:cs="Times New Roman"/>
          <w:b/>
          <w:lang w:val="ru-RU"/>
        </w:rPr>
        <w:tab/>
        <w:t xml:space="preserve">Б </w:t>
      </w:r>
      <w:r w:rsidRPr="00A448DF">
        <w:rPr>
          <w:rFonts w:ascii="Times New Roman" w:hAnsi="Times New Roman" w:cs="Times New Roman"/>
          <w:b/>
          <w:lang w:val="ru-RU"/>
        </w:rPr>
        <w:tab/>
        <w:t xml:space="preserve">В </w:t>
      </w:r>
    </w:p>
    <w:p w:rsidR="00A448DF" w:rsidRPr="00A448DF" w:rsidRDefault="00A448DF" w:rsidP="00A448DF">
      <w:pPr>
        <w:spacing w:after="0" w:line="259" w:lineRule="auto"/>
        <w:jc w:val="center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spacing w:after="0" w:line="259" w:lineRule="auto"/>
        <w:jc w:val="center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spacing w:after="20" w:line="259" w:lineRule="auto"/>
        <w:jc w:val="center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numPr>
          <w:ilvl w:val="0"/>
          <w:numId w:val="39"/>
        </w:numPr>
        <w:spacing w:after="5" w:line="271" w:lineRule="auto"/>
        <w:ind w:hanging="360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Распредели картинки в две группы. </w:t>
      </w:r>
      <w:r w:rsidRPr="00A448DF">
        <w:rPr>
          <w:rFonts w:ascii="Times New Roman" w:hAnsi="Times New Roman" w:cs="Times New Roman"/>
          <w:i/>
          <w:lang w:val="ru-RU"/>
        </w:rPr>
        <w:t xml:space="preserve"> </w:t>
      </w:r>
      <w:r w:rsidRPr="00A448DF">
        <w:rPr>
          <w:rFonts w:ascii="Times New Roman" w:hAnsi="Times New Roman" w:cs="Times New Roman"/>
          <w:i/>
        </w:rPr>
        <w:t xml:space="preserve">Впиши буквы в нужную строку </w:t>
      </w:r>
    </w:p>
    <w:p w:rsidR="00A448DF" w:rsidRPr="00A448DF" w:rsidRDefault="00A448DF" w:rsidP="00A448DF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tbl>
      <w:tblPr>
        <w:tblStyle w:val="TableGrid"/>
        <w:tblW w:w="10728" w:type="dxa"/>
        <w:tblInd w:w="0" w:type="dxa"/>
        <w:tblCellMar>
          <w:left w:w="5" w:type="dxa"/>
          <w:bottom w:w="8" w:type="dxa"/>
        </w:tblCellMar>
        <w:tblLook w:val="04A0" w:firstRow="1" w:lastRow="0" w:firstColumn="1" w:lastColumn="0" w:noHBand="0" w:noVBand="1"/>
      </w:tblPr>
      <w:tblGrid>
        <w:gridCol w:w="2861"/>
        <w:gridCol w:w="2451"/>
        <w:gridCol w:w="423"/>
        <w:gridCol w:w="1752"/>
        <w:gridCol w:w="1085"/>
        <w:gridCol w:w="2156"/>
      </w:tblGrid>
      <w:tr w:rsidR="00A448DF" w:rsidRPr="00A448DF" w:rsidTr="00246639">
        <w:trPr>
          <w:trHeight w:val="2132"/>
        </w:trPr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011852C3" wp14:editId="1D2BB3B2">
                  <wp:extent cx="771335" cy="1118692"/>
                  <wp:effectExtent l="0" t="0" r="0" b="0"/>
                  <wp:docPr id="13" name="Picture 8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" name="Picture 829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335" cy="1118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48DF" w:rsidRPr="00A448DF" w:rsidRDefault="00A448DF" w:rsidP="00246639">
            <w:pPr>
              <w:ind w:right="4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А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448DF" w:rsidRPr="00A448DF" w:rsidRDefault="00A448DF" w:rsidP="00246639">
            <w:pPr>
              <w:spacing w:after="8"/>
              <w:ind w:right="-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309977A0" wp14:editId="0A8F10CE">
                  <wp:extent cx="1298575" cy="988695"/>
                  <wp:effectExtent l="0" t="0" r="0" b="0"/>
                  <wp:docPr id="14" name="Picture 8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" name="Picture 834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575" cy="98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448DF" w:rsidRPr="00A448DF" w:rsidRDefault="00A448DF" w:rsidP="00246639">
            <w:pPr>
              <w:spacing w:after="13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Б </w:t>
            </w:r>
          </w:p>
        </w:tc>
        <w:tc>
          <w:tcPr>
            <w:tcW w:w="4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448DF" w:rsidRPr="00A448DF" w:rsidRDefault="00A448DF" w:rsidP="00246639">
            <w:pPr>
              <w:spacing w:after="45"/>
              <w:ind w:right="-2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2D84583C" wp14:editId="4939CA21">
                  <wp:extent cx="713105" cy="999490"/>
                  <wp:effectExtent l="0" t="0" r="0" b="0"/>
                  <wp:docPr id="15" name="Picture 8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" name="Picture 840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05" cy="99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448DF" w:rsidRPr="00A448DF" w:rsidRDefault="00A448DF" w:rsidP="00246639">
            <w:pPr>
              <w:ind w:right="255"/>
              <w:jc w:val="right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В </w:t>
            </w: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490C2B64" wp14:editId="72E983ED">
                  <wp:extent cx="608330" cy="1081900"/>
                  <wp:effectExtent l="0" t="0" r="0" b="0"/>
                  <wp:docPr id="16" name="Picture 8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" name="Picture 845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330" cy="108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48DF" w:rsidRPr="00A448DF" w:rsidRDefault="00A448DF" w:rsidP="00246639">
            <w:pPr>
              <w:ind w:right="11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Г </w:t>
            </w:r>
          </w:p>
        </w:tc>
      </w:tr>
      <w:tr w:rsidR="00A448DF" w:rsidRPr="00A448DF" w:rsidTr="00246639">
        <w:trPr>
          <w:trHeight w:val="2350"/>
        </w:trPr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03770AD2" wp14:editId="08E6C72D">
                  <wp:extent cx="975360" cy="1085342"/>
                  <wp:effectExtent l="0" t="0" r="0" b="0"/>
                  <wp:docPr id="17" name="Picture 8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" name="Picture 866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0" cy="1085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48DF" w:rsidRPr="00A448DF" w:rsidRDefault="00A448DF" w:rsidP="00246639">
            <w:pPr>
              <w:ind w:right="7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Д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1873B542" wp14:editId="29FD6963">
                  <wp:extent cx="836295" cy="1129030"/>
                  <wp:effectExtent l="0" t="0" r="0" b="0"/>
                  <wp:docPr id="18" name="Picture 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" name="Picture 871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295" cy="1129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48DF" w:rsidRPr="00A448DF" w:rsidRDefault="00A448DF" w:rsidP="00246639">
            <w:pPr>
              <w:ind w:right="10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Е 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79C0CE95" wp14:editId="74C21F3D">
                  <wp:extent cx="848995" cy="1133475"/>
                  <wp:effectExtent l="0" t="0" r="0" b="0"/>
                  <wp:docPr id="19" name="Picture 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" name="Picture 876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99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48DF" w:rsidRPr="00A448DF" w:rsidRDefault="00A448DF" w:rsidP="00246639">
            <w:pPr>
              <w:ind w:right="7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Ж </w:t>
            </w:r>
          </w:p>
        </w:tc>
        <w:tc>
          <w:tcPr>
            <w:tcW w:w="3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48DF" w:rsidRPr="00A448DF" w:rsidRDefault="00A448DF" w:rsidP="00246639">
            <w:pPr>
              <w:ind w:right="437"/>
              <w:jc w:val="right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563563C4" wp14:editId="594132BD">
                  <wp:extent cx="1428115" cy="1133843"/>
                  <wp:effectExtent l="0" t="0" r="0" b="0"/>
                  <wp:docPr id="20" name="Picture 8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" name="Picture 881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115" cy="1133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48DF" w:rsidRPr="00A448DF" w:rsidRDefault="00A448DF" w:rsidP="00246639">
            <w:pPr>
              <w:spacing w:after="10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48DF" w:rsidRPr="00A448DF" w:rsidRDefault="00A448DF" w:rsidP="00246639">
            <w:pPr>
              <w:ind w:right="7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 </w:t>
            </w:r>
          </w:p>
        </w:tc>
      </w:tr>
    </w:tbl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i/>
        </w:rPr>
        <w:t xml:space="preserve"> </w:t>
      </w:r>
    </w:p>
    <w:tbl>
      <w:tblPr>
        <w:tblStyle w:val="TableGrid"/>
        <w:tblW w:w="10730" w:type="dxa"/>
        <w:tblInd w:w="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87"/>
        <w:gridCol w:w="5943"/>
      </w:tblGrid>
      <w:tr w:rsidR="00A448DF" w:rsidRPr="00A448DF" w:rsidTr="00246639">
        <w:trPr>
          <w:trHeight w:val="28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Реальность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448DF" w:rsidRPr="00A448DF" w:rsidTr="00246639">
        <w:trPr>
          <w:trHeight w:val="288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Фантазия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26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Правильные ответы к  КИМ №2 (5класс)</w:t>
      </w:r>
      <w:r w:rsidRPr="00A448DF">
        <w:rPr>
          <w:rFonts w:ascii="Times New Roman" w:hAnsi="Times New Roman" w:cs="Times New Roman"/>
          <w:lang w:val="ru-RU"/>
        </w:rPr>
        <w:t xml:space="preserve"> </w:t>
      </w:r>
    </w:p>
    <w:tbl>
      <w:tblPr>
        <w:tblStyle w:val="TableGrid"/>
        <w:tblW w:w="10567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44"/>
        <w:gridCol w:w="5245"/>
        <w:gridCol w:w="1277"/>
        <w:gridCol w:w="2801"/>
      </w:tblGrid>
      <w:tr w:rsidR="00A448DF" w:rsidRPr="00A448DF" w:rsidTr="00246639">
        <w:trPr>
          <w:trHeight w:val="562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задания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Правильные   ответы 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задания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Правильные   ответы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Злые       Добрые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Б-хохлома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В-дымково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А-тушь; Б-гуашь; В-постель; Г-аквар.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9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Б-натюрморт </w:t>
            </w:r>
          </w:p>
        </w:tc>
      </w:tr>
      <w:tr w:rsidR="00A448DF" w:rsidRPr="009E482D" w:rsidTr="00246639">
        <w:trPr>
          <w:trHeight w:val="564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Реальность-Б,В,Г,Ж Фантазия-А,Д,Е,З </w:t>
            </w:r>
          </w:p>
        </w:tc>
      </w:tr>
    </w:tbl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Критерии оценивания </w:t>
      </w:r>
    </w:p>
    <w:tbl>
      <w:tblPr>
        <w:tblStyle w:val="TableGrid"/>
        <w:tblW w:w="10567" w:type="dxa"/>
        <w:tblInd w:w="0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83"/>
        <w:gridCol w:w="5284"/>
      </w:tblGrid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Оценка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Количество правильных ответов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«отлично»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7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10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«хорошо»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8-9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5-7 </w:t>
            </w:r>
          </w:p>
        </w:tc>
      </w:tr>
      <w:tr w:rsidR="00A448DF" w:rsidRPr="00A448DF" w:rsidTr="00246639">
        <w:trPr>
          <w:trHeight w:val="288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«неудовлетворительно»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1-4 </w:t>
            </w:r>
          </w:p>
        </w:tc>
      </w:tr>
    </w:tbl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26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lastRenderedPageBreak/>
        <w:t xml:space="preserve"> КИМ №3  ( 5 класс). ГОДОВАЯ ТВОРЧЕСКАЯ РАБОТА </w:t>
      </w:r>
    </w:p>
    <w:p w:rsidR="00A448DF" w:rsidRPr="00A448DF" w:rsidRDefault="00A448DF" w:rsidP="00A448DF">
      <w:pPr>
        <w:spacing w:after="5" w:line="271" w:lineRule="auto"/>
        <w:ind w:right="1842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Придумай и нарисуй домик для любого из перечисленных ниже  сказочных персонажей. </w:t>
      </w:r>
      <w:r w:rsidRPr="00A448DF">
        <w:rPr>
          <w:rFonts w:ascii="Times New Roman" w:hAnsi="Times New Roman" w:cs="Times New Roman"/>
          <w:i/>
        </w:rPr>
        <w:t xml:space="preserve">Материал выбирай самостоятельно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10550" w:type="dxa"/>
        <w:tblInd w:w="0" w:type="dxa"/>
        <w:tblCellMar>
          <w:top w:w="5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728"/>
        <w:gridCol w:w="2605"/>
        <w:gridCol w:w="2820"/>
        <w:gridCol w:w="3397"/>
      </w:tblGrid>
      <w:tr w:rsidR="00A448DF" w:rsidRPr="00A448DF" w:rsidTr="00246639">
        <w:trPr>
          <w:trHeight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Водяной 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Дюймовочка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Черепаха Тортилла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Мальчик-с-пальчик </w:t>
            </w:r>
          </w:p>
        </w:tc>
      </w:tr>
      <w:tr w:rsidR="00A448DF" w:rsidRPr="00A448DF" w:rsidTr="00246639">
        <w:trPr>
          <w:trHeight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Леший  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Жар-птица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Царевна-лягушка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Змей Горыныч </w:t>
            </w:r>
          </w:p>
        </w:tc>
      </w:tr>
      <w:tr w:rsidR="00A448DF" w:rsidRPr="00A448DF" w:rsidTr="00246639">
        <w:trPr>
          <w:trHeight w:val="286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Русалочка 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Сеньор Помидор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Мамонтенок 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Ослик Иа </w:t>
            </w:r>
          </w:p>
        </w:tc>
      </w:tr>
    </w:tbl>
    <w:p w:rsidR="00A448DF" w:rsidRPr="00A448DF" w:rsidRDefault="00A448DF" w:rsidP="00A448DF">
      <w:pPr>
        <w:spacing w:after="17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i/>
          <w:lang w:val="ru-RU"/>
        </w:rPr>
        <w:t xml:space="preserve">Критерии оценивания детских работ по творческому заданию следующие: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"отлично"</w:t>
      </w:r>
      <w:r w:rsidRPr="00A448DF">
        <w:rPr>
          <w:rFonts w:ascii="Times New Roman" w:hAnsi="Times New Roman" w:cs="Times New Roman"/>
          <w:lang w:val="ru-RU"/>
        </w:rPr>
        <w:t xml:space="preserve"> -  работа выполнена в соответствии вышеназванным требованиям, в ней раскрыта  поставленная проблема, сформулированы выводы, имеющие теоретическую  и, – или практическую направленность для современного общества.                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"хорошо"</w:t>
      </w:r>
      <w:r w:rsidRPr="00A448DF">
        <w:rPr>
          <w:rFonts w:ascii="Times New Roman" w:hAnsi="Times New Roman" w:cs="Times New Roman"/>
          <w:lang w:val="ru-RU"/>
        </w:rPr>
        <w:t xml:space="preserve">  - работа выполнена в соответствии вышеназванным требованиям, в ней раскрыта  поставленная проблема, однако, выводы сформулированы не четко, не достаточно раскрыто  теоретическое  и, – или практическое значение выполненной работы.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"удовлетворительно"-</w:t>
      </w:r>
      <w:r w:rsidRPr="00A448DF">
        <w:rPr>
          <w:rFonts w:ascii="Times New Roman" w:hAnsi="Times New Roman" w:cs="Times New Roman"/>
          <w:lang w:val="ru-RU"/>
        </w:rPr>
        <w:t xml:space="preserve"> работа выполнена в соответствии вышеназванным требованиям, в ней не достаточно четко сформулирована проблема,  выводы сформулированы не четко, не достаточно раскрыто ее теоретическое  и, – или практическое значение.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"неудовлетворительно"- работа не выполнена в соответствии с вышеназванными требованиями. </w:t>
      </w:r>
    </w:p>
    <w:p w:rsidR="00A448DF" w:rsidRPr="00A448DF" w:rsidRDefault="00A448DF" w:rsidP="00A448DF">
      <w:pPr>
        <w:spacing w:after="22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tabs>
          <w:tab w:val="center" w:pos="6563"/>
        </w:tabs>
        <w:spacing w:after="5" w:line="271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  <w:r w:rsidRPr="00A448DF">
        <w:rPr>
          <w:rFonts w:ascii="Times New Roman" w:hAnsi="Times New Roman" w:cs="Times New Roman"/>
          <w:b/>
          <w:lang w:val="ru-RU"/>
        </w:rPr>
        <w:tab/>
        <w:t xml:space="preserve">     Входная диагностика</w:t>
      </w:r>
      <w:r w:rsidRPr="00A448DF">
        <w:rPr>
          <w:rFonts w:ascii="Times New Roman" w:hAnsi="Times New Roman" w:cs="Times New Roman"/>
          <w:lang w:val="ru-RU"/>
        </w:rPr>
        <w:t xml:space="preserve"> </w:t>
      </w:r>
      <w:r w:rsidRPr="00A448DF">
        <w:rPr>
          <w:rFonts w:ascii="Times New Roman" w:hAnsi="Times New Roman" w:cs="Times New Roman"/>
          <w:b/>
          <w:lang w:val="ru-RU"/>
        </w:rPr>
        <w:t xml:space="preserve">КИМ №1(6класс) </w:t>
      </w:r>
    </w:p>
    <w:p w:rsidR="00A448DF" w:rsidRPr="00A448DF" w:rsidRDefault="00A448DF" w:rsidP="00A448DF">
      <w:pPr>
        <w:spacing w:after="17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spacing w:after="5" w:line="269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i/>
          <w:lang w:val="ru-RU"/>
        </w:rPr>
        <w:t xml:space="preserve">Правильные ответы обведи кружочком </w:t>
      </w:r>
    </w:p>
    <w:tbl>
      <w:tblPr>
        <w:tblStyle w:val="TableGrid"/>
        <w:tblW w:w="10550" w:type="dxa"/>
        <w:tblInd w:w="0" w:type="dxa"/>
        <w:tblCellMar>
          <w:top w:w="53" w:type="dxa"/>
          <w:left w:w="108" w:type="dxa"/>
          <w:right w:w="95" w:type="dxa"/>
        </w:tblCellMar>
        <w:tblLook w:val="04A0" w:firstRow="1" w:lastRow="0" w:firstColumn="1" w:lastColumn="0" w:noHBand="0" w:noVBand="1"/>
      </w:tblPr>
      <w:tblGrid>
        <w:gridCol w:w="5149"/>
        <w:gridCol w:w="5401"/>
      </w:tblGrid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1. Какие цвета называют теплыми?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жёлтый   Б) красный   В) зелёный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Г) синий      Д) голубой    Е) оранжевый </w:t>
            </w:r>
          </w:p>
        </w:tc>
      </w:tr>
      <w:tr w:rsidR="00A448DF" w:rsidRPr="00A448DF" w:rsidTr="00246639">
        <w:trPr>
          <w:trHeight w:val="840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2. Назовите основные цвета: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желтый, зеленый, красный      </w:t>
            </w:r>
          </w:p>
          <w:p w:rsidR="00A448DF" w:rsidRPr="00A448DF" w:rsidRDefault="00A448DF" w:rsidP="00246639">
            <w:pPr>
              <w:spacing w:after="21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Б) красный, синий, зеленый       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В) желтый, красный, синий  </w:t>
            </w:r>
          </w:p>
        </w:tc>
      </w:tr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3. При соединении жёлтого и синего цветов можно получить: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фиолетовый  Б) зелёный  В) оранжевый </w:t>
            </w:r>
          </w:p>
        </w:tc>
      </w:tr>
      <w:tr w:rsidR="00A448DF" w:rsidRPr="00A448DF" w:rsidTr="00246639">
        <w:trPr>
          <w:trHeight w:val="838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4. Какие цвета относятся к холодным: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синий, зеленый       </w:t>
            </w:r>
          </w:p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Б) голубой, черный     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В) фиолетовый, коричневый </w:t>
            </w:r>
          </w:p>
        </w:tc>
      </w:tr>
      <w:tr w:rsidR="00A448DF" w:rsidRPr="009E482D" w:rsidTr="00246639">
        <w:trPr>
          <w:trHeight w:val="823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both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5. Кто изображен на знаменитой картине Виктора Васнецова?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Три богатыря.      Б) Три поросенка. 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В) Три мушкетера    Г) Три толстяка. </w:t>
            </w:r>
          </w:p>
        </w:tc>
      </w:tr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both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6. Геометрический орнамент может состоять из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цветов         Б) животных        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В) кругов, треугольников, квадратов </w:t>
            </w:r>
          </w:p>
        </w:tc>
      </w:tr>
      <w:tr w:rsidR="00A448DF" w:rsidRPr="009E482D" w:rsidTr="00246639">
        <w:trPr>
          <w:trHeight w:val="1390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7. Кто такой живописец?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1" w:line="278" w:lineRule="auto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Человек, умеющий быстро писать, стенографист. </w:t>
            </w:r>
          </w:p>
          <w:p w:rsidR="00A448DF" w:rsidRPr="00A448DF" w:rsidRDefault="00A448DF" w:rsidP="00246639">
            <w:pPr>
              <w:spacing w:after="19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Б) Писатель, пишущий живые, веселые рассказы. </w:t>
            </w:r>
          </w:p>
          <w:p w:rsidR="00A448DF" w:rsidRPr="00A448DF" w:rsidRDefault="00A448DF" w:rsidP="00246639">
            <w:pPr>
              <w:spacing w:after="23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В) Художник.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Г) Очень быстро и много рисующий человек. </w:t>
            </w:r>
          </w:p>
        </w:tc>
      </w:tr>
      <w:tr w:rsidR="00A448DF" w:rsidRPr="009E482D" w:rsidTr="00246639">
        <w:trPr>
          <w:trHeight w:val="564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both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8. Как называют художественное произведение из двух частей?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Диптих    Б) Триптих     В) Полиптих </w:t>
            </w:r>
          </w:p>
        </w:tc>
      </w:tr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9. Какой из этих видов искусств не является изобразительным?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1988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Скульптура     Б) Музыка В) Живопись        Г) Графика </w:t>
            </w:r>
          </w:p>
        </w:tc>
      </w:tr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10. Какой из этих цветов не относится к теплым?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Оранжевый      Б) Синий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В) Желтый             Г) Коричневый </w:t>
            </w:r>
          </w:p>
        </w:tc>
      </w:tr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11. Какого цвета нет у радуги?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139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Оранжевый       Б) Фиолетовый В) Зеленый             Г) Розовый </w:t>
            </w:r>
          </w:p>
        </w:tc>
      </w:tr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12. В каком жанре написаны наиболее известные картины Ивана Шишкина?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Пейзаж      Б) Портрет     В) Натюрморт </w:t>
            </w:r>
          </w:p>
        </w:tc>
      </w:tr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both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lastRenderedPageBreak/>
              <w:t xml:space="preserve">13. Кто написал картину «Царевна Лебедь»?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07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Василий Суриков  Б) Алексей Саврасов В) Михаил Врубель    Г) Илья Репин </w:t>
            </w:r>
          </w:p>
        </w:tc>
      </w:tr>
      <w:tr w:rsidR="00A448DF" w:rsidRPr="009E482D" w:rsidTr="00246639">
        <w:trPr>
          <w:trHeight w:val="565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14. Какой цвет в радуге соседствует с красным?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637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Желтый    Б) Зеленый    В) Оранжевый Г) Голубой </w:t>
            </w:r>
          </w:p>
        </w:tc>
      </w:tr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15. Какой цвет имеет краска «индиго»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707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Желтый     Б) Синий      В) Сиреневый Г) Розовый </w:t>
            </w:r>
          </w:p>
        </w:tc>
      </w:tr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16. Какой материал не используют в своей работе скульпторы?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959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Дерево      Б) Мрамор       В) Стекло Г) Глину </w:t>
            </w:r>
          </w:p>
        </w:tc>
      </w:tr>
      <w:tr w:rsidR="00A448DF" w:rsidRPr="009E482D" w:rsidTr="00246639">
        <w:trPr>
          <w:trHeight w:val="562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17. Орнамент – это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1119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А) вышивка               Б) мозаика          В) узор, основанный на ритме </w:t>
            </w:r>
          </w:p>
        </w:tc>
      </w:tr>
    </w:tbl>
    <w:p w:rsidR="00A448DF" w:rsidRPr="00A448DF" w:rsidRDefault="00A448DF" w:rsidP="00A448DF">
      <w:pPr>
        <w:spacing w:after="26" w:line="259" w:lineRule="auto"/>
        <w:jc w:val="center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Правильные ответы к  КИМ №1(6класс)</w:t>
      </w:r>
      <w:r w:rsidRPr="00A448DF">
        <w:rPr>
          <w:rFonts w:ascii="Times New Roman" w:hAnsi="Times New Roman" w:cs="Times New Roman"/>
          <w:lang w:val="ru-RU"/>
        </w:rPr>
        <w:t xml:space="preserve"> </w:t>
      </w:r>
    </w:p>
    <w:tbl>
      <w:tblPr>
        <w:tblStyle w:val="TableGrid"/>
        <w:tblW w:w="10567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44"/>
        <w:gridCol w:w="5245"/>
        <w:gridCol w:w="1277"/>
        <w:gridCol w:w="2801"/>
      </w:tblGrid>
      <w:tr w:rsidR="00A448DF" w:rsidRPr="00A448DF" w:rsidTr="00246639">
        <w:trPr>
          <w:trHeight w:val="562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задания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Правильные   ответы 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задания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Правильные   ответы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448DF" w:rsidRPr="00A448DF" w:rsidTr="00246639">
        <w:trPr>
          <w:trHeight w:val="28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А; Б; В; Е.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11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Г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13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15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Г </w:t>
            </w:r>
          </w:p>
        </w:tc>
      </w:tr>
      <w:tr w:rsidR="00A448DF" w:rsidRPr="00A448DF" w:rsidTr="00246639">
        <w:trPr>
          <w:trHeight w:val="28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16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17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9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A448DF" w:rsidRPr="00A448DF" w:rsidRDefault="00A448DF" w:rsidP="00A448DF">
      <w:pPr>
        <w:spacing w:after="26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keepNext/>
        <w:keepLines/>
        <w:spacing w:after="0" w:line="259" w:lineRule="auto"/>
        <w:ind w:right="2153"/>
        <w:jc w:val="center"/>
        <w:outlineLvl w:val="0"/>
        <w:rPr>
          <w:rFonts w:ascii="Times New Roman" w:hAnsi="Times New Roman" w:cs="Times New Roman"/>
          <w:b/>
        </w:rPr>
      </w:pPr>
      <w:r w:rsidRPr="00A448DF">
        <w:rPr>
          <w:rFonts w:ascii="Times New Roman" w:hAnsi="Times New Roman" w:cs="Times New Roman"/>
          <w:b/>
        </w:rPr>
        <w:t xml:space="preserve">Критерии оценивания </w:t>
      </w:r>
    </w:p>
    <w:tbl>
      <w:tblPr>
        <w:tblStyle w:val="TableGrid"/>
        <w:tblW w:w="10567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283"/>
        <w:gridCol w:w="5284"/>
      </w:tblGrid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Оценка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Количество правильных ответов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«отлично»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16-17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«хорошо»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tabs>
                <w:tab w:val="center" w:pos="687"/>
                <w:tab w:val="center" w:pos="2534"/>
              </w:tabs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  <w:r w:rsidRPr="00A448DF">
              <w:rPr>
                <w:rFonts w:ascii="Times New Roman" w:hAnsi="Times New Roman" w:cs="Times New Roman"/>
              </w:rPr>
              <w:tab/>
              <w:t xml:space="preserve"> </w:t>
            </w:r>
            <w:r w:rsidRPr="00A448DF">
              <w:rPr>
                <w:rFonts w:ascii="Times New Roman" w:hAnsi="Times New Roman" w:cs="Times New Roman"/>
              </w:rPr>
              <w:tab/>
              <w:t xml:space="preserve">13-15 </w:t>
            </w:r>
          </w:p>
        </w:tc>
      </w:tr>
      <w:tr w:rsidR="00A448DF" w:rsidRPr="00A448DF" w:rsidTr="00246639">
        <w:trPr>
          <w:trHeight w:val="288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8-12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«неудовлетворительно»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1-7 </w:t>
            </w:r>
          </w:p>
        </w:tc>
      </w:tr>
    </w:tbl>
    <w:p w:rsidR="00A448DF" w:rsidRPr="00A448DF" w:rsidRDefault="00A448DF" w:rsidP="00A448DF">
      <w:pPr>
        <w:spacing w:after="15" w:line="259" w:lineRule="auto"/>
        <w:jc w:val="center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                             КИМ №2(6класс). Полугодовая проверочная работа.   </w:t>
      </w:r>
    </w:p>
    <w:p w:rsidR="00A448DF" w:rsidRPr="00A448DF" w:rsidRDefault="00A448DF" w:rsidP="00A448DF">
      <w:pPr>
        <w:spacing w:after="5" w:line="271" w:lineRule="auto"/>
        <w:ind w:right="3141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i/>
          <w:lang w:val="ru-RU"/>
        </w:rPr>
        <w:t xml:space="preserve">Соедини правильные пары стрелками </w:t>
      </w:r>
      <w:r w:rsidRPr="00A448DF">
        <w:rPr>
          <w:rFonts w:ascii="Times New Roman" w:hAnsi="Times New Roman" w:cs="Times New Roman"/>
          <w:b/>
          <w:lang w:val="ru-RU"/>
        </w:rPr>
        <w:t>1.</w:t>
      </w:r>
      <w:r w:rsidRPr="00A448DF">
        <w:rPr>
          <w:rFonts w:ascii="Times New Roman" w:eastAsia="Arial" w:hAnsi="Times New Roman" w:cs="Times New Roman"/>
          <w:b/>
          <w:lang w:val="ru-RU"/>
        </w:rPr>
        <w:t xml:space="preserve"> </w:t>
      </w:r>
      <w:r w:rsidRPr="00A448DF">
        <w:rPr>
          <w:rFonts w:ascii="Times New Roman" w:hAnsi="Times New Roman" w:cs="Times New Roman"/>
          <w:b/>
          <w:lang w:val="ru-RU"/>
        </w:rPr>
        <w:t xml:space="preserve">Каким ты цветом будешь рисовать  </w:t>
      </w:r>
    </w:p>
    <w:tbl>
      <w:tblPr>
        <w:tblStyle w:val="TableGrid"/>
        <w:tblW w:w="5720" w:type="dxa"/>
        <w:tblInd w:w="1738" w:type="dxa"/>
        <w:tblLook w:val="04A0" w:firstRow="1" w:lastRow="0" w:firstColumn="1" w:lastColumn="0" w:noHBand="0" w:noVBand="1"/>
      </w:tblPr>
      <w:tblGrid>
        <w:gridCol w:w="3687"/>
        <w:gridCol w:w="2033"/>
      </w:tblGrid>
      <w:tr w:rsidR="00A448DF" w:rsidRPr="009E482D" w:rsidTr="00246639">
        <w:trPr>
          <w:trHeight w:val="2481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A448DF" w:rsidRPr="00A448DF" w:rsidRDefault="00A448DF" w:rsidP="00246639">
            <w:pPr>
              <w:spacing w:after="20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i/>
              </w:rPr>
              <w:t xml:space="preserve">Тёплым     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i/>
              </w:rPr>
              <w:t xml:space="preserve">             </w:t>
            </w: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spacing w:after="21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1.костёр    </w:t>
            </w:r>
          </w:p>
          <w:p w:rsidR="00A448DF" w:rsidRPr="00A448DF" w:rsidRDefault="00A448DF" w:rsidP="00246639">
            <w:pPr>
              <w:spacing w:after="21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2.сугроб    </w:t>
            </w:r>
          </w:p>
          <w:p w:rsidR="00A448DF" w:rsidRPr="00A448DF" w:rsidRDefault="00A448DF" w:rsidP="00246639">
            <w:pPr>
              <w:spacing w:after="21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3.снежинку    </w:t>
            </w:r>
          </w:p>
          <w:p w:rsidR="00A448DF" w:rsidRPr="00A448DF" w:rsidRDefault="00A448DF" w:rsidP="00246639">
            <w:pPr>
              <w:spacing w:after="21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4.подсолнух     </w:t>
            </w:r>
          </w:p>
          <w:p w:rsidR="00A448DF" w:rsidRPr="00A448DF" w:rsidRDefault="00A448DF" w:rsidP="00246639">
            <w:pPr>
              <w:spacing w:after="21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5.солнце    </w:t>
            </w:r>
          </w:p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6.хмурое небо    </w:t>
            </w:r>
          </w:p>
          <w:p w:rsidR="00A448DF" w:rsidRPr="00A448DF" w:rsidRDefault="00A448DF" w:rsidP="00246639">
            <w:pPr>
              <w:spacing w:after="21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7.горную речку    </w:t>
            </w:r>
          </w:p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8.осенний лес    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9.золотую рыбку </w:t>
            </w:r>
          </w:p>
        </w:tc>
      </w:tr>
      <w:tr w:rsidR="00A448DF" w:rsidRPr="00A448DF" w:rsidTr="00246639">
        <w:trPr>
          <w:trHeight w:val="269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i/>
              </w:rPr>
              <w:t>Холодным</w:t>
            </w: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10.песок </w:t>
            </w:r>
          </w:p>
        </w:tc>
      </w:tr>
    </w:tbl>
    <w:p w:rsidR="00A448DF" w:rsidRPr="00A448DF" w:rsidRDefault="00A448DF" w:rsidP="00A448DF">
      <w:pPr>
        <w:spacing w:line="259" w:lineRule="auto"/>
        <w:jc w:val="center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2. К какому виду изобразительного искусства относится работа? </w:t>
      </w:r>
    </w:p>
    <w:p w:rsidR="00A448DF" w:rsidRPr="00A448DF" w:rsidRDefault="00A448DF" w:rsidP="00A448DF">
      <w:pPr>
        <w:spacing w:after="5" w:line="269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i/>
          <w:lang w:val="ru-RU"/>
        </w:rPr>
        <w:t xml:space="preserve">Выбери номер правильного варианта ответа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35446303" wp14:editId="1B974894">
            <wp:extent cx="1181100" cy="871855"/>
            <wp:effectExtent l="0" t="0" r="0" b="0"/>
            <wp:docPr id="21" name="Picture 2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" name="Picture 209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lang w:val="ru-RU"/>
        </w:rPr>
        <w:t xml:space="preserve">                                </w:t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15C80B1E" wp14:editId="365F3DF7">
            <wp:extent cx="1478280" cy="995680"/>
            <wp:effectExtent l="0" t="0" r="0" b="0"/>
            <wp:docPr id="22" name="Picture 2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" name="Picture 2095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lang w:val="ru-RU"/>
        </w:rPr>
        <w:t xml:space="preserve">        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lastRenderedPageBreak/>
        <w:t>1)</w:t>
      </w:r>
      <w:r w:rsidRPr="00A448DF">
        <w:rPr>
          <w:rFonts w:ascii="Times New Roman" w:hAnsi="Times New Roman" w:cs="Times New Roman"/>
          <w:lang w:val="ru-RU"/>
        </w:rPr>
        <w:t xml:space="preserve">   вариант  ответа _____</w:t>
      </w:r>
      <w:r w:rsidRPr="00A448DF">
        <w:rPr>
          <w:rFonts w:ascii="Times New Roman" w:hAnsi="Times New Roman" w:cs="Times New Roman"/>
          <w:b/>
          <w:lang w:val="ru-RU"/>
        </w:rPr>
        <w:t xml:space="preserve">                    2</w:t>
      </w:r>
      <w:r w:rsidRPr="00A448DF">
        <w:rPr>
          <w:rFonts w:ascii="Times New Roman" w:hAnsi="Times New Roman" w:cs="Times New Roman"/>
          <w:b/>
          <w:i/>
          <w:lang w:val="ru-RU"/>
        </w:rPr>
        <w:t xml:space="preserve">) </w:t>
      </w:r>
      <w:r w:rsidRPr="00A448DF">
        <w:rPr>
          <w:rFonts w:ascii="Times New Roman" w:hAnsi="Times New Roman" w:cs="Times New Roman"/>
          <w:lang w:val="ru-RU"/>
        </w:rPr>
        <w:t xml:space="preserve">вариант  ответа ___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 </w:t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7ED8EBD1" wp14:editId="62DBAEE1">
            <wp:extent cx="996950" cy="1346835"/>
            <wp:effectExtent l="0" t="0" r="0" b="0"/>
            <wp:docPr id="23" name="Picture 2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" name="Picture 211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lang w:val="ru-RU"/>
        </w:rPr>
        <w:t xml:space="preserve">                                                          </w:t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20D0D49E" wp14:editId="067973F0">
            <wp:extent cx="873125" cy="1303020"/>
            <wp:effectExtent l="0" t="0" r="0" b="0"/>
            <wp:docPr id="24" name="Picture 2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" name="Picture 2117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lang w:val="ru-RU"/>
        </w:rPr>
        <w:t xml:space="preserve"> 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 </w:t>
      </w:r>
      <w:r w:rsidRPr="00A448DF">
        <w:rPr>
          <w:rFonts w:ascii="Times New Roman" w:hAnsi="Times New Roman" w:cs="Times New Roman"/>
          <w:b/>
          <w:lang w:val="ru-RU"/>
        </w:rPr>
        <w:t>3)</w:t>
      </w:r>
      <w:r w:rsidRPr="00A448DF">
        <w:rPr>
          <w:rFonts w:ascii="Times New Roman" w:hAnsi="Times New Roman" w:cs="Times New Roman"/>
          <w:lang w:val="ru-RU"/>
        </w:rPr>
        <w:t xml:space="preserve">   вариант  ответа _____                                                           </w:t>
      </w:r>
      <w:r w:rsidRPr="00A448DF">
        <w:rPr>
          <w:rFonts w:ascii="Times New Roman" w:hAnsi="Times New Roman" w:cs="Times New Roman"/>
          <w:b/>
          <w:lang w:val="ru-RU"/>
        </w:rPr>
        <w:t>4)</w:t>
      </w:r>
      <w:r w:rsidRPr="00A448DF">
        <w:rPr>
          <w:rFonts w:ascii="Times New Roman" w:hAnsi="Times New Roman" w:cs="Times New Roman"/>
          <w:lang w:val="ru-RU"/>
        </w:rPr>
        <w:t xml:space="preserve">  вариант  ответа _____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</w:t>
      </w:r>
    </w:p>
    <w:p w:rsidR="00A448DF" w:rsidRPr="00885F8E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                                         </w:t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7C617D0D" wp14:editId="430744C6">
            <wp:extent cx="1539240" cy="991870"/>
            <wp:effectExtent l="0" t="0" r="0" b="0"/>
            <wp:docPr id="25" name="Picture 2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" name="Picture 215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5F8E">
        <w:rPr>
          <w:rFonts w:ascii="Times New Roman" w:hAnsi="Times New Roman" w:cs="Times New Roman"/>
          <w:lang w:val="ru-RU"/>
        </w:rPr>
        <w:t xml:space="preserve">          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</w:rPr>
      </w:pPr>
      <w:r w:rsidRPr="00885F8E">
        <w:rPr>
          <w:rFonts w:ascii="Times New Roman" w:hAnsi="Times New Roman" w:cs="Times New Roman"/>
          <w:lang w:val="ru-RU"/>
        </w:rPr>
        <w:t xml:space="preserve">                                          </w:t>
      </w:r>
      <w:r w:rsidRPr="00A448DF">
        <w:rPr>
          <w:rFonts w:ascii="Times New Roman" w:hAnsi="Times New Roman" w:cs="Times New Roman"/>
          <w:b/>
        </w:rPr>
        <w:t>5)</w:t>
      </w:r>
      <w:r w:rsidRPr="00A448DF">
        <w:rPr>
          <w:rFonts w:ascii="Times New Roman" w:hAnsi="Times New Roman" w:cs="Times New Roman"/>
        </w:rPr>
        <w:t xml:space="preserve">  вариант  ответа _____ </w:t>
      </w:r>
    </w:p>
    <w:p w:rsidR="00A448DF" w:rsidRPr="00A448DF" w:rsidRDefault="00A448DF" w:rsidP="00A448DF">
      <w:pPr>
        <w:spacing w:after="22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 </w:t>
      </w:r>
    </w:p>
    <w:p w:rsidR="00A448DF" w:rsidRPr="00A448DF" w:rsidRDefault="00A448DF" w:rsidP="00A448DF">
      <w:pPr>
        <w:spacing w:after="5" w:line="269" w:lineRule="auto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i/>
        </w:rPr>
        <w:t xml:space="preserve">Варианты ответов: </w:t>
      </w:r>
    </w:p>
    <w:p w:rsidR="00A448DF" w:rsidRPr="00A448DF" w:rsidRDefault="00A448DF" w:rsidP="00A448DF">
      <w:pPr>
        <w:numPr>
          <w:ilvl w:val="0"/>
          <w:numId w:val="40"/>
        </w:numPr>
        <w:spacing w:after="5" w:line="270" w:lineRule="auto"/>
        <w:ind w:hanging="360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Живопись  </w:t>
      </w:r>
      <w:r w:rsidRPr="00A448DF">
        <w:rPr>
          <w:rFonts w:ascii="Times New Roman" w:hAnsi="Times New Roman" w:cs="Times New Roman"/>
        </w:rPr>
        <w:tab/>
        <w:t>4.</w:t>
      </w:r>
      <w:r w:rsidRPr="00A448DF">
        <w:rPr>
          <w:rFonts w:ascii="Times New Roman" w:eastAsia="Arial" w:hAnsi="Times New Roman" w:cs="Times New Roman"/>
        </w:rPr>
        <w:t xml:space="preserve"> </w:t>
      </w:r>
      <w:r w:rsidRPr="00A448DF">
        <w:rPr>
          <w:rFonts w:ascii="Times New Roman" w:hAnsi="Times New Roman" w:cs="Times New Roman"/>
        </w:rPr>
        <w:t xml:space="preserve">Архитектура  </w:t>
      </w:r>
    </w:p>
    <w:p w:rsidR="00A448DF" w:rsidRPr="00A448DF" w:rsidRDefault="00A448DF" w:rsidP="00A448DF">
      <w:pPr>
        <w:numPr>
          <w:ilvl w:val="0"/>
          <w:numId w:val="40"/>
        </w:numPr>
        <w:spacing w:after="14" w:line="259" w:lineRule="auto"/>
        <w:ind w:hanging="360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Графика  </w:t>
      </w:r>
      <w:r w:rsidRPr="00A448DF">
        <w:rPr>
          <w:rFonts w:ascii="Times New Roman" w:hAnsi="Times New Roman" w:cs="Times New Roman"/>
        </w:rPr>
        <w:tab/>
        <w:t>5.</w:t>
      </w:r>
      <w:r w:rsidRPr="00A448DF">
        <w:rPr>
          <w:rFonts w:ascii="Times New Roman" w:eastAsia="Arial" w:hAnsi="Times New Roman" w:cs="Times New Roman"/>
        </w:rPr>
        <w:t xml:space="preserve"> </w:t>
      </w:r>
      <w:r w:rsidRPr="00A448DF">
        <w:rPr>
          <w:rFonts w:ascii="Times New Roman" w:hAnsi="Times New Roman" w:cs="Times New Roman"/>
        </w:rPr>
        <w:t xml:space="preserve">Декоративно-прикладное искусство  </w:t>
      </w:r>
    </w:p>
    <w:p w:rsidR="00A448DF" w:rsidRPr="00A448DF" w:rsidRDefault="00A448DF" w:rsidP="00A448DF">
      <w:pPr>
        <w:numPr>
          <w:ilvl w:val="0"/>
          <w:numId w:val="40"/>
        </w:numPr>
        <w:spacing w:after="160" w:line="270" w:lineRule="auto"/>
        <w:ind w:hanging="360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Скульптура  </w:t>
      </w:r>
      <w:r w:rsidRPr="00A448DF">
        <w:rPr>
          <w:rFonts w:ascii="Times New Roman" w:hAnsi="Times New Roman" w:cs="Times New Roman"/>
        </w:rPr>
        <w:tab/>
        <w:t>6.</w:t>
      </w:r>
      <w:r w:rsidRPr="00A448DF">
        <w:rPr>
          <w:rFonts w:ascii="Times New Roman" w:eastAsia="Arial" w:hAnsi="Times New Roman" w:cs="Times New Roman"/>
        </w:rPr>
        <w:t xml:space="preserve"> </w:t>
      </w:r>
      <w:r w:rsidRPr="00A448DF">
        <w:rPr>
          <w:rFonts w:ascii="Times New Roman" w:hAnsi="Times New Roman" w:cs="Times New Roman"/>
        </w:rPr>
        <w:t xml:space="preserve">Художественная фотография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Правильные ответы к КИМ №2(6класс)</w:t>
      </w:r>
      <w:r w:rsidRPr="00A448DF">
        <w:rPr>
          <w:rFonts w:ascii="Times New Roman" w:hAnsi="Times New Roman" w:cs="Times New Roman"/>
          <w:lang w:val="ru-RU"/>
        </w:rPr>
        <w:t xml:space="preserve"> </w:t>
      </w:r>
    </w:p>
    <w:tbl>
      <w:tblPr>
        <w:tblStyle w:val="TableGrid"/>
        <w:tblW w:w="7197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952"/>
        <w:gridCol w:w="5245"/>
      </w:tblGrid>
      <w:tr w:rsidR="00A448DF" w:rsidRPr="00A448DF" w:rsidTr="00246639">
        <w:trPr>
          <w:trHeight w:val="286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задания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Правильные   ответы 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448DF" w:rsidRPr="00A448DF" w:rsidTr="00246639">
        <w:trPr>
          <w:trHeight w:val="56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1183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Теплые-1,4,5,8,9,10 Холодные-2,3,6,7 </w:t>
            </w:r>
          </w:p>
        </w:tc>
      </w:tr>
      <w:tr w:rsidR="00A448DF" w:rsidRPr="009E482D" w:rsidTr="00246639">
        <w:trPr>
          <w:trHeight w:val="1390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15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1-графика </w:t>
            </w:r>
          </w:p>
          <w:p w:rsidR="00A448DF" w:rsidRPr="00A448DF" w:rsidRDefault="00A448DF" w:rsidP="00246639">
            <w:pPr>
              <w:spacing w:after="8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2-архитектура </w:t>
            </w:r>
          </w:p>
          <w:p w:rsidR="00A448DF" w:rsidRPr="00A448DF" w:rsidRDefault="00A448DF" w:rsidP="00246639">
            <w:pPr>
              <w:spacing w:after="18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3-ДПИ </w:t>
            </w:r>
          </w:p>
          <w:p w:rsidR="00A448DF" w:rsidRPr="00A448DF" w:rsidRDefault="00A448DF" w:rsidP="00246639">
            <w:pPr>
              <w:spacing w:after="13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4-художественное фото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5-живопись </w:t>
            </w:r>
          </w:p>
        </w:tc>
      </w:tr>
    </w:tbl>
    <w:p w:rsidR="00A448DF" w:rsidRPr="00A448DF" w:rsidRDefault="00A448DF" w:rsidP="00A448DF">
      <w:pPr>
        <w:keepNext/>
        <w:keepLines/>
        <w:spacing w:after="0" w:line="259" w:lineRule="auto"/>
        <w:ind w:right="2153"/>
        <w:jc w:val="center"/>
        <w:outlineLvl w:val="0"/>
        <w:rPr>
          <w:rFonts w:ascii="Times New Roman" w:hAnsi="Times New Roman" w:cs="Times New Roman"/>
          <w:b/>
        </w:rPr>
      </w:pPr>
      <w:r w:rsidRPr="00A448DF">
        <w:rPr>
          <w:rFonts w:ascii="Times New Roman" w:hAnsi="Times New Roman" w:cs="Times New Roman"/>
          <w:b/>
        </w:rPr>
        <w:t xml:space="preserve">Критерии оценивания </w:t>
      </w:r>
    </w:p>
    <w:tbl>
      <w:tblPr>
        <w:tblStyle w:val="TableGrid"/>
        <w:tblW w:w="10567" w:type="dxa"/>
        <w:tblInd w:w="0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83"/>
        <w:gridCol w:w="5284"/>
      </w:tblGrid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Оценка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Количество правильных ответов </w:t>
            </w:r>
          </w:p>
        </w:tc>
      </w:tr>
      <w:tr w:rsidR="00A448DF" w:rsidRPr="00A448DF" w:rsidTr="00246639">
        <w:trPr>
          <w:trHeight w:val="288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«отлично»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7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15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«хорошо»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10-14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5-9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«неудовлетворительно»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1-4 </w:t>
            </w:r>
          </w:p>
        </w:tc>
      </w:tr>
    </w:tbl>
    <w:p w:rsidR="00A448DF" w:rsidRPr="00A448DF" w:rsidRDefault="00A448DF" w:rsidP="00A448DF">
      <w:pPr>
        <w:spacing w:after="26" w:line="259" w:lineRule="auto"/>
        <w:jc w:val="center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>№3(6класс). Годовая проверочная работа</w:t>
      </w:r>
      <w:r w:rsidRPr="00A448DF">
        <w:rPr>
          <w:rFonts w:ascii="Times New Roman" w:hAnsi="Times New Roman" w:cs="Times New Roman"/>
        </w:rPr>
        <w:t xml:space="preserve"> </w:t>
      </w:r>
    </w:p>
    <w:p w:rsidR="00A448DF" w:rsidRPr="00A448DF" w:rsidRDefault="00A448DF" w:rsidP="00A448DF">
      <w:pPr>
        <w:keepNext/>
        <w:keepLines/>
        <w:spacing w:line="259" w:lineRule="auto"/>
        <w:ind w:right="2156"/>
        <w:jc w:val="center"/>
        <w:outlineLvl w:val="0"/>
        <w:rPr>
          <w:rFonts w:ascii="Times New Roman" w:hAnsi="Times New Roman" w:cs="Times New Roman"/>
          <w:b/>
        </w:rPr>
      </w:pPr>
      <w:r w:rsidRPr="00A448DF">
        <w:rPr>
          <w:rFonts w:ascii="Times New Roman" w:hAnsi="Times New Roman" w:cs="Times New Roman"/>
          <w:b/>
        </w:rPr>
        <w:t xml:space="preserve"> УСТАНОВИ СООТВЕТСТВИЕ</w:t>
      </w:r>
      <w:r w:rsidRPr="00A448DF">
        <w:rPr>
          <w:rFonts w:ascii="Times New Roman" w:hAnsi="Times New Roman" w:cs="Times New Roman"/>
        </w:rPr>
        <w:t xml:space="preserve"> </w:t>
      </w:r>
    </w:p>
    <w:p w:rsidR="00A448DF" w:rsidRPr="00A448DF" w:rsidRDefault="00A448DF" w:rsidP="00A448DF">
      <w:pPr>
        <w:spacing w:after="4" w:line="259" w:lineRule="auto"/>
        <w:ind w:right="819"/>
        <w:jc w:val="right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1. Какие профессии художников связаны с данными видами художественного творчества?</w:t>
      </w:r>
      <w:r w:rsidRPr="00A448DF">
        <w:rPr>
          <w:rFonts w:ascii="Times New Roman" w:hAnsi="Times New Roman" w:cs="Times New Roman"/>
          <w:lang w:val="ru-RU"/>
        </w:rPr>
        <w:t xml:space="preserve"> </w:t>
      </w:r>
    </w:p>
    <w:p w:rsidR="00A448DF" w:rsidRPr="00A448DF" w:rsidRDefault="00A448DF" w:rsidP="00A448DF">
      <w:pPr>
        <w:tabs>
          <w:tab w:val="center" w:pos="2553"/>
          <w:tab w:val="center" w:pos="5379"/>
          <w:tab w:val="center" w:pos="5693"/>
          <w:tab w:val="center" w:pos="8561"/>
        </w:tabs>
        <w:spacing w:after="5" w:line="270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anchor distT="0" distB="0" distL="114300" distR="114300" simplePos="0" relativeHeight="251666432" behindDoc="0" locked="0" layoutInCell="1" allowOverlap="0" wp14:anchorId="08E62CE2" wp14:editId="0154A27D">
            <wp:simplePos x="0" y="0"/>
            <wp:positionH relativeFrom="column">
              <wp:posOffset>2484120</wp:posOffset>
            </wp:positionH>
            <wp:positionV relativeFrom="paragraph">
              <wp:posOffset>0</wp:posOffset>
            </wp:positionV>
            <wp:extent cx="930910" cy="955675"/>
            <wp:effectExtent l="0" t="0" r="0" b="0"/>
            <wp:wrapSquare wrapText="bothSides"/>
            <wp:docPr id="26" name="Picture 2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" name="Picture 2367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3091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anchor distT="0" distB="0" distL="114300" distR="114300" simplePos="0" relativeHeight="251668480" behindDoc="0" locked="0" layoutInCell="1" allowOverlap="0" wp14:anchorId="26EA345B" wp14:editId="01E76194">
            <wp:simplePos x="0" y="0"/>
            <wp:positionH relativeFrom="column">
              <wp:posOffset>681355</wp:posOffset>
            </wp:positionH>
            <wp:positionV relativeFrom="paragraph">
              <wp:posOffset>0</wp:posOffset>
            </wp:positionV>
            <wp:extent cx="839470" cy="1039495"/>
            <wp:effectExtent l="0" t="0" r="0" b="0"/>
            <wp:wrapSquare wrapText="bothSides"/>
            <wp:docPr id="27" name="Picture 2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" name="Picture 2356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39470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48DF">
        <w:rPr>
          <w:rFonts w:ascii="Times New Roman" w:eastAsia="Calibri" w:hAnsi="Times New Roman" w:cs="Times New Roman"/>
          <w:lang w:val="ru-RU"/>
        </w:rPr>
        <w:tab/>
      </w:r>
      <w:r w:rsidRPr="00A448DF">
        <w:rPr>
          <w:rFonts w:ascii="Times New Roman" w:hAnsi="Times New Roman" w:cs="Times New Roman"/>
          <w:sz w:val="2"/>
          <w:lang w:val="ru-RU"/>
        </w:rPr>
        <w:t xml:space="preserve"> </w:t>
      </w:r>
      <w:r w:rsidRPr="00A448DF">
        <w:rPr>
          <w:rFonts w:ascii="Times New Roman" w:hAnsi="Times New Roman" w:cs="Times New Roman"/>
        </w:rPr>
        <w:t xml:space="preserve">1. </w:t>
      </w:r>
      <w:r w:rsidRPr="00A448DF">
        <w:rPr>
          <w:rFonts w:ascii="Times New Roman" w:hAnsi="Times New Roman" w:cs="Times New Roman"/>
        </w:rPr>
        <w:tab/>
      </w:r>
      <w:r w:rsidRPr="00A448DF">
        <w:rPr>
          <w:rFonts w:ascii="Times New Roman" w:hAnsi="Times New Roman" w:cs="Times New Roman"/>
          <w:sz w:val="2"/>
          <w:vertAlign w:val="superscript"/>
        </w:rPr>
        <w:t xml:space="preserve"> </w:t>
      </w:r>
      <w:r w:rsidRPr="00A448DF">
        <w:rPr>
          <w:rFonts w:ascii="Times New Roman" w:hAnsi="Times New Roman" w:cs="Times New Roman"/>
          <w:sz w:val="2"/>
          <w:vertAlign w:val="superscript"/>
        </w:rPr>
        <w:tab/>
      </w:r>
      <w:r w:rsidRPr="00A448DF">
        <w:rPr>
          <w:rFonts w:ascii="Times New Roman" w:hAnsi="Times New Roman" w:cs="Times New Roman"/>
        </w:rPr>
        <w:t xml:space="preserve">2. </w:t>
      </w:r>
      <w:r w:rsidRPr="00A448DF">
        <w:rPr>
          <w:rFonts w:ascii="Times New Roman" w:hAnsi="Times New Roman" w:cs="Times New Roman"/>
        </w:rPr>
        <w:tab/>
      </w:r>
      <w:r w:rsidRPr="00A448DF">
        <w:rPr>
          <w:rFonts w:ascii="Times New Roman" w:eastAsia="Calibri" w:hAnsi="Times New Roman" w:cs="Times New Roman"/>
          <w:noProof/>
          <w:lang w:val="ru-RU" w:eastAsia="ru-RU"/>
        </w:rPr>
        <w:drawing>
          <wp:inline distT="0" distB="0" distL="0" distR="0" wp14:anchorId="24971391" wp14:editId="52D664A0">
            <wp:extent cx="873125" cy="970915"/>
            <wp:effectExtent l="0" t="0" r="0" b="0"/>
            <wp:docPr id="28" name="Picture 23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" name="Picture 2377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48DF">
        <w:rPr>
          <w:rFonts w:ascii="Times New Roman" w:hAnsi="Times New Roman" w:cs="Times New Roman"/>
          <w:sz w:val="2"/>
          <w:vertAlign w:val="superscript"/>
        </w:rPr>
        <w:t xml:space="preserve"> </w:t>
      </w:r>
      <w:r w:rsidRPr="00A448DF">
        <w:rPr>
          <w:rFonts w:ascii="Times New Roman" w:hAnsi="Times New Roman" w:cs="Times New Roman"/>
        </w:rPr>
        <w:t xml:space="preserve">3. </w:t>
      </w:r>
    </w:p>
    <w:tbl>
      <w:tblPr>
        <w:tblStyle w:val="TableGrid"/>
        <w:tblW w:w="9132" w:type="dxa"/>
        <w:tblInd w:w="336" w:type="dxa"/>
        <w:tblLook w:val="04A0" w:firstRow="1" w:lastRow="0" w:firstColumn="1" w:lastColumn="0" w:noHBand="0" w:noVBand="1"/>
      </w:tblPr>
      <w:tblGrid>
        <w:gridCol w:w="2233"/>
        <w:gridCol w:w="706"/>
        <w:gridCol w:w="2105"/>
        <w:gridCol w:w="543"/>
        <w:gridCol w:w="3545"/>
      </w:tblGrid>
      <w:tr w:rsidR="00A448DF" w:rsidRPr="00A448DF" w:rsidTr="00246639">
        <w:trPr>
          <w:trHeight w:val="271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ОТВЕТ № _____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ОТВЕТ № ______ 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tabs>
                <w:tab w:val="center" w:pos="3485"/>
              </w:tabs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ОТВЕТ № ____ </w:t>
            </w:r>
            <w:r w:rsidRPr="00A448DF">
              <w:rPr>
                <w:rFonts w:ascii="Times New Roman" w:hAnsi="Times New Roman" w:cs="Times New Roman"/>
              </w:rPr>
              <w:tab/>
              <w:t xml:space="preserve"> </w:t>
            </w:r>
          </w:p>
        </w:tc>
      </w:tr>
      <w:tr w:rsidR="00A448DF" w:rsidRPr="00A448DF" w:rsidTr="00246639">
        <w:trPr>
          <w:trHeight w:val="271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ind w:right="202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jc w:val="right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  <w:r w:rsidRPr="00A448DF">
              <w:rPr>
                <w:rFonts w:ascii="Times New Roman" w:hAnsi="Times New Roman" w:cs="Times New Roman"/>
              </w:rPr>
              <w:tab/>
              <w:t xml:space="preserve"> </w:t>
            </w:r>
          </w:p>
        </w:tc>
      </w:tr>
    </w:tbl>
    <w:p w:rsidR="00A448DF" w:rsidRPr="00A448DF" w:rsidRDefault="00A448DF" w:rsidP="00A448DF">
      <w:pPr>
        <w:spacing w:after="76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lastRenderedPageBreak/>
        <mc:AlternateContent>
          <mc:Choice Requires="wpg">
            <w:drawing>
              <wp:inline distT="0" distB="0" distL="0" distR="0" wp14:anchorId="05DF3724" wp14:editId="5F53162D">
                <wp:extent cx="5172710" cy="830580"/>
                <wp:effectExtent l="0" t="0" r="0" b="0"/>
                <wp:docPr id="50607" name="Group 50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2710" cy="830580"/>
                          <a:chOff x="0" y="0"/>
                          <a:chExt cx="5172710" cy="830580"/>
                        </a:xfrm>
                      </wpg:grpSpPr>
                      <pic:pic xmlns:pic="http://schemas.openxmlformats.org/drawingml/2006/picture">
                        <pic:nvPicPr>
                          <pic:cNvPr id="2403" name="Picture 2403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575" cy="830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3" name="Picture 2413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2147570" y="1"/>
                            <a:ext cx="664210" cy="826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3" name="Picture 2423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3941445" y="1"/>
                            <a:ext cx="1231265" cy="822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AFF6702" id="Group 50607" o:spid="_x0000_s1026" style="width:407.3pt;height:65.4pt;mso-position-horizontal-relative:char;mso-position-vertical-relative:line" coordsize="51727,830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">
                <v:shape id="Picture 2403" o:spid="_x0000_s1027" type="#_x0000_t75" style="position:absolute;width:9175;height:8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">
                  <v:imagedata r:id="rId74" o:title=""/>
                </v:shape>
                <v:shape id="Picture 2413" o:spid="_x0000_s1028" type="#_x0000_t75" style="position:absolute;left:21475;width:6642;height:8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">
                  <v:imagedata r:id="rId75" o:title=""/>
                </v:shape>
                <v:shape id="Picture 2423" o:spid="_x0000_s1029" type="#_x0000_t75" style="position:absolute;left:39414;width:12313;height:8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">
                  <v:imagedata r:id="rId76" o:title=""/>
                </v:shape>
                <w10:anchorlock/>
              </v:group>
            </w:pict>
          </mc:Fallback>
        </mc:AlternateContent>
      </w:r>
    </w:p>
    <w:p w:rsidR="00A448DF" w:rsidRPr="00A448DF" w:rsidRDefault="00A448DF" w:rsidP="00A448DF">
      <w:pPr>
        <w:tabs>
          <w:tab w:val="center" w:pos="2702"/>
          <w:tab w:val="center" w:pos="5693"/>
          <w:tab w:val="center" w:pos="9409"/>
        </w:tabs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</w:rPr>
        <w:tab/>
      </w:r>
      <w:r w:rsidRPr="00A448DF">
        <w:rPr>
          <w:rFonts w:ascii="Times New Roman" w:hAnsi="Times New Roman" w:cs="Times New Roman"/>
          <w:lang w:val="ru-RU"/>
        </w:rPr>
        <w:t xml:space="preserve">4. </w:t>
      </w:r>
      <w:r w:rsidRPr="00A448DF">
        <w:rPr>
          <w:rFonts w:ascii="Times New Roman" w:hAnsi="Times New Roman" w:cs="Times New Roman"/>
          <w:lang w:val="ru-RU"/>
        </w:rPr>
        <w:tab/>
        <w:t xml:space="preserve">5. </w:t>
      </w:r>
      <w:r w:rsidRPr="00A448DF">
        <w:rPr>
          <w:rFonts w:ascii="Times New Roman" w:hAnsi="Times New Roman" w:cs="Times New Roman"/>
          <w:lang w:val="ru-RU"/>
        </w:rPr>
        <w:tab/>
        <w:t xml:space="preserve">6. </w:t>
      </w:r>
    </w:p>
    <w:p w:rsidR="00A448DF" w:rsidRPr="00A448DF" w:rsidRDefault="00A448DF" w:rsidP="00A448DF">
      <w:pPr>
        <w:tabs>
          <w:tab w:val="center" w:pos="1195"/>
          <w:tab w:val="center" w:pos="2612"/>
          <w:tab w:val="center" w:pos="4195"/>
          <w:tab w:val="center" w:pos="5692"/>
          <w:tab w:val="center" w:pos="7548"/>
          <w:tab w:val="center" w:pos="9408"/>
        </w:tabs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lang w:val="ru-RU"/>
        </w:rPr>
        <w:tab/>
      </w:r>
      <w:r w:rsidRPr="00A448DF">
        <w:rPr>
          <w:rFonts w:ascii="Times New Roman" w:hAnsi="Times New Roman" w:cs="Times New Roman"/>
          <w:lang w:val="ru-RU"/>
        </w:rPr>
        <w:t xml:space="preserve"> ОТВЕТ № ____ </w:t>
      </w:r>
      <w:r w:rsidRPr="00A448DF">
        <w:rPr>
          <w:rFonts w:ascii="Times New Roman" w:hAnsi="Times New Roman" w:cs="Times New Roman"/>
          <w:lang w:val="ru-RU"/>
        </w:rPr>
        <w:tab/>
        <w:t xml:space="preserve"> </w:t>
      </w:r>
      <w:r w:rsidRPr="00A448DF">
        <w:rPr>
          <w:rFonts w:ascii="Times New Roman" w:hAnsi="Times New Roman" w:cs="Times New Roman"/>
          <w:lang w:val="ru-RU"/>
        </w:rPr>
        <w:tab/>
        <w:t xml:space="preserve">ОТВЕТ № ______ </w:t>
      </w:r>
      <w:r w:rsidRPr="00A448DF">
        <w:rPr>
          <w:rFonts w:ascii="Times New Roman" w:hAnsi="Times New Roman" w:cs="Times New Roman"/>
          <w:lang w:val="ru-RU"/>
        </w:rPr>
        <w:tab/>
        <w:t xml:space="preserve"> </w:t>
      </w:r>
      <w:r w:rsidRPr="00A448DF">
        <w:rPr>
          <w:rFonts w:ascii="Times New Roman" w:hAnsi="Times New Roman" w:cs="Times New Roman"/>
          <w:lang w:val="ru-RU"/>
        </w:rPr>
        <w:tab/>
        <w:t xml:space="preserve">ОТВЕТ № _______ </w:t>
      </w:r>
      <w:r w:rsidRPr="00A448DF">
        <w:rPr>
          <w:rFonts w:ascii="Times New Roman" w:hAnsi="Times New Roman" w:cs="Times New Roman"/>
          <w:lang w:val="ru-RU"/>
        </w:rPr>
        <w:tab/>
        <w:t xml:space="preserve"> </w:t>
      </w:r>
    </w:p>
    <w:p w:rsidR="00A448DF" w:rsidRPr="00A448DF" w:rsidRDefault="00A448DF" w:rsidP="00A448DF">
      <w:pPr>
        <w:spacing w:after="28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</w:t>
      </w:r>
      <w:r w:rsidRPr="00A448DF">
        <w:rPr>
          <w:rFonts w:ascii="Times New Roman" w:hAnsi="Times New Roman" w:cs="Times New Roman"/>
          <w:lang w:val="ru-RU"/>
        </w:rPr>
        <w:tab/>
        <w:t xml:space="preserve"> </w:t>
      </w:r>
    </w:p>
    <w:p w:rsidR="00A448DF" w:rsidRPr="00A448DF" w:rsidRDefault="00A448DF" w:rsidP="00A448DF">
      <w:pPr>
        <w:spacing w:after="5" w:line="269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i/>
          <w:lang w:val="ru-RU"/>
        </w:rPr>
        <w:t xml:space="preserve">ВАРИАНТЫ ОТВЕТОВ: </w:t>
      </w:r>
    </w:p>
    <w:p w:rsidR="00A448DF" w:rsidRPr="00A448DF" w:rsidRDefault="00A448DF" w:rsidP="00A448DF">
      <w:pPr>
        <w:tabs>
          <w:tab w:val="center" w:pos="1204"/>
          <w:tab w:val="center" w:pos="2416"/>
          <w:tab w:val="center" w:pos="6012"/>
          <w:tab w:val="center" w:pos="7119"/>
        </w:tabs>
        <w:spacing w:after="5" w:line="270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  <w:lang w:val="ru-RU"/>
        </w:rPr>
        <w:tab/>
      </w:r>
      <w:r w:rsidRPr="00A448DF">
        <w:rPr>
          <w:rFonts w:ascii="Times New Roman" w:hAnsi="Times New Roman" w:cs="Times New Roman"/>
        </w:rPr>
        <w:t>1.</w:t>
      </w:r>
      <w:r w:rsidRPr="00A448DF">
        <w:rPr>
          <w:rFonts w:ascii="Times New Roman" w:eastAsia="Arial" w:hAnsi="Times New Roman" w:cs="Times New Roman"/>
        </w:rPr>
        <w:t xml:space="preserve"> </w:t>
      </w:r>
      <w:r w:rsidRPr="00A448DF">
        <w:rPr>
          <w:rFonts w:ascii="Times New Roman" w:eastAsia="Arial" w:hAnsi="Times New Roman" w:cs="Times New Roman"/>
        </w:rPr>
        <w:tab/>
      </w:r>
      <w:r w:rsidRPr="00A448DF">
        <w:rPr>
          <w:rFonts w:ascii="Times New Roman" w:hAnsi="Times New Roman" w:cs="Times New Roman"/>
        </w:rPr>
        <w:t xml:space="preserve">Портретист </w:t>
      </w:r>
      <w:r w:rsidRPr="00A448DF">
        <w:rPr>
          <w:rFonts w:ascii="Times New Roman" w:hAnsi="Times New Roman" w:cs="Times New Roman"/>
        </w:rPr>
        <w:tab/>
        <w:t>5.</w:t>
      </w:r>
      <w:r w:rsidRPr="00A448DF">
        <w:rPr>
          <w:rFonts w:ascii="Times New Roman" w:eastAsia="Arial" w:hAnsi="Times New Roman" w:cs="Times New Roman"/>
        </w:rPr>
        <w:t xml:space="preserve"> </w:t>
      </w:r>
      <w:r w:rsidRPr="00A448DF">
        <w:rPr>
          <w:rFonts w:ascii="Times New Roman" w:eastAsia="Arial" w:hAnsi="Times New Roman" w:cs="Times New Roman"/>
        </w:rPr>
        <w:tab/>
      </w:r>
      <w:r w:rsidRPr="00A448DF">
        <w:rPr>
          <w:rFonts w:ascii="Times New Roman" w:hAnsi="Times New Roman" w:cs="Times New Roman"/>
        </w:rPr>
        <w:t xml:space="preserve">Дизайнер </w:t>
      </w:r>
    </w:p>
    <w:p w:rsidR="00A448DF" w:rsidRPr="00A448DF" w:rsidRDefault="00A448DF" w:rsidP="00A448DF">
      <w:pPr>
        <w:numPr>
          <w:ilvl w:val="0"/>
          <w:numId w:val="41"/>
        </w:numPr>
        <w:spacing w:after="5" w:line="270" w:lineRule="auto"/>
        <w:ind w:hanging="708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Архитектор </w:t>
      </w:r>
      <w:r w:rsidRPr="00A448DF">
        <w:rPr>
          <w:rFonts w:ascii="Times New Roman" w:hAnsi="Times New Roman" w:cs="Times New Roman"/>
        </w:rPr>
        <w:tab/>
        <w:t>6.</w:t>
      </w:r>
      <w:r w:rsidRPr="00A448DF">
        <w:rPr>
          <w:rFonts w:ascii="Times New Roman" w:eastAsia="Arial" w:hAnsi="Times New Roman" w:cs="Times New Roman"/>
        </w:rPr>
        <w:t xml:space="preserve"> </w:t>
      </w:r>
      <w:r w:rsidRPr="00A448DF">
        <w:rPr>
          <w:rFonts w:ascii="Times New Roman" w:eastAsia="Arial" w:hAnsi="Times New Roman" w:cs="Times New Roman"/>
        </w:rPr>
        <w:tab/>
      </w:r>
      <w:r w:rsidRPr="00A448DF">
        <w:rPr>
          <w:rFonts w:ascii="Times New Roman" w:hAnsi="Times New Roman" w:cs="Times New Roman"/>
        </w:rPr>
        <w:t xml:space="preserve">Пейзажист   </w:t>
      </w:r>
    </w:p>
    <w:p w:rsidR="00A448DF" w:rsidRPr="00A448DF" w:rsidRDefault="00A448DF" w:rsidP="00A448DF">
      <w:pPr>
        <w:numPr>
          <w:ilvl w:val="0"/>
          <w:numId w:val="41"/>
        </w:numPr>
        <w:spacing w:after="5" w:line="270" w:lineRule="auto"/>
        <w:ind w:hanging="708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Художник-модельер </w:t>
      </w:r>
      <w:r w:rsidRPr="00A448DF">
        <w:rPr>
          <w:rFonts w:ascii="Times New Roman" w:hAnsi="Times New Roman" w:cs="Times New Roman"/>
        </w:rPr>
        <w:tab/>
        <w:t>7.</w:t>
      </w:r>
      <w:r w:rsidRPr="00A448DF">
        <w:rPr>
          <w:rFonts w:ascii="Times New Roman" w:eastAsia="Arial" w:hAnsi="Times New Roman" w:cs="Times New Roman"/>
        </w:rPr>
        <w:t xml:space="preserve"> </w:t>
      </w:r>
      <w:r w:rsidRPr="00A448DF">
        <w:rPr>
          <w:rFonts w:ascii="Times New Roman" w:eastAsia="Arial" w:hAnsi="Times New Roman" w:cs="Times New Roman"/>
        </w:rPr>
        <w:tab/>
      </w:r>
      <w:r w:rsidRPr="00A448DF">
        <w:rPr>
          <w:rFonts w:ascii="Times New Roman" w:hAnsi="Times New Roman" w:cs="Times New Roman"/>
        </w:rPr>
        <w:t xml:space="preserve">Резчик по дереву </w:t>
      </w:r>
    </w:p>
    <w:p w:rsidR="00A448DF" w:rsidRPr="00A448DF" w:rsidRDefault="00A448DF" w:rsidP="00A448DF">
      <w:pPr>
        <w:numPr>
          <w:ilvl w:val="0"/>
          <w:numId w:val="41"/>
        </w:numPr>
        <w:spacing w:after="5" w:line="270" w:lineRule="auto"/>
        <w:ind w:hanging="708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Вышивальщица </w:t>
      </w:r>
      <w:r w:rsidRPr="00A448DF">
        <w:rPr>
          <w:rFonts w:ascii="Times New Roman" w:hAnsi="Times New Roman" w:cs="Times New Roman"/>
        </w:rPr>
        <w:tab/>
        <w:t>8.</w:t>
      </w:r>
      <w:r w:rsidRPr="00A448DF">
        <w:rPr>
          <w:rFonts w:ascii="Times New Roman" w:eastAsia="Arial" w:hAnsi="Times New Roman" w:cs="Times New Roman"/>
        </w:rPr>
        <w:t xml:space="preserve"> </w:t>
      </w:r>
      <w:r w:rsidRPr="00A448DF">
        <w:rPr>
          <w:rFonts w:ascii="Times New Roman" w:eastAsia="Arial" w:hAnsi="Times New Roman" w:cs="Times New Roman"/>
        </w:rPr>
        <w:tab/>
      </w:r>
      <w:r w:rsidRPr="00A448DF">
        <w:rPr>
          <w:rFonts w:ascii="Times New Roman" w:hAnsi="Times New Roman" w:cs="Times New Roman"/>
        </w:rPr>
        <w:t xml:space="preserve">Скульптор </w:t>
      </w:r>
    </w:p>
    <w:p w:rsidR="00A448DF" w:rsidRPr="00A448DF" w:rsidRDefault="00A448DF" w:rsidP="00A448DF">
      <w:pPr>
        <w:numPr>
          <w:ilvl w:val="0"/>
          <w:numId w:val="41"/>
        </w:numPr>
        <w:spacing w:after="5" w:line="270" w:lineRule="auto"/>
        <w:ind w:hanging="708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Иконописец </w:t>
      </w:r>
      <w:r w:rsidRPr="00A448DF">
        <w:rPr>
          <w:rFonts w:ascii="Times New Roman" w:hAnsi="Times New Roman" w:cs="Times New Roman"/>
        </w:rPr>
        <w:tab/>
        <w:t>9.</w:t>
      </w:r>
      <w:r w:rsidRPr="00A448DF">
        <w:rPr>
          <w:rFonts w:ascii="Times New Roman" w:eastAsia="Arial" w:hAnsi="Times New Roman" w:cs="Times New Roman"/>
        </w:rPr>
        <w:t xml:space="preserve"> </w:t>
      </w:r>
      <w:r w:rsidRPr="00A448DF">
        <w:rPr>
          <w:rFonts w:ascii="Times New Roman" w:eastAsia="Arial" w:hAnsi="Times New Roman" w:cs="Times New Roman"/>
        </w:rPr>
        <w:tab/>
      </w:r>
      <w:r w:rsidRPr="00A448DF">
        <w:rPr>
          <w:rFonts w:ascii="Times New Roman" w:hAnsi="Times New Roman" w:cs="Times New Roman"/>
        </w:rPr>
        <w:t xml:space="preserve">Реставратор </w:t>
      </w:r>
    </w:p>
    <w:p w:rsidR="00A448DF" w:rsidRPr="00A448DF" w:rsidRDefault="00A448DF" w:rsidP="00A448DF">
      <w:pPr>
        <w:tabs>
          <w:tab w:val="center" w:pos="1114"/>
          <w:tab w:val="center" w:pos="6072"/>
          <w:tab w:val="center" w:pos="7006"/>
        </w:tabs>
        <w:spacing w:after="5" w:line="270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eastAsia="Calibri" w:hAnsi="Times New Roman" w:cs="Times New Roman"/>
        </w:rPr>
        <w:tab/>
      </w:r>
      <w:r w:rsidRPr="00A448DF">
        <w:rPr>
          <w:rFonts w:ascii="Times New Roman" w:hAnsi="Times New Roman" w:cs="Times New Roman"/>
          <w:i/>
        </w:rPr>
        <w:t xml:space="preserve"> </w:t>
      </w:r>
      <w:r w:rsidRPr="00A448DF">
        <w:rPr>
          <w:rFonts w:ascii="Times New Roman" w:hAnsi="Times New Roman" w:cs="Times New Roman"/>
          <w:i/>
        </w:rPr>
        <w:tab/>
      </w:r>
      <w:r w:rsidRPr="00A448DF">
        <w:rPr>
          <w:rFonts w:ascii="Times New Roman" w:hAnsi="Times New Roman" w:cs="Times New Roman"/>
        </w:rPr>
        <w:t>10.</w:t>
      </w:r>
      <w:r w:rsidRPr="00A448DF">
        <w:rPr>
          <w:rFonts w:ascii="Times New Roman" w:eastAsia="Arial" w:hAnsi="Times New Roman" w:cs="Times New Roman"/>
        </w:rPr>
        <w:t xml:space="preserve"> </w:t>
      </w:r>
      <w:r w:rsidRPr="00A448DF">
        <w:rPr>
          <w:rFonts w:ascii="Times New Roman" w:eastAsia="Arial" w:hAnsi="Times New Roman" w:cs="Times New Roman"/>
        </w:rPr>
        <w:tab/>
      </w:r>
      <w:r w:rsidRPr="00A448DF">
        <w:rPr>
          <w:rFonts w:ascii="Times New Roman" w:hAnsi="Times New Roman" w:cs="Times New Roman"/>
        </w:rPr>
        <w:t xml:space="preserve">График </w:t>
      </w:r>
    </w:p>
    <w:p w:rsidR="00A448DF" w:rsidRPr="00A448DF" w:rsidRDefault="00A448DF" w:rsidP="00A448DF">
      <w:pPr>
        <w:spacing w:after="31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i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2.Определи, кисти какого художника принадлежит картина.</w:t>
      </w:r>
      <w:r w:rsidRPr="00A448DF">
        <w:rPr>
          <w:rFonts w:ascii="Times New Roman" w:hAnsi="Times New Roman" w:cs="Times New Roman"/>
          <w:lang w:val="ru-RU"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>Правильные пары соедини стрелками</w:t>
      </w:r>
      <w:r w:rsidRPr="00A448DF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8452" w:type="dxa"/>
        <w:tblInd w:w="0" w:type="dxa"/>
        <w:tblCellMar>
          <w:top w:w="45" w:type="dxa"/>
        </w:tblCellMar>
        <w:tblLook w:val="04A0" w:firstRow="1" w:lastRow="0" w:firstColumn="1" w:lastColumn="0" w:noHBand="0" w:noVBand="1"/>
      </w:tblPr>
      <w:tblGrid>
        <w:gridCol w:w="3198"/>
        <w:gridCol w:w="5254"/>
      </w:tblGrid>
      <w:tr w:rsidR="00A448DF" w:rsidRPr="00A448DF" w:rsidTr="00246639">
        <w:trPr>
          <w:trHeight w:val="271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В. Суриков 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«Бурлаки на Волге» </w:t>
            </w:r>
          </w:p>
        </w:tc>
      </w:tr>
      <w:tr w:rsidR="00A448DF" w:rsidRPr="00A448DF" w:rsidTr="00246639">
        <w:trPr>
          <w:trHeight w:val="276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И.Репин 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«Мона Лиза» </w:t>
            </w:r>
          </w:p>
        </w:tc>
      </w:tr>
      <w:tr w:rsidR="00A448DF" w:rsidRPr="00A448DF" w:rsidTr="00246639">
        <w:trPr>
          <w:trHeight w:val="276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В.Васнецов 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«Боярыня Морозова» </w:t>
            </w:r>
          </w:p>
        </w:tc>
      </w:tr>
      <w:tr w:rsidR="00A448DF" w:rsidRPr="00A448DF" w:rsidTr="00246639">
        <w:trPr>
          <w:trHeight w:val="276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И. Айвазовский 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«Аленушка» </w:t>
            </w:r>
          </w:p>
        </w:tc>
      </w:tr>
      <w:tr w:rsidR="00A448DF" w:rsidRPr="00A448DF" w:rsidTr="00246639">
        <w:trPr>
          <w:trHeight w:val="276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И.Левитан 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tabs>
                <w:tab w:val="left" w:pos="1752"/>
                <w:tab w:val="center" w:pos="2627"/>
              </w:tabs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«Девятый вал» </w:t>
            </w:r>
          </w:p>
        </w:tc>
      </w:tr>
      <w:tr w:rsidR="00A448DF" w:rsidRPr="00A448DF" w:rsidTr="00246639">
        <w:trPr>
          <w:trHeight w:val="276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А.Федотов 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«Золотая осень» </w:t>
            </w:r>
          </w:p>
        </w:tc>
      </w:tr>
      <w:tr w:rsidR="00A448DF" w:rsidRPr="00A448DF" w:rsidTr="00246639">
        <w:trPr>
          <w:trHeight w:val="276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К.Брюллов 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ind w:right="57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«Последний день Помпеи» </w:t>
            </w:r>
          </w:p>
        </w:tc>
      </w:tr>
      <w:tr w:rsidR="00A448DF" w:rsidRPr="00A448DF" w:rsidTr="00246639">
        <w:trPr>
          <w:trHeight w:val="276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Рафаэль 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«Сватовство майора» </w:t>
            </w:r>
          </w:p>
        </w:tc>
      </w:tr>
      <w:tr w:rsidR="00A448DF" w:rsidRPr="00A448DF" w:rsidTr="00246639">
        <w:trPr>
          <w:trHeight w:val="271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Леонардо да Винчи 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</w:tcPr>
          <w:p w:rsidR="00A448DF" w:rsidRPr="00A448DF" w:rsidRDefault="00A448DF" w:rsidP="00246639">
            <w:pPr>
              <w:ind w:right="363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«Сикстинская мадонна» </w:t>
            </w:r>
          </w:p>
        </w:tc>
      </w:tr>
    </w:tbl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Правильные ответы к КИМ №3 (6класс)</w:t>
      </w:r>
      <w:r w:rsidRPr="00A448DF">
        <w:rPr>
          <w:rFonts w:ascii="Times New Roman" w:hAnsi="Times New Roman" w:cs="Times New Roman"/>
          <w:lang w:val="ru-RU"/>
        </w:rPr>
        <w:t xml:space="preserve"> </w:t>
      </w:r>
    </w:p>
    <w:tbl>
      <w:tblPr>
        <w:tblStyle w:val="TableGrid"/>
        <w:tblW w:w="10567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60"/>
        <w:gridCol w:w="7907"/>
      </w:tblGrid>
      <w:tr w:rsidR="00A448DF" w:rsidRPr="00A448DF" w:rsidTr="00246639">
        <w:trPr>
          <w:trHeight w:val="28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задания 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Правильные   ответы 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448DF" w:rsidRPr="00A448DF" w:rsidTr="00246639">
        <w:trPr>
          <w:trHeight w:val="28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1-4;    2-1;    3-5;    4-2;    5-1;    6-6 </w:t>
            </w:r>
          </w:p>
        </w:tc>
      </w:tr>
      <w:tr w:rsidR="00A448DF" w:rsidRPr="009E482D" w:rsidTr="00246639">
        <w:trPr>
          <w:trHeight w:val="249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1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В. Суриков    ------------ «Боярыня Морозова»                  </w:t>
            </w:r>
          </w:p>
          <w:p w:rsidR="00A448DF" w:rsidRPr="00A448DF" w:rsidRDefault="00A448DF" w:rsidP="00246639">
            <w:pPr>
              <w:spacing w:after="8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И.Репин        -------------«Бурлаки на Волге» </w:t>
            </w:r>
          </w:p>
          <w:p w:rsidR="00A448DF" w:rsidRPr="00A448DF" w:rsidRDefault="00A448DF" w:rsidP="00246639">
            <w:pPr>
              <w:spacing w:after="13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В.Васнецов  --------------«Аленушка» </w:t>
            </w:r>
          </w:p>
          <w:p w:rsidR="00A448DF" w:rsidRPr="00A448DF" w:rsidRDefault="00A448DF" w:rsidP="00246639">
            <w:pPr>
              <w:spacing w:after="9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И. Айвазовский----------«Девятый вал» </w:t>
            </w:r>
          </w:p>
          <w:p w:rsidR="00A448DF" w:rsidRPr="00A448DF" w:rsidRDefault="00A448DF" w:rsidP="00246639">
            <w:pPr>
              <w:spacing w:after="10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И.Левитан   ---------------«Золотая осень» </w:t>
            </w:r>
          </w:p>
          <w:p w:rsidR="00A448DF" w:rsidRPr="00A448DF" w:rsidRDefault="00A448DF" w:rsidP="00246639">
            <w:pPr>
              <w:spacing w:after="11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А.Федотов  ----------------«Сватовство майора» </w:t>
            </w:r>
          </w:p>
          <w:p w:rsidR="00A448DF" w:rsidRPr="00A448DF" w:rsidRDefault="00A448DF" w:rsidP="00246639">
            <w:pPr>
              <w:spacing w:after="8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К.Брюллов  ----------------«Последний день Помпеи» </w:t>
            </w:r>
          </w:p>
          <w:p w:rsidR="00A448DF" w:rsidRPr="00A448DF" w:rsidRDefault="00A448DF" w:rsidP="00246639">
            <w:pPr>
              <w:spacing w:after="29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Рафаэль  --------------------«Сикстинская мадонна»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sz w:val="2"/>
              </w:rPr>
              <w:t xml:space="preserve"> </w:t>
            </w:r>
            <w:r w:rsidRPr="00A448DF">
              <w:rPr>
                <w:rFonts w:ascii="Times New Roman" w:hAnsi="Times New Roman" w:cs="Times New Roman"/>
              </w:rPr>
              <w:t xml:space="preserve">Леонардо да Винчи ------«Мона Лиза» </w:t>
            </w:r>
          </w:p>
        </w:tc>
      </w:tr>
    </w:tbl>
    <w:p w:rsidR="00A448DF" w:rsidRPr="00A448DF" w:rsidRDefault="00A448DF" w:rsidP="00A448DF">
      <w:pPr>
        <w:spacing w:after="26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</w:t>
      </w:r>
    </w:p>
    <w:p w:rsidR="00A448DF" w:rsidRPr="00A448DF" w:rsidRDefault="00A448DF" w:rsidP="00A448DF">
      <w:pPr>
        <w:keepNext/>
        <w:keepLines/>
        <w:spacing w:after="0" w:line="259" w:lineRule="auto"/>
        <w:ind w:right="2153"/>
        <w:jc w:val="center"/>
        <w:outlineLvl w:val="0"/>
        <w:rPr>
          <w:rFonts w:ascii="Times New Roman" w:hAnsi="Times New Roman" w:cs="Times New Roman"/>
          <w:b/>
        </w:rPr>
      </w:pPr>
      <w:r w:rsidRPr="00A448DF">
        <w:rPr>
          <w:rFonts w:ascii="Times New Roman" w:hAnsi="Times New Roman" w:cs="Times New Roman"/>
          <w:b/>
        </w:rPr>
        <w:t xml:space="preserve">Критерии оценивания </w:t>
      </w:r>
    </w:p>
    <w:tbl>
      <w:tblPr>
        <w:tblStyle w:val="TableGrid"/>
        <w:tblW w:w="10567" w:type="dxa"/>
        <w:tblInd w:w="0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83"/>
        <w:gridCol w:w="5284"/>
      </w:tblGrid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Оценка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Количество правильных ответов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«отлично»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14-15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«хорошо»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10-13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6-9 </w:t>
            </w:r>
          </w:p>
        </w:tc>
      </w:tr>
      <w:tr w:rsidR="00A448DF" w:rsidRPr="00A448DF" w:rsidTr="00246639">
        <w:trPr>
          <w:trHeight w:val="288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«неудовлетворительно»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1-5 </w:t>
            </w:r>
          </w:p>
        </w:tc>
      </w:tr>
    </w:tbl>
    <w:p w:rsidR="00A448DF" w:rsidRPr="00A448DF" w:rsidRDefault="00A448DF" w:rsidP="00A448DF">
      <w:pPr>
        <w:spacing w:after="25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          </w:t>
      </w:r>
      <w:r w:rsidRPr="00A448DF">
        <w:rPr>
          <w:rFonts w:ascii="Times New Roman" w:hAnsi="Times New Roman" w:cs="Times New Roman"/>
          <w:b/>
        </w:rPr>
        <w:t>КИМ №1(7класс). Входная диагностика.</w:t>
      </w:r>
      <w:r w:rsidRPr="00A448DF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10850" w:type="dxa"/>
        <w:tblInd w:w="-108" w:type="dxa"/>
        <w:tblCellMar>
          <w:top w:w="53" w:type="dxa"/>
          <w:left w:w="106" w:type="dxa"/>
        </w:tblCellMar>
        <w:tblLook w:val="04A0" w:firstRow="1" w:lastRow="0" w:firstColumn="1" w:lastColumn="0" w:noHBand="0" w:noVBand="1"/>
      </w:tblPr>
      <w:tblGrid>
        <w:gridCol w:w="6455"/>
        <w:gridCol w:w="4395"/>
      </w:tblGrid>
      <w:tr w:rsidR="00A448DF" w:rsidRPr="009E482D" w:rsidTr="00246639">
        <w:trPr>
          <w:trHeight w:val="562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1.  Какие  цвета являются ахроматическими?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ind w:right="533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белый    Б) серый    В) зелёный Г) желтый   Д) черный   Е) синий </w:t>
            </w:r>
          </w:p>
        </w:tc>
      </w:tr>
      <w:tr w:rsidR="00A448DF" w:rsidRPr="009E482D" w:rsidTr="00246639">
        <w:trPr>
          <w:trHeight w:val="1666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lastRenderedPageBreak/>
              <w:t>2. Что относится к графическим художественным материалам?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  пастель   Б)   сангина  В)   акварель  </w:t>
            </w:r>
          </w:p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Г)   уголь   Д)   тушь       Е)   темпера   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Ж)  масло    З)   фломастеры   </w:t>
            </w:r>
          </w:p>
          <w:p w:rsidR="00A448DF" w:rsidRPr="00A448DF" w:rsidRDefault="00A448DF" w:rsidP="00246639">
            <w:pPr>
              <w:ind w:right="112"/>
              <w:jc w:val="both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И)   восковые мелки  К)   акриловые краски   Л)   гуашь М)  анилиновые красители </w:t>
            </w:r>
          </w:p>
        </w:tc>
      </w:tr>
      <w:tr w:rsidR="00A448DF" w:rsidRPr="009E482D" w:rsidTr="00246639">
        <w:trPr>
          <w:trHeight w:val="1114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spacing w:after="26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3. Назови способ получения изображения,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заключающийся в накладывании на какую-либо основу разных по цвету кусков бумаг, картона, ткани и других материалов.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ind w:right="1389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лепка    Б) флористика В) коллаж </w:t>
            </w:r>
          </w:p>
        </w:tc>
      </w:tr>
      <w:tr w:rsidR="00A448DF" w:rsidRPr="009E482D" w:rsidTr="00246639">
        <w:trPr>
          <w:trHeight w:val="562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4.Воздушная перспектива четче  выражена на картинах, изображающих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 пейзаж  Б)  натюрморт    В)  портрет </w:t>
            </w:r>
          </w:p>
        </w:tc>
      </w:tr>
      <w:tr w:rsidR="00A448DF" w:rsidRPr="009E482D" w:rsidTr="00246639">
        <w:trPr>
          <w:trHeight w:val="562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5. Хроматические цвета, расположенные в определенном порядке по цветовым тонам, образуют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спектр      Б) радугу         В) контраст </w:t>
            </w:r>
          </w:p>
        </w:tc>
      </w:tr>
      <w:tr w:rsidR="00A448DF" w:rsidRPr="009E482D" w:rsidTr="00246639">
        <w:trPr>
          <w:trHeight w:val="564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6. Что из перечисленного является композиционным правилом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ind w:right="146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полотно     Б) золотое сечение         В) творчество </w:t>
            </w:r>
          </w:p>
        </w:tc>
      </w:tr>
      <w:tr w:rsidR="00A448DF" w:rsidRPr="009E482D" w:rsidTr="00246639">
        <w:trPr>
          <w:trHeight w:val="1390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7. Орнамент – это: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узор с организованным    </w:t>
            </w:r>
          </w:p>
          <w:p w:rsidR="00A448DF" w:rsidRPr="00A448DF" w:rsidRDefault="00A448DF" w:rsidP="00246639">
            <w:pPr>
              <w:spacing w:after="20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расположением  элементов     </w:t>
            </w:r>
          </w:p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Б) мозаика        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В) узор с ритмическим чередованием элементов </w:t>
            </w:r>
          </w:p>
        </w:tc>
      </w:tr>
      <w:tr w:rsidR="00A448DF" w:rsidRPr="00A448DF" w:rsidTr="00246639">
        <w:trPr>
          <w:trHeight w:val="286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8. К какому виду изобразительного искусства  относится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 архитектура   Б)  рисунок   </w:t>
            </w:r>
          </w:p>
        </w:tc>
      </w:tr>
      <w:tr w:rsidR="00A448DF" w:rsidRPr="00A448DF" w:rsidTr="00246639">
        <w:trPr>
          <w:trHeight w:val="288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барельеф?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В)  скульптура </w:t>
            </w:r>
          </w:p>
        </w:tc>
      </w:tr>
      <w:tr w:rsidR="00A448DF" w:rsidRPr="009E482D" w:rsidTr="00246639">
        <w:trPr>
          <w:trHeight w:val="562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9.Произведение декоративного искусства, выполненное  из цветного  стекла, называется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 витраж  Б) мозаика   В) аппликация </w:t>
            </w:r>
          </w:p>
        </w:tc>
      </w:tr>
      <w:tr w:rsidR="00A448DF" w:rsidRPr="009E482D" w:rsidTr="00246639">
        <w:trPr>
          <w:trHeight w:val="838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10. Печатное воспроизведение рисунка, выполненное различными способами на доске (деревянной, металлической)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Гравюра     Б) Эскиз          В) Этюд </w:t>
            </w:r>
          </w:p>
        </w:tc>
      </w:tr>
      <w:tr w:rsidR="00A448DF" w:rsidRPr="009E482D" w:rsidTr="00246639">
        <w:trPr>
          <w:trHeight w:val="562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11. При выполнении парадного портрета человека изображают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ind w:right="1036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в полный рост  Б) по пояс В) по плечи </w:t>
            </w:r>
          </w:p>
        </w:tc>
      </w:tr>
      <w:tr w:rsidR="00A448DF" w:rsidRPr="009E482D" w:rsidTr="00246639">
        <w:trPr>
          <w:trHeight w:val="562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12. В анималистическом жанре изображают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боевые сражения     Б) животных      В) природу </w:t>
            </w:r>
          </w:p>
        </w:tc>
      </w:tr>
      <w:tr w:rsidR="00A448DF" w:rsidRPr="009E482D" w:rsidTr="00246639">
        <w:trPr>
          <w:trHeight w:val="286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13. Какое понятие не является архитектурным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картина    Б) арка    В) колонна </w:t>
            </w:r>
          </w:p>
        </w:tc>
      </w:tr>
      <w:tr w:rsidR="00A448DF" w:rsidRPr="009E482D" w:rsidTr="00246639">
        <w:trPr>
          <w:trHeight w:val="286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14. Что не является скульптурой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статуя    Б) бордюр   В) бюст </w:t>
            </w:r>
          </w:p>
        </w:tc>
      </w:tr>
      <w:tr w:rsidR="00A448DF" w:rsidRPr="009E482D" w:rsidTr="00246639">
        <w:trPr>
          <w:trHeight w:val="564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15. Как называется картина И.Е. Репина, на которой он запечатлел свою дочь Веру?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«Бабочка»     Б) «Козочка»   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В) «Стрекоза»      Г) «Сорока». </w:t>
            </w:r>
          </w:p>
        </w:tc>
      </w:tr>
      <w:tr w:rsidR="00A448DF" w:rsidRPr="00A448DF" w:rsidTr="00246639">
        <w:trPr>
          <w:trHeight w:val="562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16. Сколько мишек на картине И.И. Шишкина « Утро в сосновом лесу»?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2       Б) 4        В) 3        Г) 6 </w:t>
            </w:r>
          </w:p>
        </w:tc>
      </w:tr>
      <w:tr w:rsidR="00A448DF" w:rsidRPr="009E482D" w:rsidTr="00246639">
        <w:trPr>
          <w:trHeight w:val="562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17. У какого художника нет картины с названием «Березовая роща»?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spacing w:after="23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 И. Левитан      Б)  А. Куинджи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В)  И. Шишкин   Г)  И. Айвазовский </w:t>
            </w:r>
          </w:p>
        </w:tc>
      </w:tr>
      <w:tr w:rsidR="00A448DF" w:rsidRPr="009E482D" w:rsidTr="00246639">
        <w:trPr>
          <w:trHeight w:val="1114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18. На какой из этих картин нет изображения лошадей?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 «Богатыри» В. Васнецова </w:t>
            </w:r>
          </w:p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Б)  «Март» И. Левитана </w:t>
            </w:r>
          </w:p>
          <w:p w:rsidR="00A448DF" w:rsidRPr="00A448DF" w:rsidRDefault="00A448DF" w:rsidP="00246639">
            <w:pPr>
              <w:spacing w:after="22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В)  «Всадница» К. Брюллова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Г)  «Тройка» В. Перова </w:t>
            </w:r>
          </w:p>
        </w:tc>
      </w:tr>
      <w:tr w:rsidR="00A448DF" w:rsidRPr="009E482D" w:rsidTr="00246639">
        <w:trPr>
          <w:trHeight w:val="838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spacing w:line="281" w:lineRule="auto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19. Какие народные промыслы известны росписью по дереву (три):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spacing w:after="21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 Жостово  Б)  Хохлома   В)  Городец    </w:t>
            </w:r>
          </w:p>
          <w:p w:rsidR="00A448DF" w:rsidRPr="00A448DF" w:rsidRDefault="00A448DF" w:rsidP="00246639">
            <w:pPr>
              <w:spacing w:after="19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Г) Палех  Д) Полхов-Майдан  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Е) Дымково </w:t>
            </w:r>
          </w:p>
        </w:tc>
      </w:tr>
      <w:tr w:rsidR="00A448DF" w:rsidRPr="009E482D" w:rsidTr="00246639">
        <w:trPr>
          <w:trHeight w:val="838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20. К какому виду искусств относится экслибрис?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ind w:right="671"/>
              <w:jc w:val="both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живопись   Б)  печатная графика            В) рисунок    Г)  декоративноприкладное искусство </w:t>
            </w:r>
          </w:p>
        </w:tc>
      </w:tr>
      <w:tr w:rsidR="00A448DF" w:rsidRPr="009E482D" w:rsidTr="00246639">
        <w:trPr>
          <w:trHeight w:val="838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lastRenderedPageBreak/>
              <w:t xml:space="preserve">21. Как называются произведения декоративноприкладного искусства, выполненные из обожжённой глины?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керамика   Б) гобелен      В) макраме </w:t>
            </w:r>
          </w:p>
        </w:tc>
      </w:tr>
      <w:tr w:rsidR="00A448DF" w:rsidRPr="009E482D" w:rsidTr="00246639">
        <w:trPr>
          <w:trHeight w:val="840"/>
        </w:trPr>
        <w:tc>
          <w:tcPr>
            <w:tcW w:w="6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ind w:right="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22. Какой из этих глаголов русского языка совпадает с фамилией замечательного художника, выходца из России? 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448DF" w:rsidRPr="00A448DF" w:rsidRDefault="00A448DF" w:rsidP="00246639">
            <w:pPr>
              <w:ind w:right="125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А)  Бежал        Б) Лежал     В)  Шагал    Г)  Сидел </w:t>
            </w:r>
          </w:p>
        </w:tc>
      </w:tr>
    </w:tbl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Правильные ответы к  КИМ №1(7класс)</w:t>
      </w:r>
      <w:r w:rsidRPr="00A448DF">
        <w:rPr>
          <w:rFonts w:ascii="Times New Roman" w:hAnsi="Times New Roman" w:cs="Times New Roman"/>
          <w:lang w:val="ru-RU"/>
        </w:rPr>
        <w:t xml:space="preserve"> </w:t>
      </w:r>
    </w:p>
    <w:tbl>
      <w:tblPr>
        <w:tblStyle w:val="TableGrid"/>
        <w:tblW w:w="10567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44"/>
        <w:gridCol w:w="5245"/>
        <w:gridCol w:w="1277"/>
        <w:gridCol w:w="2801"/>
      </w:tblGrid>
      <w:tr w:rsidR="00A448DF" w:rsidRPr="00A448DF" w:rsidTr="00246639">
        <w:trPr>
          <w:trHeight w:val="562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задания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Правильные   ответы 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задания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Правильные   ответы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А; Б; Д.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Б-животных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А; Б; Г; Д; З.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13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А-картина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В-коллаж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Б-бордюр </w:t>
            </w:r>
          </w:p>
        </w:tc>
      </w:tr>
      <w:tr w:rsidR="00A448DF" w:rsidRPr="00A448DF" w:rsidTr="00246639">
        <w:trPr>
          <w:trHeight w:val="28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А-пейзаж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15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А-стрекоза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А-спектр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16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Б-четыре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Б-золотое сечение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17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Г- И.Айвазовский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18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Г-«Тройка»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В-скульптура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19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Б;  В;  Г.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9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Б-мозаика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20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Б-печатная графика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А-гравюра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21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А-керамика </w:t>
            </w:r>
          </w:p>
        </w:tc>
      </w:tr>
      <w:tr w:rsidR="00A448DF" w:rsidRPr="00A448DF" w:rsidTr="00246639">
        <w:trPr>
          <w:trHeight w:val="28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11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А-полный рост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22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В-Шагал </w:t>
            </w:r>
          </w:p>
        </w:tc>
      </w:tr>
    </w:tbl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Критерии оценивания </w:t>
      </w:r>
    </w:p>
    <w:tbl>
      <w:tblPr>
        <w:tblStyle w:val="TableGrid"/>
        <w:tblW w:w="10567" w:type="dxa"/>
        <w:tblInd w:w="0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83"/>
        <w:gridCol w:w="5284"/>
      </w:tblGrid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Оценка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Количество правильных ответов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«отлично»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20-22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«хорошо»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15-19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10-14 </w:t>
            </w:r>
          </w:p>
        </w:tc>
      </w:tr>
      <w:tr w:rsidR="00A448DF" w:rsidRPr="00A448DF" w:rsidTr="00246639">
        <w:trPr>
          <w:trHeight w:val="288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«неудовлетворительно»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1-9 </w:t>
            </w:r>
          </w:p>
        </w:tc>
      </w:tr>
    </w:tbl>
    <w:p w:rsidR="00A448DF" w:rsidRPr="009E482D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 xml:space="preserve"> КИМ №2(7класс).  Полугодовая проверочная работа.  </w:t>
      </w:r>
      <w:r w:rsidRPr="009E482D">
        <w:rPr>
          <w:rFonts w:ascii="Times New Roman" w:hAnsi="Times New Roman" w:cs="Times New Roman"/>
          <w:b/>
          <w:lang w:val="ru-RU"/>
        </w:rPr>
        <w:t xml:space="preserve">Слайд-тесты. </w:t>
      </w:r>
    </w:p>
    <w:p w:rsidR="00A448DF" w:rsidRPr="009E482D" w:rsidRDefault="00A448DF" w:rsidP="00A448DF">
      <w:pPr>
        <w:spacing w:after="0" w:line="259" w:lineRule="auto"/>
        <w:ind w:right="471"/>
        <w:jc w:val="right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mc:AlternateContent>
          <mc:Choice Requires="wpg">
            <w:drawing>
              <wp:inline distT="0" distB="0" distL="0" distR="0" wp14:anchorId="11869BBC" wp14:editId="74113789">
                <wp:extent cx="6415406" cy="3370479"/>
                <wp:effectExtent l="0" t="0" r="0" b="0"/>
                <wp:docPr id="44892" name="Group 44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5406" cy="3370479"/>
                          <a:chOff x="0" y="0"/>
                          <a:chExt cx="6415406" cy="3370479"/>
                        </a:xfrm>
                      </wpg:grpSpPr>
                      <wps:wsp>
                        <wps:cNvPr id="3596" name="Rectangle 3596"/>
                        <wps:cNvSpPr/>
                        <wps:spPr>
                          <a:xfrm>
                            <a:off x="2090674" y="7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7" name="Rectangle 3597"/>
                        <wps:cNvSpPr/>
                        <wps:spPr>
                          <a:xfrm>
                            <a:off x="2128774" y="7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9" name="Picture 3599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2089785" y="212726"/>
                            <a:ext cx="1988820" cy="1492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0" name="Rectangle 3600"/>
                        <wps:cNvSpPr/>
                        <wps:spPr>
                          <a:xfrm>
                            <a:off x="4079748" y="1569187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2" name="Picture 3602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4192905" y="174626"/>
                            <a:ext cx="2034540" cy="1530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3" name="Rectangle 3603"/>
                        <wps:cNvSpPr/>
                        <wps:spPr>
                          <a:xfrm>
                            <a:off x="6228970" y="156918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5" name="Picture 3605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635" y="1875156"/>
                            <a:ext cx="1947545" cy="1461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6" name="Rectangle 3606"/>
                        <wps:cNvSpPr/>
                        <wps:spPr>
                          <a:xfrm>
                            <a:off x="1948942" y="3201772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8" name="Picture 3608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2024380" y="1786891"/>
                            <a:ext cx="2066925" cy="1550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9" name="Rectangle 3609"/>
                        <wps:cNvSpPr/>
                        <wps:spPr>
                          <a:xfrm>
                            <a:off x="4091940" y="3201772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11" name="Picture 3611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4243706" y="1704976"/>
                            <a:ext cx="2171700" cy="1631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6" name="Picture 3646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120" cy="1485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1869BBC" id="Group 44892" o:spid="_x0000_s1047" style="width:505.15pt;height:265.4pt;mso-position-horizontal-relative:char;mso-position-vertical-relative:line" coordsize="64154,337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//9lQSwME&#10;CgAAAAAAAAAhAIiQ6faZlwAAmZcAABQAAABkcnMvbWVkaWEvaW1hZ2UyLmpwZ//Y/+AAEEpGSUYA&#10;AQEBAGAAYAAA/9sAQwAEAgMDAwIEAwMDBAQEBAUJBgUFBQULCAgGCQ0LDQ0NCwwMDhAUEQ4PEw8M&#10;DBIYEhMVFhcXFw4RGRsZFhoUFhcW/9sAQwEEBAQFBQUKBgYKFg8MDxYWFhYWFhYWFhYWFhYWFhYW&#10;FhYWFhYWFhYWFhYWFhYWFhYWFhYWFhYWFhYWFhYWFhYW/8AAEQgBaAHg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">
                <v:rect id="Rectangle 3596" o:spid="_x0000_s1048" style="position:absolute;left:20906;top: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yfN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8PoWT+HvTXgCcvELAAD//wMAUEsBAi0AFAAGAAgAAAAhANvh9svuAAAAhQEAABMAAAAAAAAA&#10;AAAAAAAAAAAAAFtDb250ZW50X1R5cGVzXS54bWxQSwECLQAUAAYACAAAACEAWvQsW78AAAAVAQAA&#10;CwAAAAAAAAAAAAAAAAAfAQAAX3JlbHMvLnJlbHNQSwECLQAUAAYACAAAACEAXdsnzcYAAADdAAAA&#10;DwAAAAAAAAAAAAAAAAAHAgAAZHJzL2Rvd25yZXYueG1sUEsFBgAAAAADAAMAtwAAAPoCAAAAAA==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597" o:spid="_x0000_s1049" style="position:absolute;left:21287;top: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599" o:spid="_x0000_s1050" type="#_x0000_t75" style="position:absolute;left:20897;top:2127;width:19889;height:14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">
                  <v:imagedata r:id="rId83" o:title=""/>
                </v:shape>
                <v:rect id="Rectangle 3600" o:spid="_x0000_s1051" style="position:absolute;left:40797;top:15691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  </w:t>
                        </w:r>
                      </w:p>
                    </w:txbxContent>
                  </v:textbox>
                </v:rect>
                <v:shape id="Picture 3602" o:spid="_x0000_s1052" type="#_x0000_t75" style="position:absolute;left:41929;top:1746;width:20345;height:15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">
                  <v:imagedata r:id="rId84" o:title=""/>
                </v:shape>
                <v:rect id="Rectangle 3603" o:spid="_x0000_s1053" style="position:absolute;left:62289;top:1569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3CuxQAAAN0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9EQPm/CE5DzNwAAAP//AwBQSwECLQAUAAYACAAAACEA2+H2y+4AAACFAQAAEwAAAAAAAAAA&#10;AAAAAAAAAAAAW0NvbnRlbnRfVHlwZXNdLnhtbFBLAQItABQABgAIAAAAIQBa9CxbvwAAABUBAAAL&#10;AAAAAAAAAAAAAAAAAB8BAABfcmVscy8ucmVsc1BLAQItABQABgAIAAAAIQB+g3CuxQAAAN0AAAAP&#10;AAAAAAAAAAAAAAAAAAcCAABkcnMvZG93bnJldi54bWxQSwUGAAAAAAMAAwC3AAAA+QIAAAAA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605" o:spid="_x0000_s1054" type="#_x0000_t75" style="position:absolute;left:6;top:18751;width:19475;height:14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">
                  <v:imagedata r:id="rId85" o:title=""/>
                </v:shape>
                <v:rect id="Rectangle 3606" o:spid="_x0000_s1055" style="position:absolute;left:19489;top:32017;width:101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 </w:t>
                        </w:r>
                      </w:p>
                    </w:txbxContent>
                  </v:textbox>
                </v:rect>
                <v:shape id="Picture 3608" o:spid="_x0000_s1056" type="#_x0000_t75" style="position:absolute;left:20243;top:17868;width:20670;height:15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">
                  <v:imagedata r:id="rId86" o:title=""/>
                </v:shape>
                <v:rect id="Rectangle 3609" o:spid="_x0000_s1057" style="position:absolute;left:40919;top:32017;width:202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   </w:t>
                        </w:r>
                      </w:p>
                    </w:txbxContent>
                  </v:textbox>
                </v:rect>
                <v:shape id="Picture 3611" o:spid="_x0000_s1058" type="#_x0000_t75" style="position:absolute;left:42437;top:17049;width:21717;height:16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">
                  <v:imagedata r:id="rId87" o:title=""/>
                </v:shape>
                <v:shape id="Picture 3646" o:spid="_x0000_s1059" type="#_x0000_t75" style="position:absolute;width:19761;height:14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">
                  <v:imagedata r:id="rId88" o:title=""/>
                </v:shape>
                <w10:anchorlock/>
              </v:group>
            </w:pict>
          </mc:Fallback>
        </mc:AlternateContent>
      </w:r>
      <w:r w:rsidRPr="009E482D">
        <w:rPr>
          <w:rFonts w:ascii="Times New Roman" w:hAnsi="Times New Roman" w:cs="Times New Roman"/>
          <w:lang w:val="ru-RU"/>
        </w:rPr>
        <w:t xml:space="preserve"> </w:t>
      </w:r>
    </w:p>
    <w:p w:rsidR="00A448DF" w:rsidRPr="009E482D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9E482D">
        <w:rPr>
          <w:rFonts w:ascii="Times New Roman" w:hAnsi="Times New Roman" w:cs="Times New Roman"/>
          <w:lang w:val="ru-RU"/>
        </w:rPr>
        <w:t xml:space="preserve"> </w:t>
      </w:r>
    </w:p>
    <w:p w:rsidR="00A448DF" w:rsidRPr="009E482D" w:rsidRDefault="00A448DF" w:rsidP="00A448DF">
      <w:pPr>
        <w:spacing w:after="0" w:line="259" w:lineRule="auto"/>
        <w:ind w:right="61"/>
        <w:jc w:val="right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eastAsia="Calibri" w:hAnsi="Times New Roman" w:cs="Times New Roman"/>
          <w:noProof/>
          <w:lang w:val="ru-RU" w:eastAsia="ru-RU"/>
        </w:rPr>
        <w:lastRenderedPageBreak/>
        <mc:AlternateContent>
          <mc:Choice Requires="wpg">
            <w:drawing>
              <wp:inline distT="0" distB="0" distL="0" distR="0" wp14:anchorId="538C8478" wp14:editId="50C2D99E">
                <wp:extent cx="6687059" cy="5010048"/>
                <wp:effectExtent l="0" t="0" r="0" b="0"/>
                <wp:docPr id="44893" name="Group 448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7059" cy="5010048"/>
                          <a:chOff x="0" y="0"/>
                          <a:chExt cx="6687059" cy="5010048"/>
                        </a:xfrm>
                      </wpg:grpSpPr>
                      <pic:pic xmlns:pic="http://schemas.openxmlformats.org/drawingml/2006/picture">
                        <pic:nvPicPr>
                          <pic:cNvPr id="3615" name="Picture 3615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445" cy="1717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6" name="Rectangle 3616"/>
                        <wps:cNvSpPr/>
                        <wps:spPr>
                          <a:xfrm>
                            <a:off x="2291207" y="1582395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18" name="Picture 3618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2366645" y="91440"/>
                            <a:ext cx="2167255" cy="16262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9" name="Rectangle 3619"/>
                        <wps:cNvSpPr/>
                        <wps:spPr>
                          <a:xfrm>
                            <a:off x="4534789" y="158239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21" name="Picture 3621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4572000" y="160020"/>
                            <a:ext cx="2075815" cy="15576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22" name="Rectangle 3622"/>
                        <wps:cNvSpPr/>
                        <wps:spPr>
                          <a:xfrm>
                            <a:off x="6648959" y="158239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24" name="Picture 3624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1897380"/>
                            <a:ext cx="1906270" cy="1429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25" name="Rectangle 3625"/>
                        <wps:cNvSpPr/>
                        <wps:spPr>
                          <a:xfrm>
                            <a:off x="1907159" y="3191993"/>
                            <a:ext cx="152019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27" name="Picture 3627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2020570" y="1856105"/>
                            <a:ext cx="2528570" cy="1470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9" name="Picture 3629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4551553" y="1721358"/>
                            <a:ext cx="2123567" cy="16054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2" name="Picture 3632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3326765"/>
                            <a:ext cx="2272030" cy="1649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3" name="Rectangle 3633"/>
                        <wps:cNvSpPr/>
                        <wps:spPr>
                          <a:xfrm>
                            <a:off x="2272919" y="4841342"/>
                            <a:ext cx="152019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35" name="Picture 3635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2386330" y="3363595"/>
                            <a:ext cx="2423160" cy="1612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6" name="Rectangle 3636"/>
                        <wps:cNvSpPr/>
                        <wps:spPr>
                          <a:xfrm>
                            <a:off x="4810633" y="4841342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639" w:rsidRDefault="00246639" w:rsidP="00A448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8C8478" id="Group 44893" o:spid="_x0000_s1060" style="width:526.55pt;height:394.5pt;mso-position-horizontal-relative:char;mso-position-vertical-relative:line" coordsize="66870,5010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//&#10;2VBLAwQKAAAAAAAAACEAhexzH5ykAACcpAAAFAAAAGRycy9tZWRpYS9pbWFnZTEuanBn/9j/4AAQ&#10;SkZJRgABAQEAYABgAAD/2wBDAAQCAwMDAgQDAwMEBAQEBQkGBQUFBQsICAYJDQsNDQ0LDAwOEBQR&#10;Dg8TDwwMEhgSExUWFxcXDhEZGxkWGhQWFxb/2wBDAQQEBAUFBQoGBgoWDwwPFhYWFhYWFhYWFhYW&#10;FhYWFhYWFhYWFhYWFhYWFhYWFhYWFhYWFhYWFhYWFhYWFhYWFhb/wAARCAFoAe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">
                <v:shape id="Picture 3615" o:spid="_x0000_s1061" type="#_x0000_t75" style="position:absolute;width:22904;height:17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">
                  <v:imagedata r:id="rId97" o:title=""/>
                </v:shape>
                <v:rect id="Rectangle 3616" o:spid="_x0000_s1062" style="position:absolute;left:22912;top:15823;width:101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 </w:t>
                        </w:r>
                      </w:p>
                    </w:txbxContent>
                  </v:textbox>
                </v:rect>
                <v:shape id="Picture 3618" o:spid="_x0000_s1063" type="#_x0000_t75" style="position:absolute;left:23666;top:914;width:21673;height:16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">
                  <v:imagedata r:id="rId98" o:title=""/>
                </v:shape>
                <v:rect id="Rectangle 3619" o:spid="_x0000_s1064" style="position:absolute;left:45347;top:1582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621" o:spid="_x0000_s1065" type="#_x0000_t75" style="position:absolute;left:45720;top:1600;width:20758;height:1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">
                  <v:imagedata r:id="rId99" o:title=""/>
                </v:shape>
                <v:rect id="Rectangle 3622" o:spid="_x0000_s1066" style="position:absolute;left:66489;top:1582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olV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Y+rOIbfN+EJyP0PAAAA//8DAFBLAQItABQABgAIAAAAIQDb4fbL7gAAAIUBAAATAAAAAAAA&#10;AAAAAAAAAAAAAABbQ29udGVudF9UeXBlc10ueG1sUEsBAi0AFAAGAAgAAAAhAFr0LFu/AAAAFQEA&#10;AAsAAAAAAAAAAAAAAAAAHwEAAF9yZWxzLy5yZWxzUEsBAi0AFAAGAAgAAAAhAFp6iVXHAAAA3QAA&#10;AA8AAAAAAAAAAAAAAAAABwIAAGRycy9kb3ducmV2LnhtbFBLBQYAAAAAAwADALcAAAD7AgAAAAA=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624" o:spid="_x0000_s1067" type="#_x0000_t75" style="position:absolute;top:18973;width:19062;height:14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">
                  <v:imagedata r:id="rId100" o:title=""/>
                </v:shape>
                <v:rect id="Rectangle 3625" o:spid="_x0000_s1068" style="position:absolute;left:19071;top:31919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xEh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l5m01e4vQlPQK6vAAAA//8DAFBLAQItABQABgAIAAAAIQDb4fbL7gAAAIUBAAATAAAAAAAA&#10;AAAAAAAAAAAAAABbQ29udGVudF9UeXBlc10ueG1sUEsBAi0AFAAGAAgAAAAhAFr0LFu/AAAAFQEA&#10;AAsAAAAAAAAAAAAAAAAAHwEAAF9yZWxzLy5yZWxzUEsBAi0AFAAGAAgAAAAhANWTESHHAAAA3QAA&#10;AA8AAAAAAAAAAAAAAAAABwIAAGRycy9kb3ducmV2LnhtbFBLBQYAAAAAAwADALcAAAD7AgAAAAA=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  </w:t>
                        </w:r>
                      </w:p>
                    </w:txbxContent>
                  </v:textbox>
                </v:rect>
                <v:shape id="Picture 3627" o:spid="_x0000_s1069" type="#_x0000_t75" style="position:absolute;left:20205;top:18561;width:25286;height:14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">
                  <v:imagedata r:id="rId101" o:title=""/>
                </v:shape>
                <v:shape id="Picture 3629" o:spid="_x0000_s1070" type="#_x0000_t75" style="position:absolute;left:45515;top:17213;width:21236;height:16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">
                  <v:imagedata r:id="rId102" o:title=""/>
                </v:shape>
                <v:shape id="Picture 3632" o:spid="_x0000_s1071" type="#_x0000_t75" style="position:absolute;top:33267;width:22720;height:16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">
                  <v:imagedata r:id="rId103" o:title=""/>
                </v:shape>
                <v:rect id="Rectangle 3633" o:spid="_x0000_s1072" style="position:absolute;left:22729;top:48413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  </w:t>
                        </w:r>
                      </w:p>
                    </w:txbxContent>
                  </v:textbox>
                </v:rect>
                <v:shape id="Picture 3635" o:spid="_x0000_s1073" type="#_x0000_t75" style="position:absolute;left:23863;top:33635;width:24231;height:16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">
                  <v:imagedata r:id="rId104" o:title=""/>
                </v:shape>
                <v:rect id="Rectangle 3636" o:spid="_x0000_s1074" style="position:absolute;left:48106;top:4841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" filled="f" stroked="f">
                  <v:textbox inset="0,0,0,0">
                    <w:txbxContent>
                      <w:p w:rsidR="00246639" w:rsidRDefault="00246639" w:rsidP="00A448DF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9E482D">
        <w:rPr>
          <w:rFonts w:ascii="Times New Roman" w:hAnsi="Times New Roman" w:cs="Times New Roman"/>
          <w:lang w:val="ru-RU"/>
        </w:rPr>
        <w:t xml:space="preserve"> </w:t>
      </w:r>
    </w:p>
    <w:p w:rsidR="00A448DF" w:rsidRPr="009E482D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9E482D">
        <w:rPr>
          <w:rFonts w:ascii="Times New Roman" w:hAnsi="Times New Roman" w:cs="Times New Roman"/>
          <w:lang w:val="ru-RU"/>
        </w:rPr>
        <w:t xml:space="preserve"> </w:t>
      </w:r>
    </w:p>
    <w:p w:rsidR="00A448DF" w:rsidRPr="009E482D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9E482D">
        <w:rPr>
          <w:rFonts w:ascii="Times New Roman" w:hAnsi="Times New Roman" w:cs="Times New Roman"/>
          <w:lang w:val="ru-RU"/>
        </w:rPr>
        <w:t xml:space="preserve"> </w:t>
      </w:r>
    </w:p>
    <w:p w:rsidR="00A448DF" w:rsidRPr="009E482D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9E482D">
        <w:rPr>
          <w:rFonts w:ascii="Times New Roman" w:hAnsi="Times New Roman" w:cs="Times New Roman"/>
          <w:lang w:val="ru-RU"/>
        </w:rPr>
        <w:t xml:space="preserve">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</w:t>
      </w:r>
    </w:p>
    <w:p w:rsidR="00A448DF" w:rsidRPr="00A448DF" w:rsidRDefault="00A448DF" w:rsidP="00A448DF">
      <w:pPr>
        <w:spacing w:after="31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</w:t>
      </w:r>
    </w:p>
    <w:p w:rsidR="00A448DF" w:rsidRPr="00A448DF" w:rsidRDefault="00A448DF" w:rsidP="00A448DF">
      <w:pPr>
        <w:spacing w:after="5" w:line="271" w:lineRule="auto"/>
        <w:jc w:val="both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Правильные ответы к КИМ №2(7класс)</w:t>
      </w:r>
      <w:r w:rsidRPr="00A448DF">
        <w:rPr>
          <w:rFonts w:ascii="Times New Roman" w:hAnsi="Times New Roman" w:cs="Times New Roman"/>
          <w:lang w:val="ru-RU"/>
        </w:rPr>
        <w:t xml:space="preserve"> </w:t>
      </w:r>
    </w:p>
    <w:tbl>
      <w:tblPr>
        <w:tblStyle w:val="TableGrid"/>
        <w:tblW w:w="10567" w:type="dxa"/>
        <w:tblInd w:w="0" w:type="dxa"/>
        <w:tblCellMar>
          <w:top w:w="7" w:type="dxa"/>
          <w:left w:w="106" w:type="dxa"/>
        </w:tblCellMar>
        <w:tblLook w:val="04A0" w:firstRow="1" w:lastRow="0" w:firstColumn="1" w:lastColumn="0" w:noHBand="0" w:noVBand="1"/>
      </w:tblPr>
      <w:tblGrid>
        <w:gridCol w:w="1244"/>
        <w:gridCol w:w="5245"/>
        <w:gridCol w:w="1277"/>
        <w:gridCol w:w="2801"/>
      </w:tblGrid>
      <w:tr w:rsidR="00A448DF" w:rsidRPr="00A448DF" w:rsidTr="00246639">
        <w:trPr>
          <w:trHeight w:val="564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задания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Правильные   ответы 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spacing w:after="24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№ </w:t>
            </w:r>
          </w:p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задания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>Правильные   ответы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В.Васнецов «Три богатыря»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9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В-гжель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-----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В-Готика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А-натюрморт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11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Б-ионический                     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А-маринист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а-плодородия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А-И.Е.Репин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13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б-лотос </w:t>
            </w:r>
          </w:p>
        </w:tc>
      </w:tr>
      <w:tr w:rsidR="00A448DF" w:rsidRPr="00A448DF" w:rsidTr="00246639">
        <w:trPr>
          <w:trHeight w:val="28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в-тревога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В-батальный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15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Б-белый кувшин </w:t>
            </w:r>
          </w:p>
        </w:tc>
      </w:tr>
      <w:tr w:rsidR="00A448DF" w:rsidRPr="00A448DF" w:rsidTr="00246639">
        <w:trPr>
          <w:trHeight w:val="28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Б-И.Шишкин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A448DF" w:rsidRPr="00A448DF" w:rsidRDefault="00A448DF" w:rsidP="00A448DF">
      <w:pPr>
        <w:spacing w:after="26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</w:rPr>
        <w:t xml:space="preserve"> </w:t>
      </w:r>
    </w:p>
    <w:p w:rsidR="00A448DF" w:rsidRPr="00A448DF" w:rsidRDefault="00A448DF" w:rsidP="00A448DF">
      <w:pPr>
        <w:keepNext/>
        <w:keepLines/>
        <w:spacing w:after="0" w:line="259" w:lineRule="auto"/>
        <w:ind w:right="2151"/>
        <w:jc w:val="center"/>
        <w:outlineLvl w:val="0"/>
        <w:rPr>
          <w:rFonts w:ascii="Times New Roman" w:hAnsi="Times New Roman" w:cs="Times New Roman"/>
          <w:b/>
        </w:rPr>
      </w:pPr>
      <w:r w:rsidRPr="00A448DF">
        <w:rPr>
          <w:rFonts w:ascii="Times New Roman" w:hAnsi="Times New Roman" w:cs="Times New Roman"/>
          <w:b/>
        </w:rPr>
        <w:t xml:space="preserve">Критерии оценивания </w:t>
      </w:r>
    </w:p>
    <w:tbl>
      <w:tblPr>
        <w:tblStyle w:val="TableGrid"/>
        <w:tblW w:w="10567" w:type="dxa"/>
        <w:tblInd w:w="0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83"/>
        <w:gridCol w:w="5284"/>
      </w:tblGrid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Оценка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Количество правильных ответов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«отлично»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12-15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«хорошо»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9-11 </w:t>
            </w:r>
          </w:p>
        </w:tc>
      </w:tr>
      <w:tr w:rsidR="00A448DF" w:rsidRPr="00A448DF" w:rsidTr="00246639">
        <w:trPr>
          <w:trHeight w:val="288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6-8 </w:t>
            </w:r>
          </w:p>
        </w:tc>
      </w:tr>
      <w:tr w:rsidR="00A448DF" w:rsidRPr="00A448DF" w:rsidTr="00246639">
        <w:trPr>
          <w:trHeight w:val="286"/>
        </w:trPr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«неудовлетворительно»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F" w:rsidRPr="00A448DF" w:rsidRDefault="00A448DF" w:rsidP="00246639">
            <w:pPr>
              <w:ind w:right="5"/>
              <w:jc w:val="center"/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1-5 </w:t>
            </w:r>
          </w:p>
        </w:tc>
      </w:tr>
    </w:tbl>
    <w:p w:rsidR="00A448DF" w:rsidRPr="00A448DF" w:rsidRDefault="00A448DF" w:rsidP="00A448DF">
      <w:pPr>
        <w:spacing w:after="8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 </w:t>
      </w:r>
    </w:p>
    <w:p w:rsidR="00A448DF" w:rsidRPr="00A448DF" w:rsidRDefault="00A448DF" w:rsidP="00A448DF">
      <w:pPr>
        <w:spacing w:after="25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</w:rPr>
        <w:t xml:space="preserve">                                                                </w:t>
      </w:r>
      <w:r w:rsidRPr="00A448DF">
        <w:rPr>
          <w:rFonts w:ascii="Times New Roman" w:hAnsi="Times New Roman" w:cs="Times New Roman"/>
          <w:b/>
        </w:rPr>
        <w:t xml:space="preserve"> </w:t>
      </w:r>
      <w:r w:rsidRPr="00A448DF">
        <w:rPr>
          <w:rFonts w:ascii="Times New Roman" w:hAnsi="Times New Roman" w:cs="Times New Roman"/>
          <w:b/>
          <w:u w:val="single" w:color="000000"/>
        </w:rPr>
        <w:t>КИМ № 3(7КЛАСС) . ИТОГОВАЯ РАБОТА</w:t>
      </w:r>
      <w:r w:rsidRPr="00A448DF">
        <w:rPr>
          <w:rFonts w:ascii="Times New Roman" w:hAnsi="Times New Roman" w:cs="Times New Roman"/>
        </w:rPr>
        <w:t xml:space="preserve"> </w:t>
      </w:r>
    </w:p>
    <w:p w:rsidR="00A448DF" w:rsidRPr="00A448DF" w:rsidRDefault="00A448DF" w:rsidP="00A448DF">
      <w:pPr>
        <w:keepNext/>
        <w:keepLines/>
        <w:spacing w:after="0" w:line="259" w:lineRule="auto"/>
        <w:jc w:val="center"/>
        <w:outlineLvl w:val="0"/>
        <w:rPr>
          <w:rFonts w:ascii="Times New Roman" w:hAnsi="Times New Roman" w:cs="Times New Roman"/>
          <w:b/>
        </w:rPr>
      </w:pPr>
      <w:r w:rsidRPr="00A448DF">
        <w:rPr>
          <w:rFonts w:ascii="Times New Roman" w:hAnsi="Times New Roman" w:cs="Times New Roman"/>
          <w:b/>
          <w:u w:val="single" w:color="000000"/>
        </w:rPr>
        <w:lastRenderedPageBreak/>
        <w:t>ТВОРЧЕСКОЕ ЗАДАНИЕ</w:t>
      </w:r>
      <w:r w:rsidRPr="00A448DF">
        <w:rPr>
          <w:rFonts w:ascii="Times New Roman" w:hAnsi="Times New Roman" w:cs="Times New Roman"/>
        </w:rPr>
        <w:t xml:space="preserve"> </w:t>
      </w:r>
    </w:p>
    <w:p w:rsidR="00A448DF" w:rsidRPr="00A448DF" w:rsidRDefault="00A448DF" w:rsidP="00A448DF">
      <w:pPr>
        <w:spacing w:after="0" w:line="258" w:lineRule="auto"/>
        <w:ind w:right="-5"/>
        <w:jc w:val="both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lang w:val="ru-RU"/>
        </w:rPr>
        <w:t xml:space="preserve">Выбери из каждого столбца по одному понравившемуся слову. Нарисуй образ, который возникает в твоём воображении. Особое внимание обрати на цветовое решение твоего замысла, постарайся, чтобы цвет передавал чувства, соответствующие слову, которое ты выберешь в первом столбце. </w:t>
      </w:r>
      <w:r w:rsidRPr="00A448DF">
        <w:rPr>
          <w:rFonts w:ascii="Times New Roman" w:hAnsi="Times New Roman" w:cs="Times New Roman"/>
        </w:rPr>
        <w:t xml:space="preserve">Используй разнообразные художественные материалы (акварель, гуашь, пастель и др.). </w:t>
      </w:r>
    </w:p>
    <w:tbl>
      <w:tblPr>
        <w:tblStyle w:val="TableGrid"/>
        <w:tblW w:w="5761" w:type="dxa"/>
        <w:tblInd w:w="-108" w:type="dxa"/>
        <w:tblCellMar>
          <w:top w:w="4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878"/>
        <w:gridCol w:w="2883"/>
      </w:tblGrid>
      <w:tr w:rsidR="00A448DF" w:rsidRPr="00A448DF" w:rsidTr="00246639">
        <w:trPr>
          <w:trHeight w:val="286"/>
        </w:trPr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  Чувства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  <w:b/>
              </w:rPr>
              <w:t xml:space="preserve">         Персонажи</w:t>
            </w:r>
            <w:r w:rsidRPr="00A448D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448DF" w:rsidRPr="00A448DF" w:rsidTr="00246639">
        <w:trPr>
          <w:trHeight w:val="286"/>
        </w:trPr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Радостный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Ребёнок </w:t>
            </w:r>
          </w:p>
        </w:tc>
      </w:tr>
      <w:tr w:rsidR="00A448DF" w:rsidRPr="00A448DF" w:rsidTr="00246639">
        <w:trPr>
          <w:trHeight w:val="286"/>
        </w:trPr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Счастливый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Старик </w:t>
            </w:r>
          </w:p>
        </w:tc>
      </w:tr>
      <w:tr w:rsidR="00A448DF" w:rsidRPr="00A448DF" w:rsidTr="00246639">
        <w:trPr>
          <w:trHeight w:val="286"/>
        </w:trPr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Печальный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Девушка </w:t>
            </w:r>
          </w:p>
        </w:tc>
      </w:tr>
      <w:tr w:rsidR="00A448DF" w:rsidRPr="00A448DF" w:rsidTr="00246639">
        <w:trPr>
          <w:trHeight w:val="288"/>
        </w:trPr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Героический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Собака </w:t>
            </w:r>
          </w:p>
        </w:tc>
      </w:tr>
      <w:tr w:rsidR="00A448DF" w:rsidRPr="00A448DF" w:rsidTr="00246639">
        <w:trPr>
          <w:trHeight w:val="286"/>
        </w:trPr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Дружелюбный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Бабушка </w:t>
            </w:r>
          </w:p>
        </w:tc>
      </w:tr>
      <w:tr w:rsidR="00A448DF" w:rsidRPr="00A448DF" w:rsidTr="00246639">
        <w:trPr>
          <w:trHeight w:val="286"/>
        </w:trPr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Сердитый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Солдат </w:t>
            </w:r>
          </w:p>
        </w:tc>
      </w:tr>
      <w:tr w:rsidR="00A448DF" w:rsidRPr="00A448DF" w:rsidTr="00246639">
        <w:trPr>
          <w:trHeight w:val="286"/>
        </w:trPr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Озабоченный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Путешественник </w:t>
            </w:r>
          </w:p>
        </w:tc>
      </w:tr>
      <w:tr w:rsidR="00A448DF" w:rsidRPr="00A448DF" w:rsidTr="00246639">
        <w:trPr>
          <w:trHeight w:val="286"/>
        </w:trPr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Таинственный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Индеец </w:t>
            </w:r>
          </w:p>
        </w:tc>
      </w:tr>
      <w:tr w:rsidR="00A448DF" w:rsidRPr="00A448DF" w:rsidTr="00246639">
        <w:trPr>
          <w:trHeight w:val="288"/>
        </w:trPr>
        <w:tc>
          <w:tcPr>
            <w:tcW w:w="28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Испуганный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48DF" w:rsidRPr="00A448DF" w:rsidRDefault="00A448DF" w:rsidP="00246639">
            <w:pPr>
              <w:rPr>
                <w:rFonts w:ascii="Times New Roman" w:eastAsia="Calibri" w:hAnsi="Times New Roman" w:cs="Times New Roman"/>
              </w:rPr>
            </w:pPr>
            <w:r w:rsidRPr="00A448DF">
              <w:rPr>
                <w:rFonts w:ascii="Times New Roman" w:hAnsi="Times New Roman" w:cs="Times New Roman"/>
              </w:rPr>
              <w:t xml:space="preserve">Моряк </w:t>
            </w:r>
          </w:p>
        </w:tc>
      </w:tr>
    </w:tbl>
    <w:p w:rsidR="00A448DF" w:rsidRPr="00A448DF" w:rsidRDefault="00A448DF" w:rsidP="00A448DF">
      <w:pPr>
        <w:spacing w:after="26" w:line="259" w:lineRule="auto"/>
        <w:rPr>
          <w:rFonts w:ascii="Times New Roman" w:eastAsia="Calibri" w:hAnsi="Times New Roman" w:cs="Times New Roman"/>
        </w:rPr>
      </w:pPr>
      <w:r w:rsidRPr="00A448DF">
        <w:rPr>
          <w:rFonts w:ascii="Times New Roman" w:hAnsi="Times New Roman" w:cs="Times New Roman"/>
          <w:b/>
          <w:i/>
        </w:rPr>
        <w:t xml:space="preserve"> </w:t>
      </w:r>
    </w:p>
    <w:p w:rsidR="00A448DF" w:rsidRPr="00A448DF" w:rsidRDefault="00A448DF" w:rsidP="00A448DF">
      <w:pPr>
        <w:spacing w:after="17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i/>
          <w:lang w:val="ru-RU"/>
        </w:rPr>
        <w:t xml:space="preserve">Критерии оценивания детских работ по творческому заданию следующие: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"отлично"</w:t>
      </w:r>
      <w:r w:rsidRPr="00A448DF">
        <w:rPr>
          <w:rFonts w:ascii="Times New Roman" w:hAnsi="Times New Roman" w:cs="Times New Roman"/>
          <w:lang w:val="ru-RU"/>
        </w:rPr>
        <w:t xml:space="preserve"> -  работа выполнена в соответствии вышеназванным требованиям, в ней раскрыта  поставленная проблема, сформулированы выводы, имеющие теоретическую  и, – или практическую направленность для современного общества.                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"хорошо"</w:t>
      </w:r>
      <w:r w:rsidRPr="00A448DF">
        <w:rPr>
          <w:rFonts w:ascii="Times New Roman" w:hAnsi="Times New Roman" w:cs="Times New Roman"/>
          <w:lang w:val="ru-RU"/>
        </w:rPr>
        <w:t xml:space="preserve">  - работа выполнена в соответствии вышеназванным требованиям, в ней раскрыта  поставленная проблема, однако, выводы сформулированы не четко, не достаточно раскрыто  теоретическое  и, – или практическое значение выполненной работы.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b/>
          <w:lang w:val="ru-RU"/>
        </w:rPr>
        <w:t>"удовлетворительно"-</w:t>
      </w:r>
      <w:r w:rsidRPr="00A448DF">
        <w:rPr>
          <w:rFonts w:ascii="Times New Roman" w:hAnsi="Times New Roman" w:cs="Times New Roman"/>
          <w:lang w:val="ru-RU"/>
        </w:rPr>
        <w:t xml:space="preserve"> работа выполнена в соответствии вышеназванным требованиям, в ней не достаточно четко сформулирована проблема,  выводы сформулированы не четко, не достаточно раскрыто ее теоретическое  и, – или практическое значение. </w:t>
      </w:r>
    </w:p>
    <w:p w:rsidR="00A448DF" w:rsidRPr="00A448DF" w:rsidRDefault="00A448DF" w:rsidP="00A448DF">
      <w:pPr>
        <w:spacing w:after="5" w:line="270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"неудовлетворительно"- работа не выполнена в соответствии с вышеназванными требованиями. </w:t>
      </w:r>
    </w:p>
    <w:p w:rsidR="00A448DF" w:rsidRPr="00A448DF" w:rsidRDefault="00A448DF" w:rsidP="00A448DF">
      <w:pPr>
        <w:spacing w:after="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</w:t>
      </w:r>
    </w:p>
    <w:p w:rsidR="00A448DF" w:rsidRPr="00A448DF" w:rsidRDefault="00A448DF" w:rsidP="00A448DF">
      <w:pPr>
        <w:spacing w:after="30" w:line="259" w:lineRule="auto"/>
        <w:rPr>
          <w:rFonts w:ascii="Times New Roman" w:eastAsia="Calibri" w:hAnsi="Times New Roman" w:cs="Times New Roman"/>
          <w:lang w:val="ru-RU"/>
        </w:rPr>
      </w:pPr>
      <w:r w:rsidRPr="00A448DF">
        <w:rPr>
          <w:rFonts w:ascii="Times New Roman" w:hAnsi="Times New Roman" w:cs="Times New Roman"/>
          <w:lang w:val="ru-RU"/>
        </w:rPr>
        <w:t xml:space="preserve"> </w:t>
      </w:r>
    </w:p>
    <w:p w:rsidR="00A448DF" w:rsidRPr="00A448DF" w:rsidRDefault="00A448DF" w:rsidP="00A448DF">
      <w:pPr>
        <w:spacing w:after="0" w:line="259" w:lineRule="auto"/>
        <w:rPr>
          <w:rFonts w:ascii="Times New Roman" w:hAnsi="Times New Roman" w:cs="Times New Roman"/>
          <w:lang w:val="ru-RU"/>
        </w:rPr>
      </w:pPr>
    </w:p>
    <w:p w:rsidR="008E78D0" w:rsidRPr="00A448DF" w:rsidRDefault="008E78D0" w:rsidP="001416B6">
      <w:pPr>
        <w:tabs>
          <w:tab w:val="left" w:pos="924"/>
        </w:tabs>
        <w:rPr>
          <w:rFonts w:ascii="Times New Roman" w:hAnsi="Times New Roman" w:cs="Times New Roman"/>
          <w:sz w:val="20"/>
          <w:szCs w:val="20"/>
          <w:lang w:val="ru-RU"/>
        </w:rPr>
      </w:pPr>
    </w:p>
    <w:sectPr w:rsidR="008E78D0" w:rsidRPr="00A448DF" w:rsidSect="008E78D0">
      <w:pgSz w:w="11900" w:h="16840"/>
      <w:pgMar w:top="666" w:right="843" w:bottom="426" w:left="940" w:header="720" w:footer="720" w:gutter="0"/>
      <w:cols w:space="720" w:equalWidth="0">
        <w:col w:w="10117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DF2433"/>
    <w:multiLevelType w:val="hybridMultilevel"/>
    <w:tmpl w:val="DEFE76AE"/>
    <w:lvl w:ilvl="0" w:tplc="A0EC1FC0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01D43F0B"/>
    <w:multiLevelType w:val="hybridMultilevel"/>
    <w:tmpl w:val="94D2AE78"/>
    <w:lvl w:ilvl="0" w:tplc="A0EC1F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3BC6C16"/>
    <w:multiLevelType w:val="hybridMultilevel"/>
    <w:tmpl w:val="AC7CAF62"/>
    <w:lvl w:ilvl="0" w:tplc="D0BEAABC">
      <w:start w:val="1"/>
      <w:numFmt w:val="decimal"/>
      <w:lvlText w:val="%1.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4A921E">
      <w:start w:val="1"/>
      <w:numFmt w:val="lowerLetter"/>
      <w:lvlText w:val="%2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C44A36">
      <w:start w:val="1"/>
      <w:numFmt w:val="lowerRoman"/>
      <w:lvlText w:val="%3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16F682">
      <w:start w:val="1"/>
      <w:numFmt w:val="decimal"/>
      <w:lvlText w:val="%4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A64C10">
      <w:start w:val="1"/>
      <w:numFmt w:val="lowerLetter"/>
      <w:lvlText w:val="%5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04888A">
      <w:start w:val="1"/>
      <w:numFmt w:val="lowerRoman"/>
      <w:lvlText w:val="%6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C86BEA">
      <w:start w:val="1"/>
      <w:numFmt w:val="decimal"/>
      <w:lvlText w:val="%7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AEF642">
      <w:start w:val="1"/>
      <w:numFmt w:val="lowerLetter"/>
      <w:lvlText w:val="%8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746742">
      <w:start w:val="1"/>
      <w:numFmt w:val="lowerRoman"/>
      <w:lvlText w:val="%9"/>
      <w:lvlJc w:val="left"/>
      <w:pPr>
        <w:ind w:left="7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3E164E0"/>
    <w:multiLevelType w:val="hybridMultilevel"/>
    <w:tmpl w:val="70F8525A"/>
    <w:lvl w:ilvl="0" w:tplc="A0EC1FC0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EFA0A74"/>
    <w:multiLevelType w:val="hybridMultilevel"/>
    <w:tmpl w:val="CA501DCC"/>
    <w:lvl w:ilvl="0" w:tplc="A0EC1FC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39D6E94"/>
    <w:multiLevelType w:val="hybridMultilevel"/>
    <w:tmpl w:val="FC2E0D9A"/>
    <w:lvl w:ilvl="0" w:tplc="A0EC1FC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8CC5843"/>
    <w:multiLevelType w:val="hybridMultilevel"/>
    <w:tmpl w:val="B64E7100"/>
    <w:lvl w:ilvl="0" w:tplc="A0EC1FC0">
      <w:start w:val="1"/>
      <w:numFmt w:val="bullet"/>
      <w:lvlText w:val="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29264133"/>
    <w:multiLevelType w:val="hybridMultilevel"/>
    <w:tmpl w:val="FACC113E"/>
    <w:lvl w:ilvl="0" w:tplc="CA328F82">
      <w:start w:val="1"/>
      <w:numFmt w:val="decimal"/>
      <w:lvlText w:val="%1."/>
      <w:lvlJc w:val="left"/>
      <w:pPr>
        <w:ind w:left="4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F2C3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8EF6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2C5B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90F2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8691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520A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E415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E8C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4C3376"/>
    <w:multiLevelType w:val="hybridMultilevel"/>
    <w:tmpl w:val="0B9CA562"/>
    <w:lvl w:ilvl="0" w:tplc="A0EC1FC0">
      <w:start w:val="1"/>
      <w:numFmt w:val="bullet"/>
      <w:lvlText w:val="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34767C4"/>
    <w:multiLevelType w:val="hybridMultilevel"/>
    <w:tmpl w:val="2AF68750"/>
    <w:lvl w:ilvl="0" w:tplc="A0EC1FC0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479564D"/>
    <w:multiLevelType w:val="hybridMultilevel"/>
    <w:tmpl w:val="7C9E36BC"/>
    <w:lvl w:ilvl="0" w:tplc="A0EC1FC0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9A945CC"/>
    <w:multiLevelType w:val="hybridMultilevel"/>
    <w:tmpl w:val="ED462FC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B057D96"/>
    <w:multiLevelType w:val="hybridMultilevel"/>
    <w:tmpl w:val="891EEFBC"/>
    <w:lvl w:ilvl="0" w:tplc="89BA24D0">
      <w:start w:val="16"/>
      <w:numFmt w:val="decimal"/>
      <w:lvlText w:val="%1.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40B9A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00003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D66AB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80501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222D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4A193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8273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DEC94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E3E1970"/>
    <w:multiLevelType w:val="hybridMultilevel"/>
    <w:tmpl w:val="0B122AD8"/>
    <w:lvl w:ilvl="0" w:tplc="A0EC1F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BB441A"/>
    <w:multiLevelType w:val="hybridMultilevel"/>
    <w:tmpl w:val="D1880650"/>
    <w:lvl w:ilvl="0" w:tplc="A0EC1F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B07DB"/>
    <w:multiLevelType w:val="hybridMultilevel"/>
    <w:tmpl w:val="351A93C0"/>
    <w:lvl w:ilvl="0" w:tplc="A0EC1F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3C22316"/>
    <w:multiLevelType w:val="hybridMultilevel"/>
    <w:tmpl w:val="9DBA54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E54141"/>
    <w:multiLevelType w:val="hybridMultilevel"/>
    <w:tmpl w:val="68B0824C"/>
    <w:lvl w:ilvl="0" w:tplc="A0EC1FC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804113"/>
    <w:multiLevelType w:val="hybridMultilevel"/>
    <w:tmpl w:val="4B8E0238"/>
    <w:lvl w:ilvl="0" w:tplc="55CCFD86">
      <w:start w:val="2"/>
      <w:numFmt w:val="decimal"/>
      <w:lvlText w:val="%1."/>
      <w:lvlJc w:val="left"/>
      <w:pPr>
        <w:ind w:left="3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9E14B2">
      <w:start w:val="1"/>
      <w:numFmt w:val="lowerLetter"/>
      <w:lvlText w:val="%2"/>
      <w:lvlJc w:val="left"/>
      <w:pPr>
        <w:ind w:left="14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DEDD7A">
      <w:start w:val="1"/>
      <w:numFmt w:val="lowerRoman"/>
      <w:lvlText w:val="%3"/>
      <w:lvlJc w:val="left"/>
      <w:pPr>
        <w:ind w:left="21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44CECE">
      <w:start w:val="1"/>
      <w:numFmt w:val="decimal"/>
      <w:lvlText w:val="%4"/>
      <w:lvlJc w:val="left"/>
      <w:pPr>
        <w:ind w:left="28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948B30">
      <w:start w:val="1"/>
      <w:numFmt w:val="lowerLetter"/>
      <w:lvlText w:val="%5"/>
      <w:lvlJc w:val="left"/>
      <w:pPr>
        <w:ind w:left="35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D2ECA0">
      <w:start w:val="1"/>
      <w:numFmt w:val="lowerRoman"/>
      <w:lvlText w:val="%6"/>
      <w:lvlJc w:val="left"/>
      <w:pPr>
        <w:ind w:left="42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520436">
      <w:start w:val="1"/>
      <w:numFmt w:val="decimal"/>
      <w:lvlText w:val="%7"/>
      <w:lvlJc w:val="left"/>
      <w:pPr>
        <w:ind w:left="50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A6AE16">
      <w:start w:val="1"/>
      <w:numFmt w:val="lowerLetter"/>
      <w:lvlText w:val="%8"/>
      <w:lvlJc w:val="left"/>
      <w:pPr>
        <w:ind w:left="57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9A2C80">
      <w:start w:val="1"/>
      <w:numFmt w:val="lowerRoman"/>
      <w:lvlText w:val="%9"/>
      <w:lvlJc w:val="left"/>
      <w:pPr>
        <w:ind w:left="64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C6E5C84"/>
    <w:multiLevelType w:val="hybridMultilevel"/>
    <w:tmpl w:val="EB34CD62"/>
    <w:lvl w:ilvl="0" w:tplc="A0EC1F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C786631"/>
    <w:multiLevelType w:val="hybridMultilevel"/>
    <w:tmpl w:val="627A44A8"/>
    <w:lvl w:ilvl="0" w:tplc="A0EC1F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EA6015E"/>
    <w:multiLevelType w:val="hybridMultilevel"/>
    <w:tmpl w:val="445C00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04D72B9"/>
    <w:multiLevelType w:val="hybridMultilevel"/>
    <w:tmpl w:val="5434A9C4"/>
    <w:lvl w:ilvl="0" w:tplc="A0EC1F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28A3BB4"/>
    <w:multiLevelType w:val="hybridMultilevel"/>
    <w:tmpl w:val="3DF8CC42"/>
    <w:lvl w:ilvl="0" w:tplc="81BC8996">
      <w:start w:val="1"/>
      <w:numFmt w:val="decimal"/>
      <w:lvlText w:val="%1.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A0D9DC">
      <w:start w:val="1"/>
      <w:numFmt w:val="lowerLetter"/>
      <w:lvlText w:val="%2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028770">
      <w:start w:val="1"/>
      <w:numFmt w:val="lowerRoman"/>
      <w:lvlText w:val="%3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EA51B6">
      <w:start w:val="1"/>
      <w:numFmt w:val="decimal"/>
      <w:lvlText w:val="%4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563042">
      <w:start w:val="1"/>
      <w:numFmt w:val="lowerLetter"/>
      <w:lvlText w:val="%5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10B496">
      <w:start w:val="1"/>
      <w:numFmt w:val="lowerRoman"/>
      <w:lvlText w:val="%6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62FEFC">
      <w:start w:val="1"/>
      <w:numFmt w:val="decimal"/>
      <w:lvlText w:val="%7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44012E">
      <w:start w:val="1"/>
      <w:numFmt w:val="lowerLetter"/>
      <w:lvlText w:val="%8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764344">
      <w:start w:val="1"/>
      <w:numFmt w:val="lowerRoman"/>
      <w:lvlText w:val="%9"/>
      <w:lvlJc w:val="left"/>
      <w:pPr>
        <w:ind w:left="6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3D55A9B"/>
    <w:multiLevelType w:val="hybridMultilevel"/>
    <w:tmpl w:val="8F5C3C06"/>
    <w:lvl w:ilvl="0" w:tplc="45EA7BFA">
      <w:start w:val="2"/>
      <w:numFmt w:val="decimal"/>
      <w:lvlText w:val="%1."/>
      <w:lvlJc w:val="left"/>
      <w:pPr>
        <w:ind w:left="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CC06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A848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0424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ECE7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8E17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048F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A2AE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E838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9DE75F3"/>
    <w:multiLevelType w:val="hybridMultilevel"/>
    <w:tmpl w:val="9ACABB52"/>
    <w:lvl w:ilvl="0" w:tplc="E80C9AB4">
      <w:start w:val="7"/>
      <w:numFmt w:val="decimal"/>
      <w:lvlText w:val="%1."/>
      <w:lvlJc w:val="left"/>
      <w:pPr>
        <w:ind w:left="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2A65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E40C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BCAC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F2AD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96C2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7A66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BCE2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C288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A280893"/>
    <w:multiLevelType w:val="hybridMultilevel"/>
    <w:tmpl w:val="3CF61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493B47"/>
    <w:multiLevelType w:val="hybridMultilevel"/>
    <w:tmpl w:val="AC68C778"/>
    <w:lvl w:ilvl="0" w:tplc="A0EC1F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4E452F0"/>
    <w:multiLevelType w:val="hybridMultilevel"/>
    <w:tmpl w:val="16704A50"/>
    <w:lvl w:ilvl="0" w:tplc="A0EC1F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C4A1DA5"/>
    <w:multiLevelType w:val="hybridMultilevel"/>
    <w:tmpl w:val="0EF64198"/>
    <w:lvl w:ilvl="0" w:tplc="A0EC1F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D300F1"/>
    <w:multiLevelType w:val="hybridMultilevel"/>
    <w:tmpl w:val="1854BF42"/>
    <w:lvl w:ilvl="0" w:tplc="A0EC1F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4D7AF6"/>
    <w:multiLevelType w:val="hybridMultilevel"/>
    <w:tmpl w:val="DED2D762"/>
    <w:lvl w:ilvl="0" w:tplc="A0EC1F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9B4A40"/>
    <w:multiLevelType w:val="hybridMultilevel"/>
    <w:tmpl w:val="73C24A92"/>
    <w:lvl w:ilvl="0" w:tplc="5606B318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0AC3E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04F85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504B2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C840F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486D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0A56B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0CB1A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7464E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3DE6F1D"/>
    <w:multiLevelType w:val="hybridMultilevel"/>
    <w:tmpl w:val="D8CE02C2"/>
    <w:lvl w:ilvl="0" w:tplc="30C41F4A">
      <w:start w:val="1"/>
      <w:numFmt w:val="decimal"/>
      <w:lvlText w:val="%1.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66435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06C5C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C4CE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E235B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FE51B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E8A13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3AED6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D676E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42C0ED0"/>
    <w:multiLevelType w:val="hybridMultilevel"/>
    <w:tmpl w:val="7BC82E3E"/>
    <w:lvl w:ilvl="0" w:tplc="3482DAB8">
      <w:start w:val="1"/>
      <w:numFmt w:val="decimal"/>
      <w:lvlText w:val="%1."/>
      <w:lvlJc w:val="left"/>
      <w:pPr>
        <w:ind w:left="54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1" w15:restartNumberingAfterBreak="0">
    <w:nsid w:val="76E874E4"/>
    <w:multiLevelType w:val="hybridMultilevel"/>
    <w:tmpl w:val="4404A0D6"/>
    <w:lvl w:ilvl="0" w:tplc="A0EC1F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8B92862"/>
    <w:multiLevelType w:val="hybridMultilevel"/>
    <w:tmpl w:val="07A48EA8"/>
    <w:lvl w:ilvl="0" w:tplc="559EEE64">
      <w:start w:val="1"/>
      <w:numFmt w:val="decimal"/>
      <w:lvlText w:val="%1."/>
      <w:lvlJc w:val="left"/>
      <w:pPr>
        <w:ind w:left="8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E2A8BE">
      <w:start w:val="1"/>
      <w:numFmt w:val="lowerLetter"/>
      <w:lvlText w:val="%2"/>
      <w:lvlJc w:val="left"/>
      <w:pPr>
        <w:ind w:left="13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6C0D3E">
      <w:start w:val="1"/>
      <w:numFmt w:val="lowerRoman"/>
      <w:lvlText w:val="%3"/>
      <w:lvlJc w:val="left"/>
      <w:pPr>
        <w:ind w:left="2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B685F4">
      <w:start w:val="1"/>
      <w:numFmt w:val="decimal"/>
      <w:lvlText w:val="%4"/>
      <w:lvlJc w:val="left"/>
      <w:pPr>
        <w:ind w:left="27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8A1762">
      <w:start w:val="1"/>
      <w:numFmt w:val="lowerLetter"/>
      <w:lvlText w:val="%5"/>
      <w:lvlJc w:val="left"/>
      <w:pPr>
        <w:ind w:left="35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D26D26">
      <w:start w:val="1"/>
      <w:numFmt w:val="lowerRoman"/>
      <w:lvlText w:val="%6"/>
      <w:lvlJc w:val="left"/>
      <w:pPr>
        <w:ind w:left="42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92AD3A">
      <w:start w:val="1"/>
      <w:numFmt w:val="decimal"/>
      <w:lvlText w:val="%7"/>
      <w:lvlJc w:val="left"/>
      <w:pPr>
        <w:ind w:left="49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B4CAF0">
      <w:start w:val="1"/>
      <w:numFmt w:val="lowerLetter"/>
      <w:lvlText w:val="%8"/>
      <w:lvlJc w:val="left"/>
      <w:pPr>
        <w:ind w:left="56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3E79D6">
      <w:start w:val="1"/>
      <w:numFmt w:val="lowerRoman"/>
      <w:lvlText w:val="%9"/>
      <w:lvlJc w:val="left"/>
      <w:pPr>
        <w:ind w:left="63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9952DFC"/>
    <w:multiLevelType w:val="hybridMultilevel"/>
    <w:tmpl w:val="B35C5CC4"/>
    <w:lvl w:ilvl="0" w:tplc="438E2044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386A4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CC17D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2ECAC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E65E1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44494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582F6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EE0F7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20C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B0410AA"/>
    <w:multiLevelType w:val="hybridMultilevel"/>
    <w:tmpl w:val="FCCE38D0"/>
    <w:lvl w:ilvl="0" w:tplc="F146D15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C6BEF4">
      <w:start w:val="1"/>
      <w:numFmt w:val="lowerLetter"/>
      <w:lvlText w:val="%2"/>
      <w:lvlJc w:val="left"/>
      <w:pPr>
        <w:ind w:left="55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E6A82">
      <w:start w:val="1"/>
      <w:numFmt w:val="lowerRoman"/>
      <w:lvlText w:val="%3"/>
      <w:lvlJc w:val="left"/>
      <w:pPr>
        <w:ind w:left="63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06F2E">
      <w:start w:val="1"/>
      <w:numFmt w:val="decimal"/>
      <w:lvlText w:val="%4"/>
      <w:lvlJc w:val="left"/>
      <w:pPr>
        <w:ind w:left="70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E8FA8">
      <w:start w:val="1"/>
      <w:numFmt w:val="lowerLetter"/>
      <w:lvlText w:val="%5"/>
      <w:lvlJc w:val="left"/>
      <w:pPr>
        <w:ind w:left="77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BA9C90">
      <w:start w:val="1"/>
      <w:numFmt w:val="lowerRoman"/>
      <w:lvlText w:val="%6"/>
      <w:lvlJc w:val="left"/>
      <w:pPr>
        <w:ind w:left="84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1638F0">
      <w:start w:val="1"/>
      <w:numFmt w:val="decimal"/>
      <w:lvlText w:val="%7"/>
      <w:lvlJc w:val="left"/>
      <w:pPr>
        <w:ind w:left="91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26CBD4">
      <w:start w:val="1"/>
      <w:numFmt w:val="lowerLetter"/>
      <w:lvlText w:val="%8"/>
      <w:lvlJc w:val="left"/>
      <w:pPr>
        <w:ind w:left="99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123078">
      <w:start w:val="1"/>
      <w:numFmt w:val="lowerRoman"/>
      <w:lvlText w:val="%9"/>
      <w:lvlJc w:val="left"/>
      <w:pPr>
        <w:ind w:left="106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E067C68"/>
    <w:multiLevelType w:val="hybridMultilevel"/>
    <w:tmpl w:val="765C26F2"/>
    <w:lvl w:ilvl="0" w:tplc="A0EC1F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FC6097"/>
    <w:multiLevelType w:val="hybridMultilevel"/>
    <w:tmpl w:val="8C0888B4"/>
    <w:lvl w:ilvl="0" w:tplc="A0EC1F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B33A35"/>
    <w:multiLevelType w:val="hybridMultilevel"/>
    <w:tmpl w:val="A9826F38"/>
    <w:lvl w:ilvl="0" w:tplc="A0EC1F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27"/>
  </w:num>
  <w:num w:numId="8">
    <w:abstractNumId w:val="28"/>
  </w:num>
  <w:num w:numId="9">
    <w:abstractNumId w:val="7"/>
  </w:num>
  <w:num w:numId="10">
    <w:abstractNumId w:val="25"/>
  </w:num>
  <w:num w:numId="11">
    <w:abstractNumId w:val="21"/>
  </w:num>
  <w:num w:numId="12">
    <w:abstractNumId w:val="19"/>
  </w:num>
  <w:num w:numId="13">
    <w:abstractNumId w:val="33"/>
  </w:num>
  <w:num w:numId="14">
    <w:abstractNumId w:val="34"/>
  </w:num>
  <w:num w:numId="15">
    <w:abstractNumId w:val="47"/>
  </w:num>
  <w:num w:numId="16">
    <w:abstractNumId w:val="40"/>
  </w:num>
  <w:num w:numId="17">
    <w:abstractNumId w:val="15"/>
  </w:num>
  <w:num w:numId="18">
    <w:abstractNumId w:val="36"/>
  </w:num>
  <w:num w:numId="19">
    <w:abstractNumId w:val="16"/>
  </w:num>
  <w:num w:numId="20">
    <w:abstractNumId w:val="9"/>
  </w:num>
  <w:num w:numId="21">
    <w:abstractNumId w:val="6"/>
  </w:num>
  <w:num w:numId="22">
    <w:abstractNumId w:val="41"/>
  </w:num>
  <w:num w:numId="23">
    <w:abstractNumId w:val="26"/>
  </w:num>
  <w:num w:numId="24">
    <w:abstractNumId w:val="46"/>
  </w:num>
  <w:num w:numId="25">
    <w:abstractNumId w:val="23"/>
  </w:num>
  <w:num w:numId="26">
    <w:abstractNumId w:val="12"/>
  </w:num>
  <w:num w:numId="27">
    <w:abstractNumId w:val="14"/>
  </w:num>
  <w:num w:numId="28">
    <w:abstractNumId w:val="37"/>
  </w:num>
  <w:num w:numId="29">
    <w:abstractNumId w:val="35"/>
  </w:num>
  <w:num w:numId="30">
    <w:abstractNumId w:val="45"/>
  </w:num>
  <w:num w:numId="31">
    <w:abstractNumId w:val="32"/>
  </w:num>
  <w:num w:numId="32">
    <w:abstractNumId w:val="22"/>
  </w:num>
  <w:num w:numId="33">
    <w:abstractNumId w:val="20"/>
  </w:num>
  <w:num w:numId="34">
    <w:abstractNumId w:val="10"/>
  </w:num>
  <w:num w:numId="35">
    <w:abstractNumId w:val="11"/>
  </w:num>
  <w:num w:numId="36">
    <w:abstractNumId w:val="17"/>
  </w:num>
  <w:num w:numId="37">
    <w:abstractNumId w:val="38"/>
  </w:num>
  <w:num w:numId="38">
    <w:abstractNumId w:val="43"/>
  </w:num>
  <w:num w:numId="39">
    <w:abstractNumId w:val="13"/>
  </w:num>
  <w:num w:numId="40">
    <w:abstractNumId w:val="29"/>
  </w:num>
  <w:num w:numId="41">
    <w:abstractNumId w:val="8"/>
  </w:num>
  <w:num w:numId="42">
    <w:abstractNumId w:val="39"/>
  </w:num>
  <w:num w:numId="43">
    <w:abstractNumId w:val="18"/>
  </w:num>
  <w:num w:numId="44">
    <w:abstractNumId w:val="42"/>
  </w:num>
  <w:num w:numId="45">
    <w:abstractNumId w:val="24"/>
  </w:num>
  <w:num w:numId="46">
    <w:abstractNumId w:val="30"/>
  </w:num>
  <w:num w:numId="47">
    <w:abstractNumId w:val="31"/>
  </w:num>
  <w:num w:numId="48">
    <w:abstractNumId w:val="4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1D8E"/>
    <w:rsid w:val="00034616"/>
    <w:rsid w:val="000418DA"/>
    <w:rsid w:val="0006063C"/>
    <w:rsid w:val="00061546"/>
    <w:rsid w:val="0006267A"/>
    <w:rsid w:val="000C634A"/>
    <w:rsid w:val="000D089D"/>
    <w:rsid w:val="000D42BC"/>
    <w:rsid w:val="00122223"/>
    <w:rsid w:val="001262E5"/>
    <w:rsid w:val="001416B6"/>
    <w:rsid w:val="0015074B"/>
    <w:rsid w:val="001553E4"/>
    <w:rsid w:val="00166463"/>
    <w:rsid w:val="001A1B4D"/>
    <w:rsid w:val="001D1DAC"/>
    <w:rsid w:val="001F4D7F"/>
    <w:rsid w:val="00200695"/>
    <w:rsid w:val="00216171"/>
    <w:rsid w:val="00246639"/>
    <w:rsid w:val="0026575F"/>
    <w:rsid w:val="00271507"/>
    <w:rsid w:val="00272AED"/>
    <w:rsid w:val="00293B13"/>
    <w:rsid w:val="0029639D"/>
    <w:rsid w:val="002F7275"/>
    <w:rsid w:val="00301B94"/>
    <w:rsid w:val="00315090"/>
    <w:rsid w:val="00315559"/>
    <w:rsid w:val="0032503D"/>
    <w:rsid w:val="00326F90"/>
    <w:rsid w:val="00350BEB"/>
    <w:rsid w:val="003517AE"/>
    <w:rsid w:val="00383A63"/>
    <w:rsid w:val="00384DA7"/>
    <w:rsid w:val="00392781"/>
    <w:rsid w:val="00393CE2"/>
    <w:rsid w:val="003E6C81"/>
    <w:rsid w:val="003F01B1"/>
    <w:rsid w:val="004322CB"/>
    <w:rsid w:val="00452F7C"/>
    <w:rsid w:val="00453265"/>
    <w:rsid w:val="00462936"/>
    <w:rsid w:val="00462B05"/>
    <w:rsid w:val="00494391"/>
    <w:rsid w:val="004D3947"/>
    <w:rsid w:val="004E2243"/>
    <w:rsid w:val="00523F5A"/>
    <w:rsid w:val="00547B2E"/>
    <w:rsid w:val="005746AF"/>
    <w:rsid w:val="00577E5F"/>
    <w:rsid w:val="005A3FA6"/>
    <w:rsid w:val="005B1E76"/>
    <w:rsid w:val="005F4340"/>
    <w:rsid w:val="0061796C"/>
    <w:rsid w:val="00632ECA"/>
    <w:rsid w:val="00644DB3"/>
    <w:rsid w:val="00704DBA"/>
    <w:rsid w:val="00712110"/>
    <w:rsid w:val="00747D42"/>
    <w:rsid w:val="007710DA"/>
    <w:rsid w:val="007D60A4"/>
    <w:rsid w:val="007D7FB2"/>
    <w:rsid w:val="007F3C03"/>
    <w:rsid w:val="00850C2B"/>
    <w:rsid w:val="008619C0"/>
    <w:rsid w:val="00885F8E"/>
    <w:rsid w:val="008E78D0"/>
    <w:rsid w:val="00902E41"/>
    <w:rsid w:val="00904A8C"/>
    <w:rsid w:val="00930860"/>
    <w:rsid w:val="009370CC"/>
    <w:rsid w:val="00953E21"/>
    <w:rsid w:val="009979ED"/>
    <w:rsid w:val="009C62F5"/>
    <w:rsid w:val="009E24EB"/>
    <w:rsid w:val="009E482D"/>
    <w:rsid w:val="00A21837"/>
    <w:rsid w:val="00A448DF"/>
    <w:rsid w:val="00A64890"/>
    <w:rsid w:val="00A9558D"/>
    <w:rsid w:val="00AA1D8D"/>
    <w:rsid w:val="00AA2B76"/>
    <w:rsid w:val="00AB40F9"/>
    <w:rsid w:val="00AC6324"/>
    <w:rsid w:val="00AD5D6B"/>
    <w:rsid w:val="00AD6EFC"/>
    <w:rsid w:val="00B07A1E"/>
    <w:rsid w:val="00B31151"/>
    <w:rsid w:val="00B47730"/>
    <w:rsid w:val="00B51F5C"/>
    <w:rsid w:val="00B701FC"/>
    <w:rsid w:val="00B73886"/>
    <w:rsid w:val="00B762D4"/>
    <w:rsid w:val="00B77886"/>
    <w:rsid w:val="00B77CA1"/>
    <w:rsid w:val="00B908BB"/>
    <w:rsid w:val="00BD1CC1"/>
    <w:rsid w:val="00C225E4"/>
    <w:rsid w:val="00CB0664"/>
    <w:rsid w:val="00CB4BF7"/>
    <w:rsid w:val="00CC2758"/>
    <w:rsid w:val="00D0235B"/>
    <w:rsid w:val="00D0457A"/>
    <w:rsid w:val="00D06DC7"/>
    <w:rsid w:val="00D50E86"/>
    <w:rsid w:val="00D614B0"/>
    <w:rsid w:val="00D802A1"/>
    <w:rsid w:val="00DE0A14"/>
    <w:rsid w:val="00DE417F"/>
    <w:rsid w:val="00DF10B3"/>
    <w:rsid w:val="00DF3DEE"/>
    <w:rsid w:val="00E06FFE"/>
    <w:rsid w:val="00E07C44"/>
    <w:rsid w:val="00E14583"/>
    <w:rsid w:val="00E166D4"/>
    <w:rsid w:val="00E325BA"/>
    <w:rsid w:val="00E77F3C"/>
    <w:rsid w:val="00E95E14"/>
    <w:rsid w:val="00EA175A"/>
    <w:rsid w:val="00ED3E1D"/>
    <w:rsid w:val="00EE0589"/>
    <w:rsid w:val="00EF36A6"/>
    <w:rsid w:val="00F30FA4"/>
    <w:rsid w:val="00F678DE"/>
    <w:rsid w:val="00F86ABB"/>
    <w:rsid w:val="00FA7CCD"/>
    <w:rsid w:val="00FA7E08"/>
    <w:rsid w:val="00FC5EB2"/>
    <w:rsid w:val="00FC693F"/>
    <w:rsid w:val="00FE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9CCFC"/>
  <w14:defaultImageDpi w14:val="300"/>
  <w15:docId w15:val="{EEE50813-6744-4097-929D-2FB12CC16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1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1"/>
    <w:unhideWhenUsed/>
    <w:qFormat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1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B51F5C"/>
    <w:rPr>
      <w:color w:val="0000FF" w:themeColor="hyperlink"/>
      <w:u w:val="single"/>
    </w:rPr>
  </w:style>
  <w:style w:type="paragraph" w:customStyle="1" w:styleId="TableParagraph">
    <w:name w:val="Table Paragraph"/>
    <w:basedOn w:val="a1"/>
    <w:uiPriority w:val="1"/>
    <w:qFormat/>
    <w:rsid w:val="007D60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table" w:customStyle="1" w:styleId="TableNormal">
    <w:name w:val="Table Normal"/>
    <w:uiPriority w:val="2"/>
    <w:semiHidden/>
    <w:unhideWhenUsed/>
    <w:qFormat/>
    <w:rsid w:val="007D60A4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9">
    <w:name w:val="Balloon Text"/>
    <w:basedOn w:val="a1"/>
    <w:link w:val="affa"/>
    <w:uiPriority w:val="99"/>
    <w:semiHidden/>
    <w:unhideWhenUsed/>
    <w:rsid w:val="00ED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ED3E1D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A448DF"/>
    <w:pPr>
      <w:spacing w:after="0" w:line="240" w:lineRule="auto"/>
    </w:pPr>
    <w:rPr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">
    <w:name w:val="Нет списка1"/>
    <w:next w:val="a4"/>
    <w:uiPriority w:val="99"/>
    <w:semiHidden/>
    <w:unhideWhenUsed/>
    <w:rsid w:val="00A44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9.jpg"/><Relationship Id="rId42" Type="http://schemas.openxmlformats.org/officeDocument/2006/relationships/image" Target="media/image30.jpe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84" Type="http://schemas.openxmlformats.org/officeDocument/2006/relationships/image" Target="media/image72.jpeg"/><Relationship Id="rId89" Type="http://schemas.openxmlformats.org/officeDocument/2006/relationships/image" Target="media/image77.jpg"/><Relationship Id="rId7" Type="http://schemas.openxmlformats.org/officeDocument/2006/relationships/hyperlink" Target="http://school-collection.edu.ru/" TargetMode="Externa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7.jpg"/><Relationship Id="rId11" Type="http://schemas.openxmlformats.org/officeDocument/2006/relationships/hyperlink" Target="https://foxford.ru/" TargetMode="External"/><Relationship Id="rId24" Type="http://schemas.openxmlformats.org/officeDocument/2006/relationships/image" Target="media/image12.jpg"/><Relationship Id="rId32" Type="http://schemas.openxmlformats.org/officeDocument/2006/relationships/image" Target="media/image20.jpe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66" Type="http://schemas.openxmlformats.org/officeDocument/2006/relationships/image" Target="media/image54.jpg"/><Relationship Id="rId74" Type="http://schemas.openxmlformats.org/officeDocument/2006/relationships/image" Target="media/image62.jpeg"/><Relationship Id="rId79" Type="http://schemas.openxmlformats.org/officeDocument/2006/relationships/image" Target="media/image67.jpg"/><Relationship Id="rId87" Type="http://schemas.openxmlformats.org/officeDocument/2006/relationships/image" Target="media/image75.jpeg"/><Relationship Id="rId102" Type="http://schemas.openxmlformats.org/officeDocument/2006/relationships/image" Target="media/image90.jpeg"/><Relationship Id="rId5" Type="http://schemas.openxmlformats.org/officeDocument/2006/relationships/webSettings" Target="webSettings.xml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19" Type="http://schemas.openxmlformats.org/officeDocument/2006/relationships/image" Target="media/image7.jpg"/><Relationship Id="rId14" Type="http://schemas.openxmlformats.org/officeDocument/2006/relationships/image" Target="media/image2.png"/><Relationship Id="rId22" Type="http://schemas.openxmlformats.org/officeDocument/2006/relationships/image" Target="media/image10.jpg"/><Relationship Id="rId27" Type="http://schemas.openxmlformats.org/officeDocument/2006/relationships/image" Target="media/image15.jpeg"/><Relationship Id="rId30" Type="http://schemas.openxmlformats.org/officeDocument/2006/relationships/image" Target="media/image18.jpg"/><Relationship Id="rId35" Type="http://schemas.openxmlformats.org/officeDocument/2006/relationships/image" Target="media/image23.jpeg"/><Relationship Id="rId43" Type="http://schemas.openxmlformats.org/officeDocument/2006/relationships/image" Target="media/image31.jpg"/><Relationship Id="rId48" Type="http://schemas.openxmlformats.org/officeDocument/2006/relationships/image" Target="media/image36.jpeg"/><Relationship Id="rId56" Type="http://schemas.openxmlformats.org/officeDocument/2006/relationships/image" Target="media/image44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77" Type="http://schemas.openxmlformats.org/officeDocument/2006/relationships/image" Target="media/image65.jpg"/><Relationship Id="rId100" Type="http://schemas.openxmlformats.org/officeDocument/2006/relationships/image" Target="media/image88.jpeg"/><Relationship Id="rId105" Type="http://schemas.openxmlformats.org/officeDocument/2006/relationships/fontTable" Target="fontTable.xml"/><Relationship Id="rId8" Type="http://schemas.openxmlformats.org/officeDocument/2006/relationships/hyperlink" Target="https://urok.1sept.ru/" TargetMode="External"/><Relationship Id="rId51" Type="http://schemas.openxmlformats.org/officeDocument/2006/relationships/image" Target="media/image39.jpeg"/><Relationship Id="rId72" Type="http://schemas.openxmlformats.org/officeDocument/2006/relationships/image" Target="media/image60.jpg"/><Relationship Id="rId80" Type="http://schemas.openxmlformats.org/officeDocument/2006/relationships/image" Target="media/image68.jpg"/><Relationship Id="rId85" Type="http://schemas.openxmlformats.org/officeDocument/2006/relationships/image" Target="media/image73.jpeg"/><Relationship Id="rId93" Type="http://schemas.openxmlformats.org/officeDocument/2006/relationships/image" Target="media/image81.jpg"/><Relationship Id="rId98" Type="http://schemas.openxmlformats.org/officeDocument/2006/relationships/image" Target="media/image86.jpeg"/><Relationship Id="rId3" Type="http://schemas.openxmlformats.org/officeDocument/2006/relationships/styles" Target="styles.xml"/><Relationship Id="rId12" Type="http://schemas.openxmlformats.org/officeDocument/2006/relationships/hyperlink" Target="http://www.museum-arms.ru/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jpg"/><Relationship Id="rId33" Type="http://schemas.openxmlformats.org/officeDocument/2006/relationships/image" Target="media/image21.jpe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67" Type="http://schemas.openxmlformats.org/officeDocument/2006/relationships/image" Target="media/image55.jpg"/><Relationship Id="rId103" Type="http://schemas.openxmlformats.org/officeDocument/2006/relationships/image" Target="media/image91.jpeg"/><Relationship Id="rId20" Type="http://schemas.openxmlformats.org/officeDocument/2006/relationships/image" Target="media/image8.jpg"/><Relationship Id="rId41" Type="http://schemas.openxmlformats.org/officeDocument/2006/relationships/image" Target="media/image29.jpe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image" Target="media/image58.jpg"/><Relationship Id="rId75" Type="http://schemas.openxmlformats.org/officeDocument/2006/relationships/image" Target="media/image63.jpeg"/><Relationship Id="rId83" Type="http://schemas.openxmlformats.org/officeDocument/2006/relationships/image" Target="media/image71.jpeg"/><Relationship Id="rId88" Type="http://schemas.openxmlformats.org/officeDocument/2006/relationships/image" Target="media/image76.jpe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" Type="http://schemas.openxmlformats.org/officeDocument/2006/relationships/customXml" Target="../customXml/item1.xml"/><Relationship Id="rId6" Type="http://schemas.openxmlformats.org/officeDocument/2006/relationships/hyperlink" Target="https://resh.edu.ru/subject/lesson/78%2082/main/277401/" TargetMode="External"/><Relationship Id="rId15" Type="http://schemas.openxmlformats.org/officeDocument/2006/relationships/image" Target="media/image3.pn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eg"/><Relationship Id="rId57" Type="http://schemas.openxmlformats.org/officeDocument/2006/relationships/image" Target="media/image45.jpg"/><Relationship Id="rId106" Type="http://schemas.openxmlformats.org/officeDocument/2006/relationships/theme" Target="theme/theme1.xml"/><Relationship Id="rId10" Type="http://schemas.openxmlformats.org/officeDocument/2006/relationships/hyperlink" Target="https://resh.edu.ru/" TargetMode="Externa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eg"/><Relationship Id="rId94" Type="http://schemas.openxmlformats.org/officeDocument/2006/relationships/image" Target="media/image82.jpg"/><Relationship Id="rId99" Type="http://schemas.openxmlformats.org/officeDocument/2006/relationships/image" Target="media/image87.jpeg"/><Relationship Id="rId101" Type="http://schemas.openxmlformats.org/officeDocument/2006/relationships/image" Target="media/image89.jpeg"/><Relationship Id="rId4" Type="http://schemas.openxmlformats.org/officeDocument/2006/relationships/settings" Target="settings.xml"/><Relationship Id="rId9" Type="http://schemas.openxmlformats.org/officeDocument/2006/relationships/hyperlink" Target="https://rosuchebnik.ru/material/40-saytov-kotorye-oblegchat-rabotu-uchitelya/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9" Type="http://schemas.openxmlformats.org/officeDocument/2006/relationships/image" Target="media/image27.jpg"/><Relationship Id="rId34" Type="http://schemas.openxmlformats.org/officeDocument/2006/relationships/image" Target="media/image22.jpeg"/><Relationship Id="rId50" Type="http://schemas.openxmlformats.org/officeDocument/2006/relationships/image" Target="media/image38.jpeg"/><Relationship Id="rId55" Type="http://schemas.openxmlformats.org/officeDocument/2006/relationships/image" Target="media/image43.jpg"/><Relationship Id="rId76" Type="http://schemas.openxmlformats.org/officeDocument/2006/relationships/image" Target="media/image64.jpeg"/><Relationship Id="rId97" Type="http://schemas.openxmlformats.org/officeDocument/2006/relationships/image" Target="media/image85.jpeg"/><Relationship Id="rId104" Type="http://schemas.openxmlformats.org/officeDocument/2006/relationships/image" Target="media/image9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5E874F-D0B0-4A24-873D-0603714B5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24206</Words>
  <Characters>137976</Characters>
  <Application>Microsoft Office Word</Application>
  <DocSecurity>0</DocSecurity>
  <Lines>1149</Lines>
  <Paragraphs>323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4</cp:revision>
  <cp:lastPrinted>2022-09-13T14:52:00Z</cp:lastPrinted>
  <dcterms:created xsi:type="dcterms:W3CDTF">2022-12-12T17:02:00Z</dcterms:created>
  <dcterms:modified xsi:type="dcterms:W3CDTF">2022-12-12T17:04:00Z</dcterms:modified>
  <cp:category/>
</cp:coreProperties>
</file>