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Конспект занятия по исследованию объектов живой и неживой природы</w:t>
      </w:r>
    </w:p>
    <w:p>
      <w:pPr>
        <w:jc w:val="center"/>
      </w:pPr>
      <w:r>
        <w:rPr>
          <w:b/>
          <w:sz w:val="30"/>
        </w:rPr>
        <w:t>«Растительный мир средней полосы России»</w:t>
      </w:r>
    </w:p>
    <w:p>
      <w:r>
        <w:rPr>
          <w:i/>
        </w:rPr>
        <w:t>Разновозрастная группа (3–7 лет). Длительность: 25–30 минут (для старших детей — до 35).</w:t>
      </w:r>
    </w:p>
    <w:p/>
    <w:p>
      <w:r>
        <w:rPr>
          <w:b/>
          <w:sz w:val="28"/>
        </w:rPr>
        <w:t>Цель</w:t>
      </w:r>
    </w:p>
    <w:p>
      <w:r>
        <w:rPr>
          <w:i w:val="0"/>
        </w:rPr>
        <w:t>Познакомить детей с типичными растениями средней полосы России (деревьями, кустарниками, травами), развивать умение наблюдать, сравнивать и делать выводы.</w:t>
      </w:r>
    </w:p>
    <w:p>
      <w:r>
        <w:rPr>
          <w:b/>
          <w:sz w:val="28"/>
        </w:rPr>
        <w:t>Задачи</w:t>
      </w:r>
    </w:p>
    <w:p>
      <w:r>
        <w:rPr>
          <w:i w:val="0"/>
        </w:rPr>
        <w:t>Образовательные: научить различать дерево, кустарник и травянистое растение; узнавать 4–5 характерных растений средней полосы (берёзу, рябину, дуб, клён, ромашку, подорожник).</w:t>
      </w:r>
    </w:p>
    <w:p>
      <w:r>
        <w:rPr>
          <w:i w:val="0"/>
        </w:rPr>
        <w:t>Развивающие: развивать наблюдательность, связную речь, умение сравнивать предметы по признакам (высота, ствол, листья).</w:t>
      </w:r>
    </w:p>
    <w:p>
      <w:r>
        <w:rPr>
          <w:i w:val="0"/>
        </w:rPr>
        <w:t>Воспитательные: воспитывать бережное отношение к растениям, желание заботиться о природе.</w:t>
      </w:r>
    </w:p>
    <w:p>
      <w:r>
        <w:rPr>
          <w:b/>
          <w:sz w:val="28"/>
        </w:rPr>
        <w:t>Оборудование и материалы</w:t>
      </w:r>
    </w:p>
    <w:p>
      <w:r>
        <w:rPr>
          <w:i w:val="0"/>
        </w:rPr>
        <w:t>Картинки или муляжи: берёза, дуб, клён, рябина, сирень, ромашка, подорожник; живые образцы (листья, веточки, шишки, травинки, кусочек коры); лупы; аудиозапись «шум леса»; бумага, пластилин, цветные карандаши.</w:t>
      </w:r>
    </w:p>
    <w:p/>
    <w:p>
      <w:r>
        <w:rPr>
          <w:b/>
          <w:sz w:val="28"/>
        </w:rPr>
        <w:t>Ход занятия</w:t>
      </w:r>
    </w:p>
    <w:p>
      <w:r>
        <w:rPr>
          <w:b/>
          <w:sz w:val="28"/>
        </w:rPr>
        <w:t>1. Организационный момент (3 минуты)</w:t>
      </w:r>
    </w:p>
    <w:p>
      <w:r>
        <w:rPr>
          <w:i w:val="0"/>
        </w:rPr>
        <w:t>Звучит запись шума леса. Дети собираются вокруг воспитателя.</w:t>
      </w:r>
    </w:p>
    <w:p>
      <w:r>
        <w:rPr>
          <w:b/>
        </w:rPr>
        <w:t xml:space="preserve">Воспитатель. </w:t>
      </w:r>
      <w:r>
        <w:t>— Ребята, закройте глаза и послушайте. Что вы слышите?</w:t>
      </w:r>
    </w:p>
    <w:p>
      <w:r>
        <w:rPr>
          <w:i w:val="0"/>
        </w:rPr>
        <w:t>Предполагаемые ответы детей: «Шумит что-то!», «Ветер!», «Птицы поют!»</w:t>
      </w:r>
    </w:p>
    <w:p>
      <w:r>
        <w:rPr>
          <w:b/>
        </w:rPr>
        <w:t xml:space="preserve">Воспитатель. </w:t>
      </w:r>
      <w:r>
        <w:t>— Правильно, это шумит лес. Сегодня мы с вами отправимся в настоящий лес — в лес средней полосы России. А кого в лесу больше всего: зверей, птиц или растений?</w:t>
      </w:r>
    </w:p>
    <w:p>
      <w:r>
        <w:rPr>
          <w:i w:val="0"/>
        </w:rPr>
        <w:t>Дети высказываются. Воспитатель подводит к выводу.</w:t>
      </w:r>
    </w:p>
    <w:p>
      <w:r>
        <w:rPr>
          <w:b/>
        </w:rPr>
        <w:t xml:space="preserve">Воспитатель. </w:t>
      </w:r>
      <w:r>
        <w:t>— Верно, растений больше всех. Они кормят и зверей, и птиц, и даже нас с вами. Вот мы и познакомимся сегодня с лесными растениями.</w:t>
      </w:r>
    </w:p>
    <w:p>
      <w:r>
        <w:rPr>
          <w:b/>
          <w:sz w:val="28"/>
        </w:rPr>
        <w:t>2. Беседа-исследование (8–10 минут)</w:t>
      </w:r>
    </w:p>
    <w:p>
      <w:r>
        <w:rPr>
          <w:i w:val="0"/>
        </w:rPr>
        <w:t>Воспитатель раздаёт детям листья, веточки, травинки. Дети рассматривают их через лупу, трогают, нюхают.</w:t>
      </w:r>
    </w:p>
    <w:p>
      <w:r>
        <w:rPr>
          <w:b/>
        </w:rPr>
        <w:t xml:space="preserve">Воспитатель. </w:t>
      </w:r>
      <w:r>
        <w:t>— Посмотрите, что у вас в руках. Это листья, которые я принесла из леса. Возьмите лупу и рассмотрите листочек поближе. Что вы видите? Какие у него прожилки? На что похож узор?</w:t>
      </w:r>
    </w:p>
    <w:p>
      <w:r>
        <w:rPr>
          <w:i w:val="0"/>
        </w:rPr>
        <w:t>Дети рассматривают и отвечают.</w:t>
      </w:r>
    </w:p>
    <w:p>
      <w:r>
        <w:rPr>
          <w:b/>
        </w:rPr>
        <w:t xml:space="preserve">Воспитатель. </w:t>
      </w:r>
      <w:r>
        <w:t>— А теперь потрогайте листик пальчиком. Какой он — гладкий или шершавый? А понюхайте: чем пахнет?</w:t>
      </w:r>
    </w:p>
    <w:p>
      <w:r>
        <w:rPr>
          <w:i w:val="0"/>
        </w:rPr>
        <w:t>Дети делятся ощущениями.</w:t>
      </w:r>
    </w:p>
    <w:p>
      <w:r>
        <w:rPr>
          <w:b/>
        </w:rPr>
        <w:t>Опыт-сравнение «Ствол или стебель?»</w:t>
      </w:r>
    </w:p>
    <w:p>
      <w:r>
        <w:rPr>
          <w:i w:val="0"/>
        </w:rPr>
        <w:t>Воспитатель поочерёдно даёт детям в руки кусочек коры и стебель травы.</w:t>
      </w:r>
    </w:p>
    <w:p>
      <w:r>
        <w:rPr>
          <w:b/>
        </w:rPr>
        <w:t xml:space="preserve">Воспитатель. </w:t>
      </w:r>
      <w:r>
        <w:t>— Возьмите в одну руку кусочек коры, а в другую — стебелёк травы. Попробуйте каждый согнуть. Что согнулось легко, а что — почти нет?</w:t>
      </w:r>
    </w:p>
    <w:p>
      <w:r>
        <w:rPr>
          <w:i w:val="0"/>
        </w:rPr>
        <w:t>Дети: «Стебелёк согнулся, а кора — нет!»</w:t>
      </w:r>
    </w:p>
    <w:p>
      <w:r>
        <w:rPr>
          <w:b/>
        </w:rPr>
        <w:t xml:space="preserve">Воспитатель. </w:t>
      </w:r>
      <w:r>
        <w:t>— Правильно! Ствол дерева такой крепкий, что его не обнимешь двумя руками, а стебель травки можно смять пальчиками. Как вы думаете, зачем дереву такой твёрдый ствол?</w:t>
      </w:r>
    </w:p>
    <w:p>
      <w:r>
        <w:rPr>
          <w:i w:val="0"/>
        </w:rPr>
        <w:t>Предполагаемые ответы: «Чтобы держать ветки», «Чтобы ветер не сломал», «Чтобы быть высоким».</w:t>
      </w:r>
    </w:p>
    <w:p>
      <w:r>
        <w:rPr>
          <w:b/>
        </w:rPr>
        <w:t xml:space="preserve">Воспитатель. </w:t>
      </w:r>
      <w:r>
        <w:t>— Молодцы! Ствол держит крону — все ветки с листьями. Дерево высокое и сильное. А теперь послушайте мой вывод: деревья — большие, с одним твёрдым стволом; кустарники — пониже, и стволов у них сразу несколько, как у сирени; а травы — низенькие, с мягким стебельком.</w:t>
      </w:r>
    </w:p>
    <w:p>
      <w:r>
        <w:rPr>
          <w:i w:val="0"/>
        </w:rPr>
        <w:t>Воспитатель показывает картинки растений, дети вместе относят каждую к одной из трёх групп.</w:t>
      </w:r>
    </w:p>
    <w:p>
      <w:r>
        <w:rPr>
          <w:b/>
        </w:rPr>
        <w:t xml:space="preserve">Воспитатель. </w:t>
      </w:r>
      <w:r>
        <w:t>— Посмотрите на эту картинку. Что это за дерево?</w:t>
      </w:r>
    </w:p>
    <w:p>
      <w:r>
        <w:rPr>
          <w:i w:val="0"/>
        </w:rPr>
        <w:t>Дети: «Берёзка!»</w:t>
      </w:r>
    </w:p>
    <w:p>
      <w:r>
        <w:rPr>
          <w:b/>
        </w:rPr>
        <w:t xml:space="preserve">Воспитатель. </w:t>
      </w:r>
      <w:r>
        <w:t>— Да, это берёза — белая красавица русской природы. Посмотрите на её ствол: какого он цвета? А какие у неё листочки?</w:t>
      </w:r>
    </w:p>
    <w:p>
      <w:r>
        <w:rPr>
          <w:i w:val="0"/>
        </w:rPr>
        <w:t>Дети: «Белый, с чёрными полосками. Листики маленькие, зубчатые».</w:t>
      </w:r>
    </w:p>
    <w:p>
      <w:r>
        <w:rPr>
          <w:b/>
        </w:rPr>
        <w:t xml:space="preserve">Воспитатель. </w:t>
      </w:r>
      <w:r>
        <w:t>— А это что за дерево с большими резными листьями и жёлудями? Правильно, дуб. Его называют богатырём, потому что он большой и крепкий. А вот это рябина — посмотрите на её гроздья красных ягод. Куда мы её отнесём: к деревьям, кустам или травам?</w:t>
      </w:r>
    </w:p>
    <w:p>
      <w:r>
        <w:rPr>
          <w:i w:val="0"/>
        </w:rPr>
        <w:t>Дети: «К деревьям!» (Воспитатель поясняет, что рябина растёт и деревом, и крупным кустом.)</w:t>
      </w:r>
    </w:p>
    <w:p>
      <w:r>
        <w:rPr>
          <w:b/>
        </w:rPr>
        <w:t xml:space="preserve">Воспитатель. </w:t>
      </w:r>
      <w:r>
        <w:t>— А теперь посмотрите вниз: вот растёт ромашка. Она высокая, как берёза?</w:t>
      </w:r>
    </w:p>
    <w:p>
      <w:r>
        <w:rPr>
          <w:i w:val="0"/>
        </w:rPr>
        <w:t>Дети: «Нет, маленькая!»</w:t>
      </w:r>
    </w:p>
    <w:p>
      <w:r>
        <w:rPr>
          <w:b/>
        </w:rPr>
        <w:t xml:space="preserve">Воспитатель. </w:t>
      </w:r>
      <w:r>
        <w:t>— Верно, это трава. Её стебелёк тонкий и мягкий. А подорожник вы все знаете — он растёт прямо вдоль дорожек, недаром его так назвали. К какой группе он относится?</w:t>
      </w:r>
    </w:p>
    <w:p>
      <w:r>
        <w:rPr>
          <w:i w:val="0"/>
        </w:rPr>
        <w:t>Дети: «Тоже к травам!»</w:t>
      </w:r>
    </w:p>
    <w:p>
      <w:r>
        <w:rPr>
          <w:b/>
        </w:rPr>
        <w:t>Дифференциация по возрасту.</w:t>
      </w:r>
    </w:p>
    <w:p>
      <w:r>
        <w:rPr>
          <w:i w:val="0"/>
        </w:rPr>
        <w:t>Дети 3–4 лет называют «большое дерево» и «маленькую травку», угадывают растения по картинке.</w:t>
      </w:r>
    </w:p>
    <w:p>
      <w:r>
        <w:rPr>
          <w:i w:val="0"/>
        </w:rPr>
        <w:t>Дети 5–6 лет выделяют признаки (у берёзы — белый ствол, у клёна — резные листья) и сравнивают два растения.</w:t>
      </w:r>
    </w:p>
    <w:p>
      <w:r>
        <w:rPr>
          <w:i w:val="0"/>
        </w:rPr>
        <w:t>Дети 7 лет объясняют, зачем растениям корни, листья и кора, почему берёзу называют «белой красавицей».</w:t>
      </w:r>
    </w:p>
    <w:p>
      <w:r>
        <w:rPr>
          <w:b/>
          <w:sz w:val="28"/>
        </w:rPr>
        <w:t>3. Физкультминутка «Дерево» (2–3 минуты)</w:t>
      </w:r>
    </w:p>
    <w:p>
      <w:r>
        <w:rPr>
          <w:i w:val="0"/>
        </w:rPr>
        <w:t>Воспитатель произносит слова и показывает движения, дети повторяют.</w:t>
      </w:r>
    </w:p>
    <w:p>
      <w:r>
        <w:rPr>
          <w:b/>
        </w:rPr>
        <w:t xml:space="preserve">Воспитатель. </w:t>
      </w:r>
      <w:r>
        <w:t>— Ветер дует нам в лицо (дети машут ладошками на лицо), закачалось деревцо (тянутся на носочках и качаются). Ветерок всё тише, тише (приседают, опуская руки), деревцо всё выше, выше (встают и тянутся вверх).</w:t>
      </w:r>
    </w:p>
    <w:p>
      <w:r>
        <w:rPr>
          <w:i w:val="0"/>
        </w:rPr>
        <w:t>Повторить 2 раза.</w:t>
      </w:r>
    </w:p>
    <w:p>
      <w:r>
        <w:rPr>
          <w:b/>
          <w:sz w:val="28"/>
        </w:rPr>
        <w:t>4. Дидактическая игра (7 минут)</w:t>
      </w:r>
    </w:p>
    <w:p>
      <w:r>
        <w:rPr>
          <w:b/>
        </w:rPr>
        <w:t>«Четвёртый лишний»</w:t>
      </w:r>
    </w:p>
    <w:p>
      <w:r>
        <w:rPr>
          <w:b/>
        </w:rPr>
        <w:t xml:space="preserve">Воспитатель. </w:t>
      </w:r>
      <w:r>
        <w:t>— Я назову вам четыре растения, а вы найдите, какое лишнее и почему. Берёза, дуб, клён… подорожник. Кто здесь лишний?</w:t>
      </w:r>
    </w:p>
    <w:p>
      <w:r>
        <w:rPr>
          <w:i w:val="0"/>
        </w:rPr>
        <w:t>Дети: «Подорожник — он трава, а остальные деревья!»</w:t>
      </w:r>
    </w:p>
    <w:p>
      <w:r>
        <w:rPr>
          <w:b/>
        </w:rPr>
        <w:t xml:space="preserve">Воспитатель. </w:t>
      </w:r>
      <w:r>
        <w:t>— Молодцы! Слушайте дальше: ромашка, одуванчик, крапива… сирень. Кто лишний и почему?</w:t>
      </w:r>
    </w:p>
    <w:p>
      <w:r>
        <w:rPr>
          <w:i w:val="0"/>
        </w:rPr>
        <w:t>Дети: «Сирень — это куст, а остальные травы!»</w:t>
      </w:r>
    </w:p>
    <w:p>
      <w:r>
        <w:rPr>
          <w:b/>
        </w:rPr>
        <w:t xml:space="preserve">Воспитатель. </w:t>
      </w:r>
      <w:r>
        <w:t>— И последнее: рябина, берёза, сирень… пальма. Лишний кто?</w:t>
      </w:r>
    </w:p>
    <w:p>
      <w:r>
        <w:rPr>
          <w:i w:val="0"/>
        </w:rPr>
        <w:t>Дети: «Пальма — она у нас в средней полосе не растёт, там жарко!»</w:t>
      </w:r>
    </w:p>
    <w:p>
      <w:r>
        <w:rPr>
          <w:b/>
        </w:rPr>
        <w:t>Для детей 6–7 лет — игра «С какого дерева листок?»</w:t>
      </w:r>
    </w:p>
    <w:p>
      <w:r>
        <w:rPr>
          <w:b/>
        </w:rPr>
        <w:t xml:space="preserve">Воспитатель. </w:t>
      </w:r>
      <w:r>
        <w:t>— Перед вами картинки деревьев, а здесь — настоящие листья. Подберите к каждому дереву его листок и расскажите, как вы его узнали.</w:t>
      </w:r>
    </w:p>
    <w:p>
      <w:r>
        <w:rPr>
          <w:b/>
          <w:sz w:val="28"/>
        </w:rPr>
        <w:t>5. Творческая часть (8–10 минут, по подгруппам)</w:t>
      </w:r>
    </w:p>
    <w:p>
      <w:r>
        <w:rPr>
          <w:b/>
        </w:rPr>
        <w:t xml:space="preserve">Воспитатель. </w:t>
      </w:r>
      <w:r>
        <w:t>— Теперь каждый из нас посадит свою берёзку! Младшие ребята будут лепить берёзку из пластилина: белый ствол и чёрные полосочки. А старшие нарисуют большую общую полянку: каждый рисует одно растение и потом называет его вслух.</w:t>
      </w:r>
    </w:p>
    <w:p>
      <w:r>
        <w:rPr>
          <w:i w:val="0"/>
        </w:rPr>
        <w:t>Пока дети заняты, воспитатель подходит к каждому ребёнку индивидуально.</w:t>
      </w:r>
    </w:p>
    <w:p>
      <w:r>
        <w:rPr>
          <w:b/>
        </w:rPr>
        <w:t xml:space="preserve">Воспитатель. </w:t>
      </w:r>
      <w:r>
        <w:t>— Что ты сегодня лепишь? А где это растение растёт? А что у него есть — ствол или стебелёк?</w:t>
      </w:r>
    </w:p>
    <w:p>
      <w:r>
        <w:rPr>
          <w:b/>
          <w:sz w:val="28"/>
        </w:rPr>
        <w:t>6. Итог занятия (2 минуты)</w:t>
      </w:r>
    </w:p>
    <w:p>
      <w:r>
        <w:rPr>
          <w:i w:val="0"/>
        </w:rPr>
        <w:t>Дети собираются в круг.</w:t>
      </w:r>
    </w:p>
    <w:p>
      <w:r>
        <w:rPr>
          <w:b/>
        </w:rPr>
        <w:t xml:space="preserve">Воспитатель. </w:t>
      </w:r>
      <w:r>
        <w:t>— Ребята, что же мы сегодня узнали? На какие три группы делятся растения?</w:t>
      </w:r>
    </w:p>
    <w:p>
      <w:r>
        <w:rPr>
          <w:i w:val="0"/>
        </w:rPr>
        <w:t>Дети: «Деревья, кустарники и травы!»</w:t>
      </w:r>
    </w:p>
    <w:p>
      <w:r>
        <w:rPr>
          <w:b/>
        </w:rPr>
        <w:t xml:space="preserve">Воспитатель. </w:t>
      </w:r>
      <w:r>
        <w:t>— А какое растение запомнилось вам больше всего? Почему?</w:t>
      </w:r>
    </w:p>
    <w:p>
      <w:r>
        <w:rPr>
          <w:i w:val="0"/>
        </w:rPr>
        <w:t>Дети отвечают по желанию.</w:t>
      </w:r>
    </w:p>
    <w:p>
      <w:r>
        <w:rPr>
          <w:b/>
        </w:rPr>
        <w:t xml:space="preserve">Воспитатель. </w:t>
      </w:r>
      <w:r>
        <w:t>— Запомните наше правило: растения — живые. Мы не ломаем ветки, не рвём охапками цветы. Опавшие листья взять можно — они уже усыпили себя на зиму, им уже не больно.</w:t>
      </w:r>
    </w:p>
    <w:p/>
    <w:p>
      <w:r>
        <w:rPr>
          <w:b/>
          <w:sz w:val="28"/>
        </w:rPr>
        <w:t>Связь с другими видами деятельности</w:t>
      </w:r>
    </w:p>
    <w:p>
      <w:r>
        <w:rPr>
          <w:i w:val="0"/>
        </w:rPr>
        <w:t>Прогулка: найти во дворе дерево, куст и траву, принести в группу по одному листику каждого.</w:t>
      </w:r>
    </w:p>
    <w:p>
      <w:r>
        <w:rPr>
          <w:i w:val="0"/>
        </w:rPr>
        <w:t>Вечерний досуг: чтение сказок о деревьях, загадывание загадок о растениях.</w:t>
      </w:r>
    </w:p>
    <w:p>
      <w:r>
        <w:rPr>
          <w:i w:val="0"/>
        </w:rPr>
        <w:t>Работа с семьёй: попросить родителей показать ребёнку во дворе берёзу и рябину и сфотографировать его рядом.</w:t>
      </w:r>
    </w:p>
    <w:p>
      <w:r>
        <w:rPr>
          <w:b/>
          <w:sz w:val="28"/>
        </w:rPr>
        <w:t>Ожидаемые результаты</w:t>
      </w:r>
    </w:p>
    <w:p>
      <w:r>
        <w:rPr>
          <w:i w:val="0"/>
        </w:rPr>
        <w:t>Дети различают три основные группы растений средней полосы, называют минимум три конкретных растения, проявляют бережное отношение к природе.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/>
    </w:pPr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